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A509" w14:textId="767251EA" w:rsidR="00A5425F" w:rsidRPr="009F42DC" w:rsidRDefault="00824A2A" w:rsidP="00A5425F">
      <w:pPr>
        <w:pStyle w:val="Heading1"/>
        <w:spacing w:after="120"/>
        <w:rPr>
          <w:rFonts w:ascii="Ubuntu" w:eastAsia="Ubuntu" w:hAnsi="Ubuntu" w:cs="Ubuntu"/>
          <w:color w:val="00AEEF"/>
          <w:u w:val="single"/>
          <w:lang w:val="pl-PL"/>
        </w:rPr>
      </w:pPr>
      <w:bookmarkStart w:id="0" w:name="_Toc239339911"/>
      <w:r w:rsidRPr="009F42DC">
        <w:rPr>
          <w:rFonts w:ascii="Ubuntu" w:eastAsia="Ubuntu" w:hAnsi="Ubuntu" w:cs="Ubuntu"/>
          <w:color w:val="00AEEF"/>
          <w:u w:val="single"/>
          <w:lang w:val="pl-PL"/>
        </w:rPr>
        <w:t>SALUS Controls PLC - Formularz zgłoszenia podejrzenia podatności</w:t>
      </w:r>
      <w:bookmarkEnd w:id="0"/>
    </w:p>
    <w:p w14:paraId="0C47EA57" w14:textId="77777777" w:rsidR="005B511E" w:rsidRPr="009F42DC" w:rsidRDefault="005B511E" w:rsidP="005B511E">
      <w:pPr>
        <w:rPr>
          <w:rFonts w:hint="eastAsia"/>
          <w:lang w:val="pl-PL"/>
        </w:rPr>
      </w:pPr>
    </w:p>
    <w:p w14:paraId="5C65BB70" w14:textId="69AA841B" w:rsidR="005B511E" w:rsidRPr="009F42DC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r w:rsidRPr="009F42DC">
        <w:rPr>
          <w:lang w:val="pl-PL"/>
        </w:rPr>
        <w:t>Użyj tego formularza, aby zgłosić podejrzenie podatności bezpieczeństwa dotyczącej produktu SALUS, aplikacji, usługi chmurowej lub strony internetowej.</w:t>
      </w:r>
    </w:p>
    <w:p w14:paraId="45D4999E" w14:textId="77777777" w:rsidR="005B511E" w:rsidRPr="009F42DC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r w:rsidRPr="009F42DC">
        <w:rPr>
          <w:lang w:val="pl-PL"/>
        </w:rPr>
        <w:t>Prosimy o podanie jak największej ilości informacji. Nie musisz wypełniać wszystkich pól, abyśmy mogli przyjąć zgłoszenie.</w:t>
      </w:r>
    </w:p>
    <w:p w14:paraId="08162BC0" w14:textId="77777777" w:rsidR="005B511E" w:rsidRPr="009F42DC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r w:rsidRPr="009F42DC">
        <w:rPr>
          <w:lang w:val="pl-PL"/>
        </w:rPr>
        <w:t>Zgłoszenie można przesłać anonimowo. Jeśli jednak nie podasz danych kontaktowych, możemy nie mieć możliwości poproszenia o dodatkowe informacje ani przekazywania aktualizacji dotyczących zgłoszenia.</w:t>
      </w:r>
    </w:p>
    <w:p w14:paraId="55992710" w14:textId="77777777" w:rsidR="005B511E" w:rsidRPr="009F42DC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r w:rsidRPr="009F42DC">
        <w:rPr>
          <w:lang w:val="pl-PL"/>
        </w:rPr>
        <w:t>Po wypełnieniu formularza prosimy przesłać go na adres security@saluscontrols.com.</w:t>
      </w:r>
    </w:p>
    <w:p w14:paraId="6F7C6122" w14:textId="77777777" w:rsidR="005B511E" w:rsidRPr="009F42DC" w:rsidRDefault="005B511E" w:rsidP="002A3313">
      <w:pPr>
        <w:pStyle w:val="ListBullet"/>
        <w:numPr>
          <w:ilvl w:val="0"/>
          <w:numId w:val="0"/>
        </w:numPr>
        <w:ind w:left="360"/>
        <w:rPr>
          <w:rStyle w:val="Strong"/>
          <w:rFonts w:hint="eastAsia"/>
          <w:szCs w:val="21"/>
          <w:lang w:val="pl-PL"/>
        </w:rPr>
      </w:pPr>
      <w:r w:rsidRPr="009F42DC">
        <w:rPr>
          <w:rStyle w:val="Strong"/>
          <w:szCs w:val="21"/>
          <w:lang w:val="pl-PL"/>
        </w:rPr>
        <w:t xml:space="preserve">Prosimy nie zamieszczać haseł, </w:t>
      </w:r>
      <w:proofErr w:type="spellStart"/>
      <w:r w:rsidRPr="009F42DC">
        <w:rPr>
          <w:rStyle w:val="Strong"/>
          <w:szCs w:val="21"/>
          <w:lang w:val="pl-PL"/>
        </w:rPr>
        <w:t>tokenów</w:t>
      </w:r>
      <w:proofErr w:type="spellEnd"/>
      <w:r w:rsidRPr="009F42DC">
        <w:rPr>
          <w:rStyle w:val="Strong"/>
          <w:szCs w:val="21"/>
          <w:lang w:val="pl-PL"/>
        </w:rPr>
        <w:t xml:space="preserve"> uwierzytelniających, kluczy prywatnych ani zbędnych danych osobowych lub danych klientów.</w:t>
      </w:r>
    </w:p>
    <w:p w14:paraId="461345A0" w14:textId="27CF629C" w:rsidR="00D54783" w:rsidRPr="009F42DC" w:rsidRDefault="00D54783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r w:rsidRPr="009F42DC">
        <w:rPr>
          <w:lang w:val="pl-PL"/>
        </w:rPr>
        <w:t>Pola oznaczone jako „Wymagane” należy wypełnić tylko wtedy, gdy dane te są w rozsądnym zakresie dostępne. Zgłoszenie można przesłać również bez kompletu informacji.</w:t>
      </w:r>
    </w:p>
    <w:p w14:paraId="5F8D13B4" w14:textId="77777777" w:rsidR="00A5425F" w:rsidRPr="009F42DC" w:rsidRDefault="00A5425F" w:rsidP="00A5425F">
      <w:pPr>
        <w:pStyle w:val="Title"/>
        <w:spacing w:after="160" w:line="259" w:lineRule="auto"/>
        <w:rPr>
          <w:lang w:val="pl-PL"/>
        </w:rPr>
      </w:pPr>
      <w:r w:rsidRPr="009F42DC">
        <w:rPr>
          <w:rFonts w:ascii="Ubuntu" w:eastAsia="Ubuntu" w:hAnsi="Ubuntu" w:cs="Ubuntu" w:hint="eastAsia"/>
          <w:u w:val="single"/>
          <w:lang w:val="pl-PL"/>
        </w:rPr>
        <w:t>Zgłoszenie podejrzenia podatności</w:t>
      </w:r>
    </w:p>
    <w:p w14:paraId="4239CF82" w14:textId="77777777" w:rsidR="00A5425F" w:rsidRPr="009F42DC" w:rsidRDefault="00A5425F" w:rsidP="00A5425F">
      <w:pPr>
        <w:pStyle w:val="Heading2"/>
        <w:spacing w:after="80"/>
        <w:rPr>
          <w:lang w:val="pl-PL"/>
        </w:rPr>
      </w:pPr>
      <w:bookmarkStart w:id="1" w:name="_Toc239339912"/>
      <w:r w:rsidRPr="009F42DC">
        <w:rPr>
          <w:rFonts w:ascii="Ubuntu" w:eastAsia="Ubuntu" w:hAnsi="Ubuntu" w:cs="Ubuntu" w:hint="eastAsia"/>
          <w:u w:val="single"/>
          <w:lang w:val="pl-PL"/>
        </w:rPr>
        <w:t>1. Informacje o osobie zgłaszającej</w:t>
      </w:r>
      <w:bookmarkEnd w:id="1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615F057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DA966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C7CD2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Odpowiedź</w:t>
            </w:r>
          </w:p>
        </w:tc>
      </w:tr>
      <w:tr w:rsidR="00A5425F" w:rsidRPr="009F42DC" w14:paraId="5A7253D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B202A9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Imię i nazwisko lub alias (opcjonalnie)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21CEB0D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14:paraId="50C78C6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F087F7B" w14:textId="52648E22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Organizacja (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opcjonalnie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0F79F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9F42DC" w14:paraId="18305F5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61BBFC" w14:textId="60EC54FE" w:rsidR="00A5425F" w:rsidRPr="009F42DC" w:rsidRDefault="004E0EDD" w:rsidP="000B505C">
            <w:pPr>
              <w:spacing w:after="0" w:line="240" w:lineRule="auto"/>
              <w:rPr>
                <w:rFonts w:hint="eastAsia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>E-mail / sposób kontaktu (wymagane, chyba że zgłoszenie jest anonimowe)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757C5A" w14:textId="276E2BF4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14:paraId="3133B78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C55901" w14:textId="16961870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Preferowany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język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(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opcjonalnie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F44624" w14:textId="4898FAF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4C66" w14:paraId="701B7A6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722D52" w14:textId="71639B87" w:rsidR="00F54C66" w:rsidRDefault="00F54C66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Zgłoszenie anonimowe?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4B5EC1" w14:textId="77777777" w:rsidR="00F54C66" w:rsidRDefault="00000000" w:rsidP="00F54C66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4872084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Tak </w:t>
            </w:r>
          </w:p>
          <w:p w14:paraId="124159B7" w14:textId="2333B155" w:rsidR="00F54C66" w:rsidRPr="00F54C66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-11911475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Nie </w:t>
            </w:r>
          </w:p>
        </w:tc>
      </w:tr>
    </w:tbl>
    <w:p w14:paraId="10BBCCC4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0FAB4383" w14:textId="77777777" w:rsidR="00A5425F" w:rsidRPr="009F42DC" w:rsidRDefault="00A5425F" w:rsidP="00A5425F">
      <w:pPr>
        <w:pStyle w:val="Heading2"/>
        <w:spacing w:after="80"/>
        <w:rPr>
          <w:lang w:val="pl-PL"/>
        </w:rPr>
      </w:pPr>
      <w:bookmarkStart w:id="2" w:name="_Toc239339913"/>
      <w:r w:rsidRPr="009F42DC">
        <w:rPr>
          <w:rFonts w:ascii="Ubuntu" w:eastAsia="Ubuntu" w:hAnsi="Ubuntu" w:cs="Ubuntu" w:hint="eastAsia"/>
          <w:u w:val="single"/>
          <w:lang w:val="pl-PL"/>
        </w:rPr>
        <w:t>2. Produkt lub komponent, którego dotyczy zgłoszenie</w:t>
      </w:r>
      <w:bookmarkEnd w:id="2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17462D5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49B6E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FBA7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Odpowiedź</w:t>
            </w:r>
          </w:p>
        </w:tc>
      </w:tr>
      <w:tr w:rsidR="00A5425F" w:rsidRPr="009F42DC" w14:paraId="36F3761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A474D7B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Nazwa produktu lub usługi (wymagane)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745BD3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14:paraId="427AA20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06DC73" w14:textId="374D70EE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Model (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jeśli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dotyczy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343FE2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9597FD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A670F4" w14:textId="29C35B81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Wersja sprzętu (jeśli znana)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484A5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9F42DC" w14:paraId="21CB9F5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8B3652" w14:textId="511FB920" w:rsidR="00A5425F" w:rsidRPr="009F42DC" w:rsidRDefault="00A73F26" w:rsidP="000B505C">
            <w:pPr>
              <w:spacing w:after="0" w:line="240" w:lineRule="auto"/>
              <w:rPr>
                <w:rFonts w:hint="eastAsia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Wersja </w:t>
            </w:r>
            <w:proofErr w:type="spellStart"/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>firmware</w:t>
            </w:r>
            <w:proofErr w:type="spellEnd"/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 xml:space="preserve"> / oprogramowania / aplikacji (jeśli znana)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AFDD5B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14:paraId="73D070A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B7CD5" w14:textId="48876666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Kraj / region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E0B6C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9F42DC" w14:paraId="0743AC2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7F2671" w14:textId="493072AB" w:rsidR="00A5425F" w:rsidRPr="009F42DC" w:rsidRDefault="007D6092" w:rsidP="000B505C">
            <w:pPr>
              <w:spacing w:after="0" w:line="240" w:lineRule="auto"/>
              <w:rPr>
                <w:rFonts w:hint="eastAsia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lastRenderedPageBreak/>
              <w:t>Inne istotne informacje o konfiguracji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F27A1F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</w:tbl>
    <w:p w14:paraId="3454BA03" w14:textId="77777777" w:rsidR="00A5425F" w:rsidRPr="009F42DC" w:rsidRDefault="00A5425F" w:rsidP="00A5425F">
      <w:pPr>
        <w:spacing w:after="110" w:line="259" w:lineRule="auto"/>
        <w:rPr>
          <w:rFonts w:hint="eastAsia"/>
          <w:lang w:val="pl-PL"/>
        </w:rPr>
      </w:pPr>
    </w:p>
    <w:p w14:paraId="3170C933" w14:textId="4E1DD7FD" w:rsidR="00A5425F" w:rsidRDefault="00A5425F" w:rsidP="00A5425F">
      <w:pPr>
        <w:pStyle w:val="Heading2"/>
        <w:spacing w:after="80"/>
      </w:pPr>
      <w:bookmarkStart w:id="3" w:name="_Toc239339914"/>
      <w:r>
        <w:rPr>
          <w:rFonts w:ascii="Ubuntu" w:eastAsia="Ubuntu" w:hAnsi="Ubuntu" w:cs="Ubuntu" w:hint="eastAsia"/>
          <w:u w:val="single"/>
        </w:rPr>
        <w:t xml:space="preserve">3. </w:t>
      </w:r>
      <w:proofErr w:type="spellStart"/>
      <w:r>
        <w:rPr>
          <w:rFonts w:ascii="Ubuntu" w:eastAsia="Ubuntu" w:hAnsi="Ubuntu" w:cs="Ubuntu" w:hint="eastAsia"/>
          <w:u w:val="single"/>
        </w:rPr>
        <w:t>Opis</w:t>
      </w:r>
      <w:proofErr w:type="spellEnd"/>
      <w:r>
        <w:rPr>
          <w:rFonts w:ascii="Ubuntu" w:eastAsia="Ubuntu" w:hAnsi="Ubuntu" w:cs="Ubuntu" w:hint="eastAsia"/>
          <w:u w:val="single"/>
        </w:rPr>
        <w:t xml:space="preserve"> </w:t>
      </w:r>
      <w:proofErr w:type="spellStart"/>
      <w:r>
        <w:rPr>
          <w:rFonts w:ascii="Ubuntu" w:eastAsia="Ubuntu" w:hAnsi="Ubuntu" w:cs="Ubuntu" w:hint="eastAsia"/>
          <w:u w:val="single"/>
        </w:rPr>
        <w:t>podejrzewanej</w:t>
      </w:r>
      <w:proofErr w:type="spellEnd"/>
      <w:r>
        <w:rPr>
          <w:rFonts w:ascii="Ubuntu" w:eastAsia="Ubuntu" w:hAnsi="Ubuntu" w:cs="Ubuntu" w:hint="eastAsia"/>
          <w:u w:val="single"/>
        </w:rPr>
        <w:t xml:space="preserve"> </w:t>
      </w:r>
      <w:proofErr w:type="spellStart"/>
      <w:r>
        <w:rPr>
          <w:rFonts w:ascii="Ubuntu" w:eastAsia="Ubuntu" w:hAnsi="Ubuntu" w:cs="Ubuntu" w:hint="eastAsia"/>
          <w:u w:val="single"/>
        </w:rPr>
        <w:t>podatności</w:t>
      </w:r>
      <w:bookmarkEnd w:id="3"/>
      <w:proofErr w:type="spellEnd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42AB73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E387A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D75774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Odpowiedź</w:t>
            </w:r>
          </w:p>
        </w:tc>
      </w:tr>
      <w:tr w:rsidR="00A5425F" w14:paraId="411E80B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B817FF" w14:textId="38033EC0" w:rsidR="00A5425F" w:rsidRDefault="0026323C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Krótki tytuł (wymagane)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67D5478" w14:textId="2FDFDE7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26323C" w:rsidRPr="009F42DC" w14:paraId="3E51C3A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0EB080" w14:textId="77777777" w:rsidR="0026323C" w:rsidRPr="009F42DC" w:rsidRDefault="0026323C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>Opisz zidentyfikowany problem bezpieczeństwa (wymagane)</w:t>
            </w:r>
          </w:p>
          <w:p w14:paraId="5EDC6E74" w14:textId="044A2957" w:rsidR="00BF587A" w:rsidRPr="009F42DC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9863FFE" w14:textId="3A658EA9" w:rsidR="0026323C" w:rsidRPr="009F42DC" w:rsidRDefault="0026323C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F517B9" w:rsidRPr="009F42DC" w14:paraId="0D93E63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642C5A" w14:textId="10D9169C" w:rsidR="00F517B9" w:rsidRPr="009F42DC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>Kiedy po raz pierwszy zauważyłeś(-</w:t>
            </w:r>
            <w:proofErr w:type="spellStart"/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>aś</w:t>
            </w:r>
            <w:proofErr w:type="spellEnd"/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>) problem?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F063E61" w14:textId="77777777" w:rsidR="00F517B9" w:rsidRPr="009F42DC" w:rsidRDefault="00F517B9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F517B9" w14:paraId="4ACE11E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B48F10" w14:textId="2F53ABD5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Jakiego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działania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oczekiwałeś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(-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aś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)?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BE13C2B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286F18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B2B756C" w14:textId="2A7DB67B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Co faktycznie się wydarzyło?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D448354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:rsidRPr="009F42DC" w14:paraId="10F038E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0309AD" w14:textId="56738CC4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Czy możesz odtworzyć problem?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649706E4" w14:textId="2CA31542" w:rsidR="002F0A10" w:rsidRPr="009F42DC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pl-PL"/>
              </w:rPr>
            </w:pPr>
            <w:sdt>
              <w:sdtPr>
                <w:rPr>
                  <w:lang w:val="pl-PL"/>
                </w:rPr>
                <w:alias w:val="Checkbox 9"/>
                <w:tag w:val="CHECKBOX_0009"/>
                <w:id w:val="2195631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F517B9" w:rsidRPr="009F42DC">
                  <w:rPr>
                    <w:rFonts w:ascii="Arial" w:hAnsi="Arial" w:cs="Arial"/>
                    <w:lang w:val="pl-PL"/>
                  </w:rPr>
                  <w:t>☐</w:t>
                </w:r>
              </w:sdtContent>
            </w:sdt>
            <w:r w:rsidR="00F517B9" w:rsidRPr="009F42DC">
              <w:rPr>
                <w:rFonts w:eastAsia="Myriad Pro" w:cs="Myriad Pro" w:hint="eastAsia"/>
                <w:sz w:val="18"/>
                <w:szCs w:val="21"/>
                <w:lang w:val="pl-PL"/>
              </w:rPr>
              <w:t xml:space="preserve"> Tak  Nie  Czasami ☐ Nie wiadomo</w:t>
            </w:r>
            <w:sdt>
              <w:sdtPr>
                <w:rPr>
                  <w:lang w:val="pl-PL"/>
                </w:rPr>
                <w:alias w:val="Checkbox 10"/>
                <w:tag w:val="CHECKBOX_0010"/>
                <w:id w:val="-1926167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F517B9" w:rsidRPr="009F42DC">
                  <w:rPr>
                    <w:rFonts w:ascii="Arial" w:hAnsi="Arial" w:cs="Arial"/>
                    <w:lang w:val="pl-PL"/>
                  </w:rPr>
                  <w:t>☐</w:t>
                </w:r>
              </w:sdtContent>
            </w:sdt>
            <w:sdt>
              <w:sdtPr>
                <w:rPr>
                  <w:lang w:val="pl-PL"/>
                </w:rPr>
                <w:alias w:val="Checkbox 11"/>
                <w:tag w:val="CHECKBOX_0011"/>
                <w:id w:val="-440696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F517B9" w:rsidRPr="009F42DC">
                  <w:rPr>
                    <w:rFonts w:ascii="Arial" w:hAnsi="Arial" w:cs="Arial"/>
                    <w:lang w:val="pl-PL"/>
                  </w:rPr>
                  <w:t>☐</w:t>
                </w:r>
              </w:sdtContent>
            </w:sdt>
          </w:p>
        </w:tc>
      </w:tr>
      <w:tr w:rsidR="00BF587A" w:rsidRPr="009F42DC" w14:paraId="77C5801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7EF609" w14:textId="07735993" w:rsidR="00BF587A" w:rsidRPr="009F42DC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>Jeśli to możliwe, opisz kroki potrzebne do odtworzenia problemu: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AB18845" w14:textId="77777777" w:rsidR="00BF587A" w:rsidRPr="009F42DC" w:rsidRDefault="00BF587A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74711A" w:rsidRPr="009F42DC" w14:paraId="68B35F76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4AFAF5" w14:textId="1CB2ECAF" w:rsidR="0074711A" w:rsidRPr="009F42DC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>Jaki wpływ na bezpieczeństwo może mieć ten problem?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18A7B91" w14:textId="77777777" w:rsidR="0074711A" w:rsidRPr="009F42DC" w:rsidRDefault="0074711A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74711A" w14:paraId="7859C67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2D79EED" w14:textId="71E3F874" w:rsidR="0074711A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 xml:space="preserve">Attachments </w:t>
            </w:r>
            <w:r w:rsidR="00E85FB3">
              <w:rPr>
                <w:rFonts w:eastAsia="Myriad Pro" w:cs="Myriad Pro"/>
                <w:b/>
                <w:color w:val="1D2958"/>
                <w:sz w:val="18"/>
              </w:rPr>
              <w:t>included?</w:t>
            </w:r>
          </w:p>
          <w:p w14:paraId="797325B8" w14:textId="65CCB756" w:rsidR="0074711A" w:rsidRPr="0074711A" w:rsidRDefault="0074711A" w:rsidP="000B505C">
            <w:pPr>
              <w:spacing w:after="0" w:line="240" w:lineRule="auto"/>
              <w:rPr>
                <w:rFonts w:eastAsia="Myriad Pro" w:cs="Myriad Pro"/>
                <w:bCs/>
                <w:color w:val="1D2958"/>
                <w:sz w:val="18"/>
              </w:rPr>
            </w:pPr>
            <w:r w:rsidRPr="0074711A">
              <w:rPr>
                <w:rFonts w:eastAsia="Myriad Pro" w:cs="Myriad Pro"/>
                <w:bCs/>
                <w:color w:val="1D2958"/>
                <w:sz w:val="18"/>
              </w:rPr>
              <w:t>You may provide relevant screenshots, logs, videos or proof-of-concept information.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C5E145C" w14:textId="77777777" w:rsidR="00C07344" w:rsidRDefault="00000000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350079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Tak </w:t>
            </w:r>
          </w:p>
          <w:p w14:paraId="517B0ACA" w14:textId="47EC3946" w:rsidR="0074711A" w:rsidRPr="0024320A" w:rsidRDefault="00000000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3945561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Nie</w:t>
            </w:r>
          </w:p>
        </w:tc>
      </w:tr>
    </w:tbl>
    <w:p w14:paraId="1BCD7171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4CD86165" w14:textId="3B1C3BA1" w:rsidR="0074711A" w:rsidRPr="009F42DC" w:rsidRDefault="0074711A" w:rsidP="0074711A">
      <w:pPr>
        <w:pStyle w:val="Heading2"/>
        <w:spacing w:after="80"/>
        <w:rPr>
          <w:lang w:val="pl-PL"/>
        </w:rPr>
      </w:pPr>
      <w:r w:rsidRPr="009F42DC">
        <w:rPr>
          <w:rFonts w:ascii="Ubuntu" w:eastAsia="Ubuntu" w:hAnsi="Ubuntu" w:cs="Ubuntu"/>
          <w:u w:val="single"/>
          <w:lang w:val="pl-PL"/>
        </w:rPr>
        <w:t>Dodatkowe informacje techniczne (opcjonalnie - dla badaczy bezpieczeństwa)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74711A" w14:paraId="1F603EE2" w14:textId="77777777" w:rsidTr="00096C7B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1D42F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9F17C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Odpowiedź</w:t>
            </w:r>
          </w:p>
        </w:tc>
      </w:tr>
      <w:tr w:rsidR="0074711A" w:rsidRPr="009F42DC" w14:paraId="076F0620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5914CE" w14:textId="119AFD78" w:rsidR="0074711A" w:rsidRPr="009F42DC" w:rsidRDefault="0074711A" w:rsidP="00096C7B">
            <w:pPr>
              <w:spacing w:after="0" w:line="240" w:lineRule="auto"/>
              <w:rPr>
                <w:rFonts w:hint="eastAsia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Typ podatności (obejście uwierzytelniania, wstrzyknięcie, uszkodzenie pamięci itp.), jeśli znany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7FFF39" w14:textId="35F4B46F" w:rsidR="0074711A" w:rsidRPr="009F42DC" w:rsidRDefault="0074711A" w:rsidP="00096C7B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74711A" w14:paraId="3792CFFC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4AB9FD" w14:textId="03CD2231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CWE/ CVE, if known</w:t>
            </w:r>
          </w:p>
          <w:p w14:paraId="52CDF9DF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2F7CD7B" w14:textId="6FA55D2F" w:rsidR="0074711A" w:rsidRPr="00957EDE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59362A5A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41CA65" w14:textId="04EDE49F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Przyczyna techniczna / szczegóły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4FE41FB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61EE1608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039564" w14:textId="7F55FDC4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Środowisko testowe / konfiguracja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A86D6E0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100BCDC5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D015C3" w14:textId="27D6331A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Proof of concept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ADFA00D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5718C9C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362CB05B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3817526B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7A14C7E7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35DF4984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6359F5E2" w14:textId="39F02005" w:rsidR="00A5425F" w:rsidRDefault="00DF7C4F" w:rsidP="00A5425F">
      <w:pPr>
        <w:pStyle w:val="Heading2"/>
        <w:spacing w:after="80"/>
      </w:pPr>
      <w:bookmarkStart w:id="4" w:name="_Toc239339916"/>
      <w:r>
        <w:rPr>
          <w:rFonts w:ascii="Ubuntu" w:eastAsia="Ubuntu" w:hAnsi="Ubuntu" w:cs="Ubuntu"/>
          <w:u w:val="single"/>
        </w:rPr>
        <w:t>4. Scenariusz ataku</w:t>
      </w:r>
      <w:bookmarkEnd w:id="4"/>
    </w:p>
    <w:p w14:paraId="0D3AD5B7" w14:textId="77777777" w:rsidR="00A5425F" w:rsidRPr="009F42DC" w:rsidRDefault="00A5425F" w:rsidP="00A5425F">
      <w:pPr>
        <w:spacing w:after="110" w:line="259" w:lineRule="auto"/>
        <w:rPr>
          <w:rFonts w:hint="eastAsia"/>
          <w:lang w:val="pl-PL"/>
        </w:rPr>
      </w:pPr>
      <w:r w:rsidRPr="009F42DC">
        <w:rPr>
          <w:rFonts w:eastAsia="Myriad Pro" w:cs="Myriad Pro" w:hint="eastAsia"/>
          <w:lang w:val="pl-PL"/>
        </w:rPr>
        <w:t>Scenariusz ataku różni się od procedury odtworzenia problemu. Opisz, w jaki sposób rzeczywisty atakujący mógłby wykorzystać tę podatność.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EA6E2C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259590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E7851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Odpowiedź</w:t>
            </w:r>
          </w:p>
        </w:tc>
      </w:tr>
      <w:tr w:rsidR="00343182" w:rsidRPr="009F42DC" w14:paraId="7454E3B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8295D4" w14:textId="77777777" w:rsidR="00343182" w:rsidRPr="009F42DC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lang w:val="pl-PL"/>
              </w:rPr>
              <w:t>Jeśli wiadomo, opisz, w jaki sposób ktoś mógłby wykorzystać tę podatność</w:t>
            </w:r>
          </w:p>
          <w:p w14:paraId="026665C3" w14:textId="77777777" w:rsidR="00343182" w:rsidRPr="009F42DC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</w:p>
          <w:p w14:paraId="0FBC3C9E" w14:textId="3C75C607" w:rsidR="00343182" w:rsidRPr="009F42DC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pl-PL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1AE6BD" w14:textId="77777777" w:rsidR="00343182" w:rsidRPr="009F42DC" w:rsidRDefault="00343182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  <w:p w14:paraId="436E2A2D" w14:textId="77777777" w:rsidR="00343182" w:rsidRPr="009F42DC" w:rsidRDefault="00343182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:rsidRPr="009F42DC" w14:paraId="6D2823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91502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Dostęp</w:t>
            </w:r>
            <w:proofErr w:type="spellEnd"/>
            <w:r>
              <w:rPr>
                <w:rFonts w:eastAsia="Myriad Pro" w:cs="Myriad Pro" w:hint="eastAsia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 w:hint="eastAsia"/>
                <w:b/>
                <w:color w:val="1D2958"/>
                <w:sz w:val="18"/>
              </w:rPr>
              <w:t>atakującego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DC1FEF" w14:textId="77777777" w:rsidR="00343182" w:rsidRPr="009F42DC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pl-PL"/>
              </w:rPr>
            </w:pPr>
            <w:sdt>
              <w:sdtPr>
                <w:rPr>
                  <w:lang w:val="pl-PL"/>
                </w:rPr>
                <w:alias w:val="Checkbox 5"/>
                <w:tag w:val="CHECKBOX_0005"/>
                <w:id w:val="1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pl-PL"/>
                  </w:rPr>
                  <w:t>☐</w:t>
                </w:r>
              </w:sdtContent>
            </w:sdt>
            <w:r w:rsidR="00A5425F" w:rsidRPr="009F42DC">
              <w:rPr>
                <w:rFonts w:eastAsia="Myriad Pro" w:cs="Myriad Pro" w:hint="eastAsia"/>
                <w:sz w:val="18"/>
                <w:szCs w:val="21"/>
                <w:lang w:val="pl-PL"/>
              </w:rPr>
              <w:t xml:space="preserve"> Sieć zdalna </w:t>
            </w:r>
          </w:p>
          <w:p w14:paraId="4D12F5DF" w14:textId="77777777" w:rsidR="00343182" w:rsidRPr="009F42DC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pl-PL"/>
              </w:rPr>
            </w:pPr>
            <w:sdt>
              <w:sdtPr>
                <w:rPr>
                  <w:lang w:val="pl-PL"/>
                </w:rPr>
                <w:alias w:val="Checkbox 6"/>
                <w:tag w:val="CHECKBOX_0006"/>
                <w:id w:val="1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pl-PL"/>
                  </w:rPr>
                  <w:t>☐</w:t>
                </w:r>
              </w:sdtContent>
            </w:sdt>
            <w:r w:rsidR="00A5425F" w:rsidRPr="009F42DC">
              <w:rPr>
                <w:rFonts w:eastAsia="Myriad Pro" w:cs="Myriad Pro" w:hint="eastAsia"/>
                <w:sz w:val="18"/>
                <w:szCs w:val="21"/>
                <w:lang w:val="pl-PL"/>
              </w:rPr>
              <w:t xml:space="preserve"> Sieć sąsiednia </w:t>
            </w:r>
          </w:p>
          <w:p w14:paraId="73AFB7D8" w14:textId="347DD23A" w:rsidR="00237A73" w:rsidRPr="009F42DC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pl-PL"/>
              </w:rPr>
            </w:pPr>
            <w:sdt>
              <w:sdtPr>
                <w:rPr>
                  <w:lang w:val="pl-PL"/>
                </w:rPr>
                <w:alias w:val="Checkbox 7"/>
                <w:tag w:val="CHECKBOX_0007"/>
                <w:id w:val="1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343182" w:rsidRPr="009F42DC">
                  <w:rPr>
                    <w:rFonts w:ascii="Arial" w:hAnsi="Arial" w:cs="Arial"/>
                    <w:lang w:val="pl-PL"/>
                  </w:rPr>
                  <w:t>☐</w:t>
                </w:r>
              </w:sdtContent>
            </w:sdt>
            <w:r w:rsidR="00A5425F" w:rsidRPr="009F42DC">
              <w:rPr>
                <w:rFonts w:eastAsia="Myriad Pro" w:cs="Myriad Pro" w:hint="eastAsia"/>
                <w:sz w:val="18"/>
                <w:szCs w:val="21"/>
                <w:lang w:val="pl-PL"/>
              </w:rPr>
              <w:t xml:space="preserve"> Sieć lokalna</w:t>
            </w:r>
          </w:p>
          <w:p w14:paraId="6F4EC592" w14:textId="56BCD02D" w:rsidR="00237A73" w:rsidRPr="009F42DC" w:rsidRDefault="00000000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pl-PL"/>
              </w:rPr>
            </w:pPr>
            <w:sdt>
              <w:sdtPr>
                <w:rPr>
                  <w:lang w:val="pl-PL"/>
                </w:rPr>
                <w:alias w:val="Checkbox 7"/>
                <w:tag w:val="CHECKBOX_0007"/>
                <w:id w:val="-18196394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237A73" w:rsidRPr="009F42DC">
                  <w:rPr>
                    <w:rFonts w:ascii="Segoe UI Symbol" w:hAnsi="Segoe UI Symbol" w:cs="Segoe UI Symbol"/>
                    <w:lang w:val="pl-PL"/>
                  </w:rPr>
                  <w:t>☐</w:t>
                </w:r>
              </w:sdtContent>
            </w:sdt>
            <w:r w:rsidR="00237A73" w:rsidRPr="009F42DC">
              <w:rPr>
                <w:rFonts w:eastAsia="Myriad Pro" w:cs="Myriad Pro" w:hint="eastAsia"/>
                <w:sz w:val="18"/>
                <w:szCs w:val="21"/>
                <w:lang w:val="pl-PL"/>
              </w:rPr>
              <w:t xml:space="preserve"> Urządzenie lokalne</w:t>
            </w:r>
          </w:p>
          <w:p w14:paraId="34B99A87" w14:textId="4F6A0469" w:rsidR="00237A73" w:rsidRPr="009F42DC" w:rsidRDefault="00000000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pl-PL"/>
              </w:rPr>
            </w:pPr>
            <w:sdt>
              <w:sdtPr>
                <w:rPr>
                  <w:lang w:val="pl-PL"/>
                </w:rPr>
                <w:alias w:val="Checkbox 8"/>
                <w:tag w:val="CHECKBOX_0008"/>
                <w:id w:val="1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237A73" w:rsidRPr="009F42DC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pl-PL"/>
                  </w:rPr>
                  <w:t>☐</w:t>
                </w:r>
              </w:sdtContent>
            </w:sdt>
            <w:r w:rsidR="00237A73" w:rsidRPr="009F42DC">
              <w:rPr>
                <w:rFonts w:eastAsia="Myriad Pro" w:cs="Myriad Pro" w:hint="eastAsia"/>
                <w:sz w:val="18"/>
                <w:szCs w:val="21"/>
                <w:lang w:val="pl-PL"/>
              </w:rPr>
              <w:t xml:space="preserve"> Dostęp fizyczny</w:t>
            </w:r>
          </w:p>
          <w:p w14:paraId="3ABC8431" w14:textId="2CF6F2C2" w:rsidR="00A5425F" w:rsidRPr="009F42DC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pl-PL"/>
              </w:rPr>
            </w:pPr>
            <w:sdt>
              <w:sdtPr>
                <w:rPr>
                  <w:lang w:val="pl-PL"/>
                </w:rPr>
                <w:alias w:val="Checkbox 7"/>
                <w:tag w:val="CHECKBOX_0007"/>
                <w:id w:val="122611742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237A73" w:rsidRPr="009F42DC">
                  <w:rPr>
                    <w:rFonts w:ascii="Segoe UI Symbol" w:hAnsi="Segoe UI Symbol" w:cs="Segoe UI Symbol"/>
                    <w:lang w:val="pl-PL"/>
                  </w:rPr>
                  <w:t>☐</w:t>
                </w:r>
              </w:sdtContent>
            </w:sdt>
            <w:r w:rsidR="00237A73" w:rsidRPr="009F42DC">
              <w:rPr>
                <w:rFonts w:eastAsia="Myriad Pro" w:cs="Myriad Pro" w:hint="eastAsia"/>
                <w:sz w:val="18"/>
                <w:szCs w:val="21"/>
                <w:lang w:val="pl-PL"/>
              </w:rPr>
              <w:t xml:space="preserve"> Nie wiadomo</w:t>
            </w:r>
          </w:p>
        </w:tc>
      </w:tr>
      <w:tr w:rsidR="00A5425F" w14:paraId="1B6770E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D71AA6" w14:textId="7457CDE0" w:rsidR="00A5425F" w:rsidRDefault="000678F2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Wymagana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interakcja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użytkownika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67674E" w14:textId="77777777" w:rsidR="000678F2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Tak</w:t>
            </w:r>
          </w:p>
          <w:p w14:paraId="17512657" w14:textId="77777777" w:rsidR="000678F2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1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Nie </w:t>
            </w:r>
          </w:p>
          <w:p w14:paraId="52261E5B" w14:textId="7F5784D6" w:rsidR="00A5425F" w:rsidRDefault="00000000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1"/>
                <w:tag w:val="CHECKBOX_0011"/>
                <w:id w:val="1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Nie wiadomo</w:t>
            </w:r>
          </w:p>
        </w:tc>
      </w:tr>
      <w:tr w:rsidR="00A5425F" w:rsidRPr="009F42DC" w14:paraId="58C6700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636B0A" w14:textId="1E8506CE" w:rsidR="00A5425F" w:rsidRDefault="008733A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Wymagane specjalne uprawnienia / konto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50508C" w14:textId="68872F1E" w:rsidR="008733AA" w:rsidRPr="009F42DC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pl-PL"/>
              </w:rPr>
            </w:pPr>
            <w:sdt>
              <w:sdtPr>
                <w:rPr>
                  <w:lang w:val="pl-PL"/>
                </w:rPr>
                <w:alias w:val="Checkbox 12"/>
                <w:tag w:val="CHECKBOX_0012"/>
                <w:id w:val="1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pl-PL"/>
                  </w:rPr>
                  <w:t>☐</w:t>
                </w:r>
              </w:sdtContent>
            </w:sdt>
            <w:r w:rsidR="00A5425F" w:rsidRPr="009F42DC">
              <w:rPr>
                <w:rFonts w:eastAsia="Myriad Pro" w:cs="Myriad Pro" w:hint="eastAsia"/>
                <w:sz w:val="18"/>
                <w:szCs w:val="21"/>
                <w:lang w:val="pl-PL"/>
              </w:rPr>
              <w:t xml:space="preserve"> Tak</w:t>
            </w:r>
          </w:p>
          <w:p w14:paraId="355E9533" w14:textId="69F9EE97" w:rsidR="00A5425F" w:rsidRPr="009F42DC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pl-PL"/>
              </w:rPr>
            </w:pPr>
            <w:sdt>
              <w:sdtPr>
                <w:rPr>
                  <w:lang w:val="pl-PL"/>
                </w:rPr>
                <w:alias w:val="Checkbox 13"/>
                <w:tag w:val="CHECKBOX_0013"/>
                <w:id w:val="1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D014AE" w:rsidRPr="009F42DC">
                  <w:rPr>
                    <w:rFonts w:ascii="Arial" w:hAnsi="Arial" w:cs="Arial"/>
                    <w:lang w:val="pl-PL"/>
                  </w:rPr>
                  <w:t>☐</w:t>
                </w:r>
              </w:sdtContent>
            </w:sdt>
            <w:r w:rsidR="00A5425F" w:rsidRPr="009F42DC">
              <w:rPr>
                <w:rFonts w:eastAsia="Myriad Pro" w:cs="Myriad Pro" w:hint="eastAsia"/>
                <w:sz w:val="18"/>
                <w:szCs w:val="21"/>
                <w:lang w:val="pl-PL"/>
              </w:rPr>
              <w:t xml:space="preserve"> Nie</w:t>
            </w:r>
          </w:p>
          <w:p w14:paraId="3FF83E19" w14:textId="77777777" w:rsidR="008733AA" w:rsidRPr="009F42DC" w:rsidRDefault="00000000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  <w:lang w:val="pl-PL"/>
              </w:rPr>
            </w:pPr>
            <w:sdt>
              <w:sdtPr>
                <w:rPr>
                  <w:lang w:val="pl-PL"/>
                </w:rPr>
                <w:alias w:val="Checkbox 13"/>
                <w:tag w:val="CHECKBOX_0013"/>
                <w:id w:val="287096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8733AA" w:rsidRPr="009F42DC">
                  <w:rPr>
                    <w:rFonts w:ascii="Segoe UI Symbol" w:eastAsia="Arial Unicode MS" w:hAnsi="Segoe UI Symbol" w:cs="Segoe UI Symbol"/>
                    <w:color w:val="000000"/>
                    <w:szCs w:val="21"/>
                    <w:lang w:val="pl-PL"/>
                  </w:rPr>
                  <w:t>☐</w:t>
                </w:r>
              </w:sdtContent>
            </w:sdt>
            <w:r w:rsidR="008733AA" w:rsidRPr="009F42DC">
              <w:rPr>
                <w:rFonts w:eastAsia="Myriad Pro" w:cs="Myriad Pro"/>
                <w:sz w:val="18"/>
                <w:szCs w:val="21"/>
                <w:lang w:val="pl-PL"/>
              </w:rPr>
              <w:t xml:space="preserve"> Nie wiadomo</w:t>
            </w:r>
          </w:p>
          <w:p w14:paraId="030E5B05" w14:textId="1BDB2ACD" w:rsidR="00CF11FA" w:rsidRPr="009F42DC" w:rsidRDefault="00CF11FA" w:rsidP="000B505C">
            <w:pPr>
              <w:spacing w:after="0" w:line="240" w:lineRule="auto"/>
              <w:rPr>
                <w:rFonts w:hint="eastAsia"/>
                <w:lang w:val="pl-PL"/>
              </w:rPr>
            </w:pPr>
            <w:r w:rsidRPr="009F42DC">
              <w:rPr>
                <w:rFonts w:eastAsia="Myriad Pro" w:cs="Myriad Pro"/>
                <w:sz w:val="18"/>
                <w:szCs w:val="21"/>
                <w:lang w:val="pl-PL"/>
              </w:rPr>
              <w:t xml:space="preserve">Jeśli tak, opisz wymagane uprawnienia / konto: </w:t>
            </w:r>
          </w:p>
        </w:tc>
      </w:tr>
    </w:tbl>
    <w:p w14:paraId="40E98F5A" w14:textId="77777777" w:rsidR="00C26D3C" w:rsidRPr="009F42DC" w:rsidRDefault="00C26D3C" w:rsidP="00A5425F">
      <w:pPr>
        <w:spacing w:after="110" w:line="259" w:lineRule="auto"/>
        <w:rPr>
          <w:rFonts w:hint="eastAsia"/>
          <w:lang w:val="pl-PL"/>
        </w:rPr>
      </w:pPr>
    </w:p>
    <w:p w14:paraId="1569BE0A" w14:textId="188B587E" w:rsidR="00A5425F" w:rsidRPr="009F42DC" w:rsidRDefault="00DF7C4F" w:rsidP="00A5425F">
      <w:pPr>
        <w:pStyle w:val="Heading2"/>
        <w:spacing w:after="80"/>
        <w:rPr>
          <w:rFonts w:ascii="Ubuntu" w:eastAsia="Ubuntu" w:hAnsi="Ubuntu" w:cs="Ubuntu"/>
          <w:u w:val="single"/>
          <w:lang w:val="pl-PL"/>
        </w:rPr>
      </w:pPr>
      <w:bookmarkStart w:id="5" w:name="_Toc239339917"/>
      <w:r w:rsidRPr="009F42DC">
        <w:rPr>
          <w:rFonts w:ascii="Ubuntu" w:eastAsia="Ubuntu" w:hAnsi="Ubuntu" w:cs="Ubuntu"/>
          <w:u w:val="single"/>
          <w:lang w:val="pl-PL"/>
        </w:rPr>
        <w:t>5. Ocena wpływu (opcjonalnie)</w:t>
      </w:r>
      <w:bookmarkEnd w:id="5"/>
    </w:p>
    <w:p w14:paraId="3F175542" w14:textId="385B0456" w:rsidR="003A30AD" w:rsidRPr="009F42DC" w:rsidRDefault="003A30AD" w:rsidP="007B5A7D">
      <w:pPr>
        <w:spacing w:after="110" w:line="259" w:lineRule="auto"/>
        <w:rPr>
          <w:rFonts w:hint="eastAsia"/>
          <w:lang w:val="pl-PL"/>
        </w:rPr>
      </w:pPr>
      <w:r w:rsidRPr="009F42DC">
        <w:rPr>
          <w:rFonts w:eastAsia="Myriad Pro" w:cs="Myriad Pro"/>
          <w:lang w:val="pl-PL"/>
        </w:rPr>
        <w:t>Wypełnij tę sekcję, jeśli możesz ocenić potencjalny wpływ.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64B17F1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4AC4AD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Obszar</w:t>
            </w:r>
            <w:proofErr w:type="spellEnd"/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wpływu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C0FA32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Ocena osoby zgłaszającej</w:t>
            </w:r>
          </w:p>
        </w:tc>
      </w:tr>
      <w:tr w:rsidR="00C26D3C" w:rsidRPr="009F42DC" w14:paraId="6E74349F" w14:textId="77777777" w:rsidTr="001975F3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E2793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Poufność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0509516" w14:textId="3014F965" w:rsidR="00C26D3C" w:rsidRPr="009F42DC" w:rsidRDefault="00000000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14"/>
                <w:tag w:val="CHECKBOX_0014"/>
                <w:id w:val="160052589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C26D3C" w:rsidRPr="009F42DC">
              <w:rPr>
                <w:rFonts w:hint="eastAsia"/>
                <w:sz w:val="18"/>
                <w:szCs w:val="18"/>
                <w:lang w:val="pl-PL"/>
              </w:rPr>
              <w:t xml:space="preserve"> Brak  Niski  Średni  Wysoki  Nie wiadomo</w:t>
            </w:r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13940801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144889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21110363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10699985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</w:p>
        </w:tc>
      </w:tr>
      <w:tr w:rsidR="00C26D3C" w:rsidRPr="009F42DC" w14:paraId="11EAC47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13AA7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Integralność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C7FE7C2" w14:textId="7735B51D" w:rsidR="00C26D3C" w:rsidRPr="009F42DC" w:rsidRDefault="00000000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14"/>
                <w:tag w:val="CHECKBOX_0014"/>
                <w:id w:val="-1916462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C26D3C" w:rsidRPr="009F42DC">
              <w:rPr>
                <w:rFonts w:hint="eastAsia"/>
                <w:sz w:val="18"/>
                <w:szCs w:val="18"/>
                <w:lang w:val="pl-PL"/>
              </w:rPr>
              <w:t xml:space="preserve"> Brak  Niski  Średni  Wysoki  Nie wiadomo</w:t>
            </w:r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712885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3576219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73008146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9327007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</w:p>
        </w:tc>
      </w:tr>
      <w:tr w:rsidR="00C26D3C" w:rsidRPr="009F42DC" w14:paraId="2C9EC52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7EB0AF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Dostępność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54D2C05" w14:textId="7191BFE2" w:rsidR="00C26D3C" w:rsidRPr="009F42DC" w:rsidRDefault="00000000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14"/>
                <w:tag w:val="CHECKBOX_0014"/>
                <w:id w:val="-197589584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C26D3C" w:rsidRPr="009F42DC">
              <w:rPr>
                <w:rFonts w:hint="eastAsia"/>
                <w:sz w:val="18"/>
                <w:szCs w:val="18"/>
                <w:lang w:val="pl-PL"/>
              </w:rPr>
              <w:t xml:space="preserve"> Brak  Niski  Średni  Wysoki  Nie wiadomo</w:t>
            </w:r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13241910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568229614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Content>
                <w:r w:rsidR="00FF1C66" w:rsidRPr="009F42DC">
                  <w:rPr>
                    <w:rFonts w:ascii="Arial" w:hAnsi="Arial" w:cs="Arial"/>
                    <w:sz w:val="18"/>
                    <w:szCs w:val="18"/>
                    <w:lang w:val="pl-PL"/>
                  </w:rPr>
                  <w:t>☒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9030590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9141658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</w:p>
        </w:tc>
      </w:tr>
      <w:tr w:rsidR="00C26D3C" w:rsidRPr="009F42DC" w14:paraId="6CEE725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FE8DC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Bezpieczeństwo</w:t>
            </w:r>
            <w:proofErr w:type="spellEnd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 </w:t>
            </w: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fizyczne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D923454" w14:textId="4C02140C" w:rsidR="00C26D3C" w:rsidRPr="009F42DC" w:rsidRDefault="00000000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14"/>
                <w:tag w:val="CHECKBOX_0014"/>
                <w:id w:val="2437525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C26D3C" w:rsidRPr="009F42DC">
              <w:rPr>
                <w:rFonts w:hint="eastAsia"/>
                <w:sz w:val="18"/>
                <w:szCs w:val="18"/>
                <w:lang w:val="pl-PL"/>
              </w:rPr>
              <w:t xml:space="preserve"> Brak  Niski  Średni  Wysoki  Nie wiadomo</w:t>
            </w:r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4508647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198009886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5177688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15670341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</w:p>
        </w:tc>
      </w:tr>
      <w:tr w:rsidR="00C26D3C" w:rsidRPr="009F42DC" w14:paraId="0943944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A4C51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Prywatność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294B88" w14:textId="06C7F5AB" w:rsidR="00C26D3C" w:rsidRPr="009F42DC" w:rsidRDefault="00000000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14"/>
                <w:tag w:val="CHECKBOX_0014"/>
                <w:id w:val="10814928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C26D3C" w:rsidRPr="009F42DC">
              <w:rPr>
                <w:rFonts w:hint="eastAsia"/>
                <w:sz w:val="18"/>
                <w:szCs w:val="18"/>
                <w:lang w:val="pl-PL"/>
              </w:rPr>
              <w:t xml:space="preserve"> Brak  Niski  Średni  Wysoki  Nie wiadomo</w:t>
            </w:r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8469460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8765913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12491553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18946409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26D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</w:p>
        </w:tc>
      </w:tr>
      <w:tr w:rsidR="00C26D3C" w:rsidRPr="009F42DC" w14:paraId="2ADA69B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10A005" w14:textId="04DBAA66" w:rsidR="00C26D3C" w:rsidRPr="009F42DC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>Wpływ na łańcuch dostaw lub szerszy ekosystem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7D7BF7F" w14:textId="2DF6C58A" w:rsidR="00C26D3C" w:rsidRPr="009F42DC" w:rsidRDefault="00345DA7" w:rsidP="00345DA7">
            <w:pPr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ascii="Segoe UI Symbol" w:hAnsi="Segoe UI Symbol" w:cs="Segoe UI Symbol"/>
                <w:sz w:val="18"/>
                <w:szCs w:val="18"/>
                <w:lang w:val="pl-PL"/>
              </w:rPr>
              <w:t>☐ Brak ☐ Niski ☐ Średni ☐ Wysoki ☐ Nie wiadomo</w:t>
            </w:r>
          </w:p>
        </w:tc>
      </w:tr>
      <w:tr w:rsidR="00C26D3C" w:rsidRPr="009F42DC" w14:paraId="31C4B4D1" w14:textId="77777777" w:rsidTr="0071281F">
        <w:trPr>
          <w:cantSplit/>
          <w:trHeight w:val="526"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156F11" w14:textId="6E0E88A1" w:rsidR="0071281F" w:rsidRPr="009F42DC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Sugerowany poziom ważności, jeśli dostępny (opcjonalnie)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81FDB60" w14:textId="6002D3B1" w:rsidR="00345DA7" w:rsidRPr="009F42DC" w:rsidRDefault="00345DA7" w:rsidP="00345DA7">
            <w:pPr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ascii="Segoe UI Symbol" w:hAnsi="Segoe UI Symbol" w:cs="Segoe UI Symbol"/>
                <w:sz w:val="18"/>
                <w:szCs w:val="18"/>
                <w:lang w:val="pl-PL"/>
              </w:rPr>
              <w:t>☐ Niski ☐ Średni ☐ Wysoki ☐ Krytyczny ☐ Nie wiadomo</w:t>
            </w:r>
          </w:p>
          <w:p w14:paraId="4F52AD07" w14:textId="77777777" w:rsidR="00C26D3C" w:rsidRPr="009F42DC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  <w:tr w:rsidR="0071281F" w:rsidRPr="009F42DC" w14:paraId="5B3BCEA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72403F4" w14:textId="121ACD43" w:rsidR="0071281F" w:rsidRPr="009F42DC" w:rsidRDefault="0071281F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>Wektor CVSS, jeśli dostępny (opcjonalnie)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BB85FB1" w14:textId="77777777" w:rsidR="0071281F" w:rsidRPr="009F42DC" w:rsidRDefault="0071281F" w:rsidP="00345DA7">
            <w:pPr>
              <w:rPr>
                <w:rFonts w:ascii="Segoe UI Symbol" w:hAnsi="Segoe UI Symbol" w:cs="Segoe UI Symbol"/>
                <w:sz w:val="18"/>
                <w:szCs w:val="18"/>
                <w:lang w:val="pl-PL"/>
              </w:rPr>
            </w:pPr>
          </w:p>
        </w:tc>
      </w:tr>
    </w:tbl>
    <w:p w14:paraId="5C8DF8EA" w14:textId="77777777" w:rsidR="00A5425F" w:rsidRPr="009F42DC" w:rsidRDefault="00A5425F" w:rsidP="00A5425F">
      <w:pPr>
        <w:spacing w:after="110" w:line="259" w:lineRule="auto"/>
        <w:rPr>
          <w:rFonts w:hint="eastAsia"/>
          <w:lang w:val="pl-PL"/>
        </w:rPr>
      </w:pPr>
    </w:p>
    <w:p w14:paraId="4D930159" w14:textId="72D70460" w:rsidR="00A5425F" w:rsidRDefault="00DF7C4F" w:rsidP="00A5425F">
      <w:pPr>
        <w:pStyle w:val="Heading2"/>
        <w:spacing w:after="80"/>
      </w:pPr>
      <w:bookmarkStart w:id="6" w:name="_Toc239339918"/>
      <w:r>
        <w:rPr>
          <w:rFonts w:ascii="Ubuntu" w:eastAsia="Ubuntu" w:hAnsi="Ubuntu" w:cs="Ubuntu"/>
          <w:u w:val="single"/>
        </w:rPr>
        <w:lastRenderedPageBreak/>
        <w:t>6. Status wykorzystania podatności i ujawnienia</w:t>
      </w:r>
      <w:bookmarkEnd w:id="6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72A8DC8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793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C2B87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Odpowiedź</w:t>
            </w:r>
          </w:p>
        </w:tc>
      </w:tr>
      <w:tr w:rsidR="00A5425F" w:rsidRPr="009F42DC" w14:paraId="7A9F7C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8E1D7B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Czy podatność jest już publicznie znana?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54F4F7" w14:textId="77777777" w:rsidR="00A5425F" w:rsidRPr="009F42DC" w:rsidRDefault="0000000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14"/>
                <w:tag w:val="CHECKBOX_0014"/>
                <w:id w:val="1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A5425F" w:rsidRPr="009F42DC">
              <w:rPr>
                <w:rFonts w:hint="eastAsia"/>
                <w:sz w:val="18"/>
                <w:szCs w:val="18"/>
                <w:lang w:val="pl-PL"/>
              </w:rPr>
              <w:t xml:space="preserve"> Nie  Tak  Nie wiadomo</w:t>
            </w:r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1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17300377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F4392E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</w:p>
          <w:p w14:paraId="5039FA4B" w14:textId="77777777" w:rsidR="00A030B5" w:rsidRPr="009F42DC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sz w:val="18"/>
                <w:szCs w:val="18"/>
                <w:lang w:val="pl-PL"/>
              </w:rPr>
              <w:t>Jeśli tak, podaj adres URL i datę:</w:t>
            </w:r>
          </w:p>
          <w:p w14:paraId="050DB9D9" w14:textId="6E029EA8" w:rsidR="00A030B5" w:rsidRPr="009F42DC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  <w:tr w:rsidR="00A5425F" w:rsidRPr="009F42DC" w14:paraId="25224E5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6D47A2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 xml:space="preserve">Czy proof of </w:t>
            </w:r>
            <w:proofErr w:type="spellStart"/>
            <w:r w:rsidRPr="009F42DC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concept</w:t>
            </w:r>
            <w:proofErr w:type="spellEnd"/>
            <w:r w:rsidRPr="009F42DC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 xml:space="preserve"> jest publicznie dostępny?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3570BC" w14:textId="77777777" w:rsidR="00A5425F" w:rsidRPr="009F42DC" w:rsidRDefault="0000000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16"/>
                <w:tag w:val="CHECKBOX_0016"/>
                <w:id w:val="1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A5425F" w:rsidRPr="009F42DC">
              <w:rPr>
                <w:rFonts w:hint="eastAsia"/>
                <w:sz w:val="18"/>
                <w:szCs w:val="18"/>
                <w:lang w:val="pl-PL"/>
              </w:rPr>
              <w:t xml:space="preserve"> Nie  Tak  Nie wiadomo</w:t>
            </w:r>
            <w:sdt>
              <w:sdtPr>
                <w:rPr>
                  <w:sz w:val="18"/>
                  <w:szCs w:val="18"/>
                  <w:lang w:val="pl-PL"/>
                </w:rPr>
                <w:alias w:val="Checkbox 17"/>
                <w:tag w:val="CHECKBOX_0017"/>
                <w:id w:val="1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15"/>
                <w:tag w:val="CHECKBOX_0015"/>
                <w:id w:val="-20654807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F4392E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</w:p>
          <w:p w14:paraId="6332CB30" w14:textId="77777777" w:rsidR="00344641" w:rsidRPr="009F42DC" w:rsidRDefault="00344641" w:rsidP="00344641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sz w:val="18"/>
                <w:szCs w:val="18"/>
                <w:lang w:val="pl-PL"/>
              </w:rPr>
              <w:t>Jeśli tak, podaj adres URL i datę:</w:t>
            </w:r>
          </w:p>
          <w:p w14:paraId="22620338" w14:textId="31F65F38" w:rsidR="00344641" w:rsidRPr="009F42DC" w:rsidRDefault="00344641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  <w:tr w:rsidR="00A5425F" w:rsidRPr="009F42DC" w14:paraId="20021B1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252984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Czy wiadomo o aktywnym wykorzystywaniu podatności lub jest ono podejrzewane?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EA5ABD" w14:textId="77777777" w:rsidR="00A5425F" w:rsidRPr="009F42DC" w:rsidRDefault="00000000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18"/>
                <w:tag w:val="CHECKBOX_0018"/>
                <w:id w:val="1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A5425F" w:rsidRPr="009F42DC">
              <w:rPr>
                <w:rFonts w:hint="eastAsia"/>
                <w:sz w:val="18"/>
                <w:szCs w:val="18"/>
                <w:lang w:val="pl-PL"/>
              </w:rPr>
              <w:t xml:space="preserve"> Nie  Tak  Nie wiadomo</w:t>
            </w:r>
            <w:sdt>
              <w:sdtPr>
                <w:rPr>
                  <w:sz w:val="18"/>
                  <w:szCs w:val="18"/>
                  <w:lang w:val="pl-PL"/>
                </w:rPr>
                <w:alias w:val="Checkbox 19"/>
                <w:tag w:val="CHECKBOX_0019"/>
                <w:id w:val="1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20"/>
                <w:tag w:val="CHECKBOX_0020"/>
                <w:id w:val="1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</w:p>
          <w:p w14:paraId="40A7C759" w14:textId="7C5281FA" w:rsidR="003A767A" w:rsidRPr="009F42DC" w:rsidRDefault="003A767A" w:rsidP="003A767A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sz w:val="18"/>
                <w:szCs w:val="18"/>
                <w:lang w:val="pl-PL"/>
              </w:rPr>
              <w:t>Jeśli tak, podaj szczegóły:</w:t>
            </w:r>
          </w:p>
          <w:p w14:paraId="1CB67DBA" w14:textId="4E13D27A" w:rsidR="003A767A" w:rsidRPr="009F42DC" w:rsidRDefault="003A767A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  <w:tr w:rsidR="00A5425F" w:rsidRPr="009F42DC" w14:paraId="266E3BC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D5347E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Czy skontaktowano się z innym producentem, dostawcą, zespołem CERT lub koordynatorem?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2D2C42" w14:textId="77777777" w:rsidR="00A5425F" w:rsidRPr="009F42DC" w:rsidRDefault="0000000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21"/>
                <w:tag w:val="CHECKBOX_0021"/>
                <w:id w:val="1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A5425F" w:rsidRPr="009F42DC">
              <w:rPr>
                <w:rFonts w:hint="eastAsia"/>
                <w:sz w:val="18"/>
                <w:szCs w:val="18"/>
                <w:lang w:val="pl-PL"/>
              </w:rPr>
              <w:t xml:space="preserve"> Nie  Tak  Nie wiadomo</w:t>
            </w:r>
            <w:sdt>
              <w:sdtPr>
                <w:rPr>
                  <w:sz w:val="18"/>
                  <w:szCs w:val="18"/>
                  <w:lang w:val="pl-PL"/>
                </w:rPr>
                <w:alias w:val="Checkbox 22"/>
                <w:tag w:val="CHECKBOX_0022"/>
                <w:id w:val="1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20"/>
                <w:tag w:val="CHECKBOX_0020"/>
                <w:id w:val="-1033111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C56E3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</w:p>
          <w:p w14:paraId="51CB8D36" w14:textId="21538EE8" w:rsidR="00794C62" w:rsidRPr="009F42DC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sz w:val="18"/>
                <w:szCs w:val="18"/>
                <w:lang w:val="pl-PL"/>
              </w:rPr>
              <w:t xml:space="preserve">Jeśli tak, podaj podmiot, identyfikator sprawy i datę: </w:t>
            </w:r>
          </w:p>
          <w:p w14:paraId="0D4B8D09" w14:textId="6F2DF5F3" w:rsidR="00794C62" w:rsidRPr="009F42DC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  <w:tr w:rsidR="00A5425F" w:rsidRPr="009F42DC" w14:paraId="7699255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F83342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Czy planujesz omówić lub opublikować informacje o problemie po jego usunięciu?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3C2C33" w14:textId="042F6D18" w:rsidR="00A5425F" w:rsidRPr="009F42DC" w:rsidRDefault="0000000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alias w:val="Checkbox 23"/>
                <w:tag w:val="CHECKBOX_0023"/>
                <w:id w:val="1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A5425F" w:rsidRPr="009F42DC">
              <w:rPr>
                <w:rFonts w:hint="eastAsia"/>
                <w:sz w:val="18"/>
                <w:szCs w:val="18"/>
                <w:lang w:val="pl-PL"/>
              </w:rPr>
              <w:t xml:space="preserve"> Nie  Tak  Nie wiadomo</w:t>
            </w:r>
            <w:sdt>
              <w:sdtPr>
                <w:rPr>
                  <w:sz w:val="18"/>
                  <w:szCs w:val="18"/>
                  <w:lang w:val="pl-PL"/>
                </w:rPr>
                <w:alias w:val="Checkbox 24"/>
                <w:tag w:val="CHECKBOX_0024"/>
                <w:id w:val="1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  <w:sdt>
              <w:sdtPr>
                <w:rPr>
                  <w:sz w:val="18"/>
                  <w:szCs w:val="18"/>
                  <w:lang w:val="pl-PL"/>
                </w:rPr>
                <w:alias w:val="Checkbox 20"/>
                <w:tag w:val="CHECKBOX_0020"/>
                <w:id w:val="-6758115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2625FC" w:rsidRPr="009F42DC">
                  <w:rPr>
                    <w:rFonts w:ascii="Segoe UI Symbol" w:hAnsi="Segoe UI Symbol" w:cs="Segoe UI Symbol"/>
                    <w:sz w:val="18"/>
                    <w:szCs w:val="18"/>
                    <w:lang w:val="pl-PL"/>
                  </w:rPr>
                  <w:t>☐</w:t>
                </w:r>
              </w:sdtContent>
            </w:sdt>
          </w:p>
          <w:p w14:paraId="489377EF" w14:textId="26DF91C2" w:rsidR="004452B0" w:rsidRPr="009F42DC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sz w:val="18"/>
                <w:szCs w:val="18"/>
                <w:lang w:val="pl-PL"/>
              </w:rPr>
              <w:t>Jeśli tak, podaj szczegóły:</w:t>
            </w:r>
          </w:p>
          <w:p w14:paraId="65D34F61" w14:textId="7790DE9A" w:rsidR="004452B0" w:rsidRPr="009F42DC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  <w:tr w:rsidR="00A5425F" w:rsidRPr="009F42DC" w14:paraId="03BBF32D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C3B348D" w14:textId="70C21239" w:rsidR="00A5425F" w:rsidRPr="009F42DC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pl-PL"/>
              </w:rPr>
              <w:t>Preferowana data skoordynowanego ujawnienia, jeśli dotyczy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5C086C" w14:textId="4565E0E0" w:rsidR="00A5425F" w:rsidRPr="009F42DC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</w:tbl>
    <w:p w14:paraId="5C6CB3F4" w14:textId="77777777" w:rsidR="00A5425F" w:rsidRPr="009F42DC" w:rsidRDefault="00A5425F" w:rsidP="00A5425F">
      <w:pPr>
        <w:spacing w:after="110" w:line="259" w:lineRule="auto"/>
        <w:rPr>
          <w:rFonts w:hint="eastAsia"/>
          <w:lang w:val="pl-PL"/>
        </w:rPr>
      </w:pPr>
    </w:p>
    <w:p w14:paraId="631C87D5" w14:textId="3228D434" w:rsidR="004C6AB1" w:rsidRPr="009F42DC" w:rsidRDefault="004C6AB1" w:rsidP="00A5425F">
      <w:pPr>
        <w:spacing w:after="110" w:line="259" w:lineRule="auto"/>
        <w:rPr>
          <w:rFonts w:hint="eastAsia"/>
          <w:b/>
          <w:bCs/>
          <w:lang w:val="pl-PL"/>
        </w:rPr>
      </w:pPr>
      <w:r w:rsidRPr="009F42DC">
        <w:rPr>
          <w:rStyle w:val="Strong"/>
          <w:b w:val="0"/>
          <w:bCs w:val="0"/>
          <w:lang w:val="pl-PL"/>
        </w:rPr>
        <w:t>Informacja dotycząca skoordynowanego ujawnienia:</w:t>
      </w:r>
      <w:r w:rsidR="009F42DC">
        <w:rPr>
          <w:rStyle w:val="Strong"/>
          <w:b w:val="0"/>
          <w:bCs w:val="0"/>
          <w:lang w:val="pl-PL"/>
        </w:rPr>
        <w:t xml:space="preserve"> </w:t>
      </w:r>
      <w:r w:rsidRPr="009F42DC">
        <w:rPr>
          <w:rStyle w:val="Strong"/>
          <w:b w:val="0"/>
          <w:bCs w:val="0"/>
          <w:lang w:val="pl-PL"/>
        </w:rPr>
        <w:t xml:space="preserve">Prosimy zachować poufność niepublicznych informacji o podatności do uzgodnionej daty ujawnienia. Jeśli poziom ryzyka ulegnie zmianie, zostanie zaobserwowane aktywne wykorzystywanie podatności lub publiczne ujawnienie stanie się prawdopodobne, prosimy niezwłocznie skontaktować się z </w:t>
      </w:r>
      <w:r w:rsidRPr="009F42DC">
        <w:rPr>
          <w:rStyle w:val="Strong"/>
          <w:lang w:val="pl-PL"/>
        </w:rPr>
        <w:t>security@saluscontrols.com</w:t>
      </w:r>
      <w:r w:rsidR="009F42DC">
        <w:rPr>
          <w:rStyle w:val="Strong"/>
          <w:b w:val="0"/>
          <w:bCs w:val="0"/>
          <w:lang w:val="pl-PL"/>
        </w:rPr>
        <w:t xml:space="preserve">, </w:t>
      </w:r>
      <w:r w:rsidRPr="009F42DC">
        <w:rPr>
          <w:rStyle w:val="Strong"/>
          <w:b w:val="0"/>
          <w:bCs w:val="0"/>
          <w:lang w:val="pl-PL"/>
        </w:rPr>
        <w:t>aby można było ponownie ocenić plan ujawnienia.</w:t>
      </w:r>
    </w:p>
    <w:p w14:paraId="30318EA6" w14:textId="79C31313" w:rsidR="00A5425F" w:rsidRPr="009F42DC" w:rsidRDefault="00400CD9" w:rsidP="00A5425F">
      <w:pPr>
        <w:pStyle w:val="Heading2"/>
        <w:spacing w:after="80"/>
        <w:rPr>
          <w:lang w:val="pl-PL"/>
        </w:rPr>
      </w:pPr>
      <w:bookmarkStart w:id="7" w:name="_Toc239339919"/>
      <w:r w:rsidRPr="009F42DC">
        <w:rPr>
          <w:rFonts w:ascii="Ubuntu" w:eastAsia="Ubuntu" w:hAnsi="Ubuntu" w:cs="Ubuntu"/>
          <w:u w:val="single"/>
          <w:lang w:val="pl-PL"/>
        </w:rPr>
        <w:t>7. Sugerowane działania naprawcze lub ograniczające ryzyko (opcjonalnie)</w:t>
      </w:r>
      <w:bookmarkEnd w:id="7"/>
    </w:p>
    <w:p w14:paraId="783A528A" w14:textId="728A2A6C" w:rsidR="00A5425F" w:rsidRPr="009F42DC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  <w:lang w:val="pl-PL"/>
        </w:rPr>
      </w:pPr>
      <w:r w:rsidRPr="009F42DC">
        <w:rPr>
          <w:rFonts w:eastAsia="Myriad Pro" w:cs="Myriad Pro" w:hint="eastAsia"/>
          <w:lang w:val="pl-PL"/>
        </w:rPr>
        <w:t xml:space="preserve">Sugerowana poprawka usuwająca przyczynę źródłową, jeśli jest znana: </w:t>
      </w:r>
      <w:r w:rsidRPr="009F42DC">
        <w:rPr>
          <w:rFonts w:eastAsia="Myriad Pro" w:cs="Myriad Pro" w:hint="eastAsia"/>
          <w:lang w:val="pl-PL"/>
        </w:rPr>
        <w:tab/>
      </w:r>
    </w:p>
    <w:p w14:paraId="707D68F9" w14:textId="77D98296" w:rsidR="00A5425F" w:rsidRPr="009F42DC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  <w:lang w:val="pl-PL"/>
        </w:rPr>
      </w:pPr>
      <w:r w:rsidRPr="009F42DC">
        <w:rPr>
          <w:rFonts w:eastAsia="Myriad Pro" w:cs="Myriad Pro" w:hint="eastAsia"/>
          <w:lang w:val="pl-PL"/>
        </w:rPr>
        <w:t xml:space="preserve">Sugerowane tymczasowe ograniczenie ryzyka lub obejście problemu, jeśli jest znane: </w:t>
      </w:r>
      <w:r w:rsidRPr="009F42DC">
        <w:rPr>
          <w:rFonts w:eastAsia="Myriad Pro" w:cs="Myriad Pro" w:hint="eastAsia"/>
          <w:lang w:val="pl-PL"/>
        </w:rPr>
        <w:tab/>
      </w:r>
    </w:p>
    <w:p w14:paraId="16310794" w14:textId="77777777" w:rsidR="00A5425F" w:rsidRPr="009F42DC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  <w:lang w:val="pl-PL"/>
        </w:rPr>
      </w:pPr>
      <w:r w:rsidRPr="009F42DC">
        <w:rPr>
          <w:rFonts w:eastAsia="Myriad Pro" w:cs="Myriad Pro" w:hint="eastAsia"/>
          <w:lang w:val="pl-PL"/>
        </w:rPr>
        <w:t xml:space="preserve">Odpowiednia praktyka branżowa, reguła ochronna lub odniesienie: </w:t>
      </w:r>
      <w:r w:rsidRPr="009F42DC">
        <w:rPr>
          <w:rFonts w:eastAsia="Myriad Pro" w:cs="Myriad Pro" w:hint="eastAsia"/>
          <w:lang w:val="pl-PL"/>
        </w:rPr>
        <w:tab/>
      </w:r>
    </w:p>
    <w:p w14:paraId="71FC7AA0" w14:textId="16CC36E3" w:rsidR="00A5425F" w:rsidRDefault="00400CD9" w:rsidP="00A5425F">
      <w:pPr>
        <w:pStyle w:val="Heading2"/>
        <w:spacing w:after="80"/>
      </w:pPr>
      <w:bookmarkStart w:id="8" w:name="_Toc239339920"/>
      <w:r>
        <w:rPr>
          <w:rFonts w:ascii="Ubuntu" w:eastAsia="Ubuntu" w:hAnsi="Ubuntu" w:cs="Ubuntu"/>
          <w:u w:val="single"/>
        </w:rPr>
        <w:t>8. Preferencje dotyczące podziękowania</w:t>
      </w:r>
      <w:bookmarkEnd w:id="8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5D07AF8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F93F5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Wybór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E00BAB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Odpowiedź</w:t>
            </w:r>
          </w:p>
        </w:tc>
      </w:tr>
      <w:tr w:rsidR="00A5425F" w14:paraId="69C016E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E6D9D1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Czy możemy publicznie podziękować Ci w przypadku opublikowania komunikatu?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53EEABC" w14:textId="075EFBE4" w:rsidR="00A5425F" w:rsidRDefault="00000000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5"/>
                <w:tag w:val="CHECKBOX_0025"/>
                <w:id w:val="1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5E3305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Tak  Nie</w:t>
            </w:r>
            <w:sdt>
              <w:sdtPr>
                <w:alias w:val="Checkbox 26"/>
                <w:tag w:val="CHECKBOX_0026"/>
                <w:id w:val="1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</w:p>
        </w:tc>
      </w:tr>
      <w:tr w:rsidR="00A5425F" w:rsidRPr="009F42DC" w14:paraId="4FDB743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3B3EEA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Nazwa wyświetlana, alias lub organizacja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E943D1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  <w:tr w:rsidR="00A5425F" w:rsidRPr="009F42DC" w14:paraId="5B5722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106C3F7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  <w:r w:rsidRPr="009F42DC">
              <w:rPr>
                <w:rFonts w:eastAsia="Myriad Pro" w:cs="Myriad Pro" w:hint="eastAsia"/>
                <w:b/>
                <w:color w:val="1D2958"/>
                <w:sz w:val="18"/>
                <w:lang w:val="pl-PL"/>
              </w:rPr>
              <w:t>Preferowany profil lub link referencyjny, jeśli jest zgodny z polityką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98ADF9" w14:textId="77777777" w:rsidR="00A5425F" w:rsidRPr="009F42DC" w:rsidRDefault="00A5425F" w:rsidP="000B505C">
            <w:pPr>
              <w:spacing w:after="0" w:line="240" w:lineRule="auto"/>
              <w:rPr>
                <w:rFonts w:hint="eastAsia"/>
                <w:lang w:val="pl-PL"/>
              </w:rPr>
            </w:pPr>
          </w:p>
        </w:tc>
      </w:tr>
    </w:tbl>
    <w:p w14:paraId="38C3B747" w14:textId="77777777" w:rsidR="00A5425F" w:rsidRPr="009F42DC" w:rsidRDefault="00A5425F" w:rsidP="00A5425F">
      <w:pPr>
        <w:spacing w:after="110" w:line="259" w:lineRule="auto"/>
        <w:rPr>
          <w:rFonts w:hint="eastAsia"/>
          <w:lang w:val="pl-PL"/>
        </w:rPr>
      </w:pPr>
    </w:p>
    <w:p w14:paraId="475B0059" w14:textId="0915E990" w:rsidR="00A5425F" w:rsidRPr="009F42DC" w:rsidRDefault="00400CD9" w:rsidP="00A5425F">
      <w:pPr>
        <w:pStyle w:val="Heading2"/>
        <w:spacing w:after="80"/>
        <w:rPr>
          <w:lang w:val="pl-PL"/>
        </w:rPr>
      </w:pPr>
      <w:bookmarkStart w:id="9" w:name="_Toc239339921"/>
      <w:r w:rsidRPr="009F42DC">
        <w:rPr>
          <w:rFonts w:ascii="Ubuntu" w:eastAsia="Ubuntu" w:hAnsi="Ubuntu" w:cs="Ubuntu"/>
          <w:u w:val="single"/>
          <w:lang w:val="pl-PL"/>
        </w:rPr>
        <w:lastRenderedPageBreak/>
        <w:t>9. Załączniki i dodatkowe informacje</w:t>
      </w:r>
      <w:bookmarkEnd w:id="9"/>
    </w:p>
    <w:p w14:paraId="3088B04A" w14:textId="732A687A" w:rsidR="00DA2D1B" w:rsidRPr="009F42DC" w:rsidRDefault="005B511E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pl-PL"/>
        </w:rPr>
      </w:pPr>
      <w:r w:rsidRPr="009F42DC">
        <w:rPr>
          <w:lang w:val="pl-PL"/>
        </w:rPr>
        <w:t xml:space="preserve">Prosimy wymienić wszystkie pliki dołączone do zgłoszenia. Nie należy dołączać haseł, </w:t>
      </w:r>
      <w:proofErr w:type="spellStart"/>
      <w:r w:rsidRPr="009F42DC">
        <w:rPr>
          <w:lang w:val="pl-PL"/>
        </w:rPr>
        <w:t>tokenów</w:t>
      </w:r>
      <w:proofErr w:type="spellEnd"/>
      <w:r w:rsidRPr="009F42DC">
        <w:rPr>
          <w:lang w:val="pl-PL"/>
        </w:rPr>
        <w:t xml:space="preserve"> uwierzytelniających, kluczy prywatnych ani zbędnych danych osobowych lub danych klientów.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DA2D1B" w:rsidRPr="00FF1C66" w14:paraId="653CF06B" w14:textId="77777777" w:rsidTr="00A10A02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4541D2B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Pole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EFF2A8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Odpowiedź</w:t>
            </w:r>
          </w:p>
        </w:tc>
      </w:tr>
      <w:tr w:rsidR="00DA2D1B" w:rsidRPr="00FF1C66" w14:paraId="6A1D8FE7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E02D75" w14:textId="6F2FD1AF" w:rsidR="00DA2D1B" w:rsidRPr="009F42DC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>Czy do zgłoszenia dołączono pliki?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9C816A" w14:textId="77A3742E" w:rsidR="00DA2D1B" w:rsidRPr="00FF1C66" w:rsidRDefault="00000000" w:rsidP="00DA2D1B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7858824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Tak  Nie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618019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DA2D1B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DA2D1B" w:rsidRPr="00FF1C66" w14:paraId="08895A44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268D4D" w14:textId="01324FC1" w:rsidR="00DA2D1B" w:rsidRPr="00FF1C66" w:rsidRDefault="009A2B5C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Rodzaj dołączonych plików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65EFCB" w14:textId="77777777" w:rsidR="009A2B5C" w:rsidRPr="00FF1C66" w:rsidRDefault="00000000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-6531436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Zrzuty ekranu </w:t>
            </w:r>
          </w:p>
          <w:p w14:paraId="625D8D25" w14:textId="77777777" w:rsidR="009A2B5C" w:rsidRPr="00FF1C66" w:rsidRDefault="00000000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-6313325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9A2B5C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Logi </w:t>
            </w:r>
          </w:p>
          <w:p w14:paraId="2DACA6AC" w14:textId="77777777" w:rsidR="009A2B5C" w:rsidRPr="00FF1C66" w:rsidRDefault="00000000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21440663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Wideo </w:t>
            </w:r>
          </w:p>
          <w:p w14:paraId="5DB65D96" w14:textId="77777777" w:rsidR="009A2B5C" w:rsidRPr="00FF1C66" w:rsidRDefault="00000000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966091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Proof of concept </w:t>
            </w:r>
          </w:p>
          <w:p w14:paraId="514A4003" w14:textId="77777777" w:rsidR="009A2B5C" w:rsidRPr="00FF1C66" w:rsidRDefault="00000000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5607607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Przechwycone pakiety </w:t>
            </w:r>
          </w:p>
          <w:p w14:paraId="17A74EDE" w14:textId="681966A3" w:rsidR="00DA2D1B" w:rsidRPr="00FF1C66" w:rsidRDefault="00000000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20903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Inne</w:t>
            </w:r>
          </w:p>
        </w:tc>
      </w:tr>
      <w:tr w:rsidR="00DA2D1B" w:rsidRPr="00FF1C66" w14:paraId="244F1F7A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589E59" w14:textId="57FDA9E8" w:rsidR="00DA2D1B" w:rsidRPr="00FF1C66" w:rsidRDefault="008A78A6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Opis dołączonych plików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CA44099" w14:textId="77777777" w:rsidR="00DA2D1B" w:rsidRPr="00FF1C66" w:rsidRDefault="00DA2D1B" w:rsidP="008A78A6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9F42DC" w14:paraId="439B08F5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774265" w14:textId="387C2B44" w:rsidR="00DA2D1B" w:rsidRPr="009F42DC" w:rsidRDefault="007073FE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>Dodatkowe informacje istotne dla zgłoszenia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03DF52" w14:textId="2640F0C3" w:rsidR="00DA2D1B" w:rsidRPr="009F42DC" w:rsidRDefault="00DA2D1B" w:rsidP="007073FE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  <w:tr w:rsidR="00DA2D1B" w:rsidRPr="009F42DC" w14:paraId="089B751C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B37360" w14:textId="366325B7" w:rsidR="00DA2D1B" w:rsidRPr="009F42DC" w:rsidRDefault="005D16DB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  <w:r w:rsidRPr="009F42DC">
              <w:rPr>
                <w:rFonts w:eastAsia="Myriad Pro" w:cs="Myriad Pro"/>
                <w:b/>
                <w:color w:val="1D2958"/>
                <w:sz w:val="18"/>
                <w:szCs w:val="18"/>
                <w:lang w:val="pl-PL"/>
              </w:rPr>
              <w:t>Wymagania dotyczące poufności lub sposobu postępowania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5C7905" w14:textId="77777777" w:rsidR="00DA2D1B" w:rsidRPr="009F42DC" w:rsidRDefault="00DA2D1B" w:rsidP="005D16DB">
            <w:pPr>
              <w:spacing w:after="0" w:line="240" w:lineRule="auto"/>
              <w:rPr>
                <w:rFonts w:hint="eastAsia"/>
                <w:sz w:val="18"/>
                <w:szCs w:val="18"/>
                <w:lang w:val="pl-PL"/>
              </w:rPr>
            </w:pPr>
          </w:p>
        </w:tc>
      </w:tr>
    </w:tbl>
    <w:p w14:paraId="7D268B9C" w14:textId="77777777" w:rsidR="00DA2D1B" w:rsidRPr="009F42DC" w:rsidRDefault="00DA2D1B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pl-PL"/>
        </w:rPr>
      </w:pPr>
    </w:p>
    <w:p w14:paraId="4AF4B10A" w14:textId="7E10C0E2" w:rsidR="00400CD9" w:rsidRPr="009F42DC" w:rsidRDefault="002B58F8" w:rsidP="00990E0E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pl-PL"/>
        </w:rPr>
      </w:pPr>
      <w:r w:rsidRPr="009F42DC">
        <w:rPr>
          <w:lang w:val="pl-PL"/>
        </w:rPr>
        <w:t xml:space="preserve">Jeśli dołączasz logi, zrzuty ekranu, nagrania wideo, przechwycone pakiety lub materiały typu proof of </w:t>
      </w:r>
      <w:proofErr w:type="spellStart"/>
      <w:r w:rsidRPr="009F42DC">
        <w:rPr>
          <w:lang w:val="pl-PL"/>
        </w:rPr>
        <w:t>concept</w:t>
      </w:r>
      <w:proofErr w:type="spellEnd"/>
      <w:r w:rsidRPr="009F42DC">
        <w:rPr>
          <w:lang w:val="pl-PL"/>
        </w:rPr>
        <w:t xml:space="preserve">, przed przesłaniem zgłoszenia usuń zbędne dane osobowe, dane klientów, hasła, </w:t>
      </w:r>
      <w:proofErr w:type="spellStart"/>
      <w:r w:rsidRPr="009F42DC">
        <w:rPr>
          <w:lang w:val="pl-PL"/>
        </w:rPr>
        <w:t>tokeny</w:t>
      </w:r>
      <w:proofErr w:type="spellEnd"/>
      <w:r w:rsidRPr="009F42DC">
        <w:rPr>
          <w:lang w:val="pl-PL"/>
        </w:rPr>
        <w:t xml:space="preserve"> uwierzytelniające, klucze prywatne oraz inne informacje wrażliwe.</w:t>
      </w:r>
    </w:p>
    <w:p w14:paraId="38E505FA" w14:textId="77777777" w:rsidR="00400CD9" w:rsidRPr="009F42DC" w:rsidRDefault="00400CD9" w:rsidP="003A18C2">
      <w:pPr>
        <w:pStyle w:val="ListBullet"/>
        <w:numPr>
          <w:ilvl w:val="0"/>
          <w:numId w:val="0"/>
        </w:numPr>
        <w:tabs>
          <w:tab w:val="left" w:leader="underscore" w:pos="9200"/>
        </w:tabs>
        <w:spacing w:after="50" w:line="252" w:lineRule="auto"/>
        <w:ind w:left="360"/>
        <w:rPr>
          <w:rFonts w:hint="eastAsia"/>
          <w:lang w:val="pl-PL"/>
        </w:rPr>
      </w:pPr>
    </w:p>
    <w:p w14:paraId="3B991FF6" w14:textId="34CC02C3" w:rsidR="00A5425F" w:rsidRPr="009F42DC" w:rsidRDefault="00A5425F" w:rsidP="00A5425F">
      <w:pPr>
        <w:pStyle w:val="Heading2"/>
        <w:spacing w:after="80"/>
        <w:rPr>
          <w:lang w:val="pl-PL"/>
        </w:rPr>
      </w:pPr>
      <w:bookmarkStart w:id="10" w:name="_Toc239339922"/>
      <w:r w:rsidRPr="009F42DC">
        <w:rPr>
          <w:rFonts w:ascii="Ubuntu" w:eastAsia="Ubuntu" w:hAnsi="Ubuntu" w:cs="Ubuntu" w:hint="eastAsia"/>
          <w:u w:val="single"/>
          <w:lang w:val="pl-PL"/>
        </w:rPr>
        <w:t>10. Oświadczenie o działaniu w dobrej wierze</w:t>
      </w:r>
      <w:bookmarkEnd w:id="10"/>
    </w:p>
    <w:p w14:paraId="7C6C0657" w14:textId="77777777" w:rsidR="00A5425F" w:rsidRPr="009F42DC" w:rsidRDefault="00A5425F" w:rsidP="00A5425F">
      <w:pPr>
        <w:spacing w:after="110" w:line="259" w:lineRule="auto"/>
        <w:rPr>
          <w:rFonts w:hint="eastAsia"/>
          <w:lang w:val="pl-PL"/>
        </w:rPr>
      </w:pPr>
      <w:r w:rsidRPr="009F42DC">
        <w:rPr>
          <w:rFonts w:eastAsia="Myriad Pro" w:cs="Myriad Pro" w:hint="eastAsia"/>
          <w:lang w:val="pl-PL"/>
        </w:rPr>
        <w:t>Przesyłając to zgłoszenie, osoba zgłaszająca potwierdza, zgodnie ze swoją najlepszą wiedzą, że:</w:t>
      </w:r>
    </w:p>
    <w:p w14:paraId="573C3FF9" w14:textId="641BBC39" w:rsidR="00A5425F" w:rsidRPr="009F42DC" w:rsidRDefault="00000000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pl-PL"/>
        </w:rPr>
      </w:pPr>
      <w:sdt>
        <w:sdtPr>
          <w:rPr>
            <w:lang w:val="pl-PL"/>
          </w:rPr>
          <w:alias w:val="Checkbox 27"/>
          <w:tag w:val="CHECKBOX_0027"/>
          <w:id w:val="100027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 w:rsidR="001000B8" w:rsidRPr="009F42DC">
            <w:rPr>
              <w:rFonts w:ascii="Arial" w:hAnsi="Arial" w:cs="Arial"/>
              <w:lang w:val="pl-PL"/>
            </w:rPr>
            <w:t>☐</w:t>
          </w:r>
        </w:sdtContent>
      </w:sdt>
      <w:r w:rsidR="00A5425F" w:rsidRPr="009F42DC">
        <w:rPr>
          <w:rFonts w:eastAsia="Myriad Pro" w:cs="Myriad Pro" w:hint="eastAsia"/>
          <w:szCs w:val="21"/>
          <w:lang w:val="pl-PL"/>
        </w:rPr>
        <w:t xml:space="preserve"> Zgłoszenie jest zgodne ze stanem faktycznym i powstało w wyniku badań bezpieczeństwa prowadzonych w dobrej wierze.</w:t>
      </w:r>
    </w:p>
    <w:p w14:paraId="3D6F23C6" w14:textId="3D6E9E1F" w:rsidR="00A5425F" w:rsidRPr="009F42DC" w:rsidRDefault="00000000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pl-PL"/>
        </w:rPr>
      </w:pPr>
      <w:sdt>
        <w:sdtPr>
          <w:rPr>
            <w:lang w:val="pl-PL"/>
          </w:rPr>
          <w:alias w:val="Checkbox 28"/>
          <w:tag w:val="CHECKBOX_0028"/>
          <w:id w:val="100028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 w:rsidR="001000B8" w:rsidRPr="009F42DC">
            <w:rPr>
              <w:rFonts w:ascii="Arial" w:hAnsi="Arial" w:cs="Arial"/>
              <w:lang w:val="pl-PL"/>
            </w:rPr>
            <w:t>☐</w:t>
          </w:r>
        </w:sdtContent>
      </w:sdt>
      <w:r w:rsidR="00A5425F" w:rsidRPr="009F42DC">
        <w:rPr>
          <w:rFonts w:eastAsia="Myriad Pro" w:cs="Myriad Pro" w:hint="eastAsia"/>
          <w:szCs w:val="21"/>
          <w:lang w:val="pl-PL"/>
        </w:rPr>
        <w:t xml:space="preserve"> Testy ograniczały się do systemów, urządzeń, kont i danych należących do osoby zgłaszającej lub takich, do których testowania była upoważniona.</w:t>
      </w:r>
    </w:p>
    <w:p w14:paraId="6BBC477B" w14:textId="77777777" w:rsidR="00A5425F" w:rsidRPr="009F42DC" w:rsidRDefault="00000000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pl-PL"/>
        </w:rPr>
      </w:pPr>
      <w:sdt>
        <w:sdtPr>
          <w:rPr>
            <w:lang w:val="pl-PL"/>
          </w:rPr>
          <w:alias w:val="Checkbox 29"/>
          <w:tag w:val="CHECKBOX_0029"/>
          <w:id w:val="100029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 w:rsidR="00A5425F" w:rsidRPr="009F42DC">
            <w:rPr>
              <w:rFonts w:ascii="Segoe UI Symbol" w:eastAsia="Arial Unicode MS" w:hAnsi="Segoe UI Symbol" w:cs="Segoe UI Symbol"/>
              <w:color w:val="000000"/>
              <w:szCs w:val="21"/>
              <w:lang w:val="pl-PL"/>
            </w:rPr>
            <w:t>☐</w:t>
          </w:r>
        </w:sdtContent>
      </w:sdt>
      <w:r w:rsidR="00A5425F" w:rsidRPr="009F42DC">
        <w:rPr>
          <w:rFonts w:eastAsia="Myriad Pro" w:cs="Myriad Pro" w:hint="eastAsia"/>
          <w:szCs w:val="21"/>
          <w:lang w:val="pl-PL"/>
        </w:rPr>
        <w:t xml:space="preserve"> Unikano zbędnego dostępu do niepublicznych danych, ich przechowywania lub ujawniania.</w:t>
      </w:r>
    </w:p>
    <w:p w14:paraId="310F30BF" w14:textId="77777777" w:rsidR="00A5425F" w:rsidRPr="009F42DC" w:rsidRDefault="00000000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pl-PL"/>
        </w:rPr>
      </w:pPr>
      <w:sdt>
        <w:sdtPr>
          <w:rPr>
            <w:lang w:val="pl-PL"/>
          </w:rPr>
          <w:alias w:val="Checkbox 30"/>
          <w:tag w:val="CHECKBOX_0030"/>
          <w:id w:val="100030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 w:rsidR="00A5425F" w:rsidRPr="009F42DC">
            <w:rPr>
              <w:rFonts w:ascii="Segoe UI Symbol" w:eastAsia="Arial Unicode MS" w:hAnsi="Segoe UI Symbol" w:cs="Segoe UI Symbol"/>
              <w:color w:val="000000"/>
              <w:szCs w:val="21"/>
              <w:lang w:val="pl-PL"/>
            </w:rPr>
            <w:t>☐</w:t>
          </w:r>
        </w:sdtContent>
      </w:sdt>
      <w:r w:rsidR="00A5425F" w:rsidRPr="009F42DC">
        <w:rPr>
          <w:rFonts w:eastAsia="Myriad Pro" w:cs="Myriad Pro" w:hint="eastAsia"/>
          <w:szCs w:val="21"/>
          <w:lang w:val="pl-PL"/>
        </w:rPr>
        <w:t xml:space="preserve"> Osoba zgłaszająca będzie koordynować ujawnienie zgodnie z opublikowaną polityką, z zastrzeżeniem obowiązującego prawa oraz wszelkich pilnych zmian poziomu ryzyka dla użytkowników.</w:t>
      </w:r>
    </w:p>
    <w:p w14:paraId="19C68360" w14:textId="1BC9F46C" w:rsidR="009D2F24" w:rsidRPr="009F42DC" w:rsidRDefault="00000000" w:rsidP="000B4D71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pl-PL"/>
        </w:rPr>
      </w:pPr>
      <w:sdt>
        <w:sdtPr>
          <w:rPr>
            <w:lang w:val="pl-PL"/>
          </w:rPr>
          <w:alias w:val="Checkbox 30"/>
          <w:tag w:val="CHECKBOX_0030"/>
          <w:id w:val="-1594698797"/>
          <w14:checkbox>
            <w14:checked w14:val="0"/>
            <w14:checkedState w14:val="2612" w14:font="Arial"/>
            <w14:uncheckedState w14:val="2610" w14:font="Arial"/>
          </w14:checkbox>
        </w:sdtPr>
        <w:sdtContent>
          <w:r w:rsidR="001000B8" w:rsidRPr="009F42DC">
            <w:rPr>
              <w:rFonts w:ascii="Arial" w:hAnsi="Arial" w:cs="Arial"/>
              <w:lang w:val="pl-PL"/>
            </w:rPr>
            <w:t>☐</w:t>
          </w:r>
        </w:sdtContent>
      </w:sdt>
      <w:r w:rsidR="00BF3105" w:rsidRPr="009F42DC">
        <w:rPr>
          <w:lang w:val="pl-PL"/>
        </w:rPr>
        <w:t xml:space="preserve"> Potwierdzam, że celowo nie zamieściłem(-</w:t>
      </w:r>
      <w:proofErr w:type="spellStart"/>
      <w:r w:rsidR="00BF3105" w:rsidRPr="009F42DC">
        <w:rPr>
          <w:lang w:val="pl-PL"/>
        </w:rPr>
        <w:t>am</w:t>
      </w:r>
      <w:proofErr w:type="spellEnd"/>
      <w:r w:rsidR="00BF3105" w:rsidRPr="009F42DC">
        <w:rPr>
          <w:lang w:val="pl-PL"/>
        </w:rPr>
        <w:t xml:space="preserve">) haseł, </w:t>
      </w:r>
      <w:proofErr w:type="spellStart"/>
      <w:r w:rsidR="00BF3105" w:rsidRPr="009F42DC">
        <w:rPr>
          <w:lang w:val="pl-PL"/>
        </w:rPr>
        <w:t>tokenów</w:t>
      </w:r>
      <w:proofErr w:type="spellEnd"/>
      <w:r w:rsidR="00BF3105" w:rsidRPr="009F42DC">
        <w:rPr>
          <w:lang w:val="pl-PL"/>
        </w:rPr>
        <w:t xml:space="preserve"> uwierzytelniających, kluczy prywatnych ani zbędnych danych osobowych lub danych klientów.</w:t>
      </w:r>
    </w:p>
    <w:p w14:paraId="6C180A1B" w14:textId="180F33F7" w:rsidR="009D2F24" w:rsidRPr="009F42DC" w:rsidRDefault="009D2F24" w:rsidP="009D2F24">
      <w:pPr>
        <w:spacing w:after="110" w:line="259" w:lineRule="auto"/>
        <w:rPr>
          <w:rFonts w:eastAsia="Myriad Pro" w:cs="Myriad Pro"/>
          <w:lang w:val="pl-PL"/>
        </w:rPr>
      </w:pPr>
      <w:r w:rsidRPr="009F42DC">
        <w:rPr>
          <w:rFonts w:eastAsia="Myriad Pro" w:cs="Myriad Pro" w:hint="eastAsia"/>
          <w:b/>
          <w:lang w:val="pl-PL"/>
        </w:rPr>
        <w:t>Data zgłoszenia: ____________________</w:t>
      </w:r>
    </w:p>
    <w:p w14:paraId="683EA517" w14:textId="40E3522B" w:rsidR="009B6E2A" w:rsidRPr="009F42DC" w:rsidRDefault="009B6E2A" w:rsidP="009B6E2A">
      <w:pPr>
        <w:spacing w:after="110" w:line="259" w:lineRule="auto"/>
        <w:rPr>
          <w:rFonts w:hint="eastAsia"/>
          <w:lang w:val="pl-PL"/>
        </w:rPr>
      </w:pPr>
      <w:r w:rsidRPr="009F42DC">
        <w:rPr>
          <w:rFonts w:eastAsia="Myriad Pro" w:cs="Myriad Pro" w:hint="eastAsia"/>
          <w:b/>
          <w:lang w:val="pl-PL"/>
        </w:rPr>
        <w:t>Imię i nazwisko lub alias osoby zgłaszającej, jeśli podano: ____________________________________________________________________</w:t>
      </w:r>
    </w:p>
    <w:p w14:paraId="2BE015E7" w14:textId="77777777" w:rsidR="0054095F" w:rsidRPr="009F42DC" w:rsidRDefault="0054095F" w:rsidP="00D116E9">
      <w:pPr>
        <w:pStyle w:val="ListBullet"/>
        <w:numPr>
          <w:ilvl w:val="0"/>
          <w:numId w:val="0"/>
        </w:numPr>
        <w:rPr>
          <w:rStyle w:val="Strong"/>
          <w:rFonts w:hint="eastAsia"/>
          <w:lang w:val="pl-PL"/>
        </w:rPr>
      </w:pPr>
    </w:p>
    <w:p w14:paraId="1C2FC0BF" w14:textId="77777777" w:rsidR="00A67FD7" w:rsidRPr="009F42DC" w:rsidRDefault="0054095F" w:rsidP="00EB6E7D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pl-PL"/>
        </w:rPr>
      </w:pPr>
      <w:r w:rsidRPr="009F42DC">
        <w:rPr>
          <w:rStyle w:val="Strong"/>
          <w:lang w:val="pl-PL"/>
        </w:rPr>
        <w:t>Jak przesłać zgłoszenie</w:t>
      </w:r>
    </w:p>
    <w:p w14:paraId="79C3CF60" w14:textId="1DAF4D50" w:rsidR="0054095F" w:rsidRPr="009F42DC" w:rsidRDefault="0054095F" w:rsidP="00A67FD7">
      <w:pPr>
        <w:pStyle w:val="ListBullet"/>
        <w:numPr>
          <w:ilvl w:val="0"/>
          <w:numId w:val="0"/>
        </w:numPr>
        <w:ind w:left="360"/>
        <w:rPr>
          <w:rFonts w:ascii="Times New Roman" w:hAnsi="Times New Roman"/>
          <w:color w:val="auto"/>
          <w:sz w:val="24"/>
          <w:lang w:val="pl-PL"/>
        </w:rPr>
      </w:pPr>
      <w:r w:rsidRPr="009F42DC">
        <w:rPr>
          <w:lang w:val="pl-PL"/>
        </w:rPr>
        <w:t>Wypełniony formularz prosimy przesłać e-mailem na adres: security@saluscontrols.com</w:t>
      </w:r>
    </w:p>
    <w:p w14:paraId="67F786F1" w14:textId="77777777" w:rsidR="0054095F" w:rsidRPr="009F42DC" w:rsidRDefault="0054095F" w:rsidP="00B27AC6">
      <w:pPr>
        <w:pStyle w:val="ListBullet"/>
        <w:numPr>
          <w:ilvl w:val="0"/>
          <w:numId w:val="0"/>
        </w:numPr>
        <w:ind w:left="360"/>
        <w:rPr>
          <w:rFonts w:hint="eastAsia"/>
          <w:lang w:val="pl-PL"/>
        </w:rPr>
      </w:pPr>
      <w:r w:rsidRPr="009F42DC">
        <w:rPr>
          <w:lang w:val="pl-PL"/>
        </w:rPr>
        <w:t>Podejrzenie podatności można również zgłosić bezpośrednio e-mailem, bez korzystania z tego formularza. Zalecamy jednak użycie formularza, ponieważ pomaga on SALUS Controls PLC zebrać informacje potrzebne do sprawnej oceny zgłoszenia.</w:t>
      </w:r>
    </w:p>
    <w:p w14:paraId="6211C366" w14:textId="77777777" w:rsidR="006C1235" w:rsidRPr="009F42DC" w:rsidRDefault="006C1235" w:rsidP="00A5425F">
      <w:pPr>
        <w:rPr>
          <w:rFonts w:hint="eastAsia"/>
          <w:lang w:val="pl-PL"/>
        </w:rPr>
      </w:pPr>
    </w:p>
    <w:sectPr w:rsidR="006C1235" w:rsidRPr="009F42DC" w:rsidSect="00034616">
      <w:headerReference w:type="default" r:id="rId8"/>
      <w:footerReference w:type="default" r:id="rId9"/>
      <w:pgSz w:w="12240" w:h="15840"/>
      <w:pgMar w:top="979" w:right="1123" w:bottom="936" w:left="1123" w:header="403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743C7" w14:textId="77777777" w:rsidR="00D32049" w:rsidRDefault="00D3204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BCEBEC0" w14:textId="77777777" w:rsidR="00D32049" w:rsidRDefault="00D3204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19BF" w14:textId="4F6AEACB" w:rsidR="00A57E86" w:rsidRDefault="001E6F2C" w:rsidP="001E6F2C">
    <w:pPr>
      <w:pStyle w:val="Footer"/>
      <w:tabs>
        <w:tab w:val="left" w:pos="1163"/>
        <w:tab w:val="right" w:pos="9878"/>
      </w:tabs>
      <w:jc w:val="right"/>
      <w:rPr>
        <w:rFonts w:hint="eastAsia"/>
      </w:rPr>
    </w:pPr>
    <w:r>
      <w:rPr>
        <w:rFonts w:ascii="Ubuntu" w:eastAsia="Ubuntu" w:hAnsi="Ubuntu" w:cs="Ubuntu"/>
        <w:b/>
        <w:color w:val="1D2958"/>
        <w:sz w:val="16"/>
      </w:rPr>
      <w:tab/>
    </w:r>
    <w:r>
      <w:rPr>
        <w:rFonts w:ascii="Ubuntu" w:eastAsia="Ubuntu" w:hAnsi="Ubuntu" w:cs="Ubuntu"/>
        <w:b/>
        <w:color w:val="1D2958"/>
        <w:sz w:val="16"/>
      </w:rPr>
      <w:tab/>
      <w:t xml:space="preserve">Strona </w:t>
    </w:r>
    <w:r>
      <w:rPr>
        <w:rFonts w:ascii="Ubuntu" w:eastAsia="Ubuntu" w:hAnsi="Ubuntu" w:cs="Ubuntu"/>
        <w:b/>
        <w:color w:val="1D2958"/>
        <w:sz w:val="16"/>
      </w:rPr>
      <w:fldChar w:fldCharType="begin"/>
    </w:r>
    <w:r>
      <w:rPr>
        <w:rFonts w:ascii="Ubuntu" w:eastAsia="Ubuntu" w:hAnsi="Ubuntu" w:cs="Ubuntu"/>
        <w:b/>
        <w:color w:val="1D2958"/>
        <w:sz w:val="16"/>
      </w:rPr>
      <w:instrText xml:space="preserve"> PAGE </w:instrText>
    </w:r>
    <w:r>
      <w:rPr>
        <w:rFonts w:ascii="Ubuntu" w:eastAsia="Ubuntu" w:hAnsi="Ubuntu" w:cs="Ubuntu"/>
        <w:b/>
        <w:color w:val="1D2958"/>
        <w:sz w:val="16"/>
      </w:rPr>
      <w:fldChar w:fldCharType="separate"/>
    </w:r>
    <w:r w:rsidR="00817323">
      <w:rPr>
        <w:rFonts w:ascii="Ubuntu" w:eastAsia="Ubuntu" w:hAnsi="Ubuntu" w:cs="Ubuntu"/>
        <w:b/>
        <w:noProof/>
        <w:color w:val="1D2958"/>
        <w:sz w:val="16"/>
      </w:rPr>
      <w:t>1</w:t>
    </w:r>
    <w:r>
      <w:rPr>
        <w:rFonts w:ascii="Ubuntu" w:eastAsia="Ubuntu" w:hAnsi="Ubuntu" w:cs="Ubuntu"/>
        <w:b/>
        <w:color w:val="1D295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C2730" w14:textId="77777777" w:rsidR="00D32049" w:rsidRDefault="00D3204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FEF7D2A" w14:textId="77777777" w:rsidR="00D32049" w:rsidRDefault="00D3204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C6F7" w14:textId="1C007DCB" w:rsidR="001E6F2C" w:rsidRPr="001E6F2C" w:rsidRDefault="005D1326" w:rsidP="007B267A">
    <w:pPr>
      <w:pStyle w:val="BodyText"/>
      <w:spacing w:before="55" w:after="0"/>
      <w:ind w:left="284"/>
      <w:jc w:val="center"/>
      <w:rPr>
        <w:rFonts w:hint="eastAsia"/>
        <w:w w:val="105"/>
        <w:sz w:val="16"/>
        <w:szCs w:val="16"/>
      </w:rPr>
    </w:pPr>
    <w:r w:rsidRPr="001E6F2C">
      <w:rPr>
        <w:rFonts w:eastAsia="Myriad Pro" w:cs="Myriad Pro"/>
        <w:color w:val="6D7176"/>
        <w:w w:val="105"/>
        <w:sz w:val="16"/>
        <w:szCs w:val="16"/>
      </w:rPr>
      <w:t>SALUS Controls PLC Units 8-10,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North</w:t>
    </w:r>
    <w:r w:rsidR="00F56C1F">
      <w:rPr>
        <w:rFonts w:eastAsia="Myriad Pro" w:cs="Myriad Pro"/>
        <w:color w:val="6D7176"/>
        <w:w w:val="105"/>
        <w:sz w:val="16"/>
        <w:szCs w:val="16"/>
      </w:rPr>
      <w:t>field</w:t>
    </w:r>
    <w:r w:rsidR="00584A2A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Business Park,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 xml:space="preserve">Forge Way, </w:t>
    </w:r>
    <w:r w:rsidR="00223A8B">
      <w:rPr>
        <w:rFonts w:eastAsia="Myriad Pro" w:cs="Myriad Pro"/>
        <w:color w:val="6D7176"/>
        <w:w w:val="105"/>
        <w:sz w:val="16"/>
        <w:szCs w:val="16"/>
      </w:rPr>
      <w:t>Parkgate,</w:t>
    </w:r>
    <w:r w:rsidR="00862FC0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Rotherham, S60 1SD, UK</w:t>
    </w:r>
  </w:p>
  <w:p w14:paraId="78E6932F" w14:textId="77777777" w:rsidR="005D1326" w:rsidRDefault="005D1326">
    <w:pPr>
      <w:pStyle w:val="Header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57EB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5"/>
    <w:multiLevelType w:val="hybridMultilevel"/>
    <w:tmpl w:val="7545E146"/>
    <w:lvl w:ilvl="0" w:tplc="FFFFFFFF">
      <w:start w:val="3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6"/>
    <w:multiLevelType w:val="hybridMultilevel"/>
    <w:tmpl w:val="515F007C"/>
    <w:lvl w:ilvl="0" w:tplc="FFFFFFFF">
      <w:start w:val="47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45268EF"/>
    <w:multiLevelType w:val="hybridMultilevel"/>
    <w:tmpl w:val="CB2A8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C651E"/>
    <w:multiLevelType w:val="hybridMultilevel"/>
    <w:tmpl w:val="DD48A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1BDC"/>
    <w:multiLevelType w:val="hybridMultilevel"/>
    <w:tmpl w:val="1B085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17CFE"/>
    <w:multiLevelType w:val="hybridMultilevel"/>
    <w:tmpl w:val="D148450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31209EB"/>
    <w:multiLevelType w:val="hybridMultilevel"/>
    <w:tmpl w:val="5EF4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712EA"/>
    <w:multiLevelType w:val="hybridMultilevel"/>
    <w:tmpl w:val="6A863788"/>
    <w:lvl w:ilvl="0" w:tplc="E0664020">
      <w:start w:val="8"/>
      <w:numFmt w:val="bullet"/>
      <w:lvlText w:val="-"/>
      <w:lvlJc w:val="left"/>
      <w:pPr>
        <w:ind w:left="4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28459BF"/>
    <w:multiLevelType w:val="hybridMultilevel"/>
    <w:tmpl w:val="083418EC"/>
    <w:lvl w:ilvl="0" w:tplc="C13237B8">
      <w:start w:val="8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52B"/>
    <w:multiLevelType w:val="hybridMultilevel"/>
    <w:tmpl w:val="DCEC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34EE9"/>
    <w:multiLevelType w:val="hybridMultilevel"/>
    <w:tmpl w:val="1472B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814946"/>
    <w:multiLevelType w:val="hybridMultilevel"/>
    <w:tmpl w:val="C4A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883120">
    <w:abstractNumId w:val="8"/>
  </w:num>
  <w:num w:numId="2" w16cid:durableId="116991274">
    <w:abstractNumId w:val="6"/>
  </w:num>
  <w:num w:numId="3" w16cid:durableId="89938937">
    <w:abstractNumId w:val="5"/>
  </w:num>
  <w:num w:numId="4" w16cid:durableId="553007795">
    <w:abstractNumId w:val="4"/>
  </w:num>
  <w:num w:numId="5" w16cid:durableId="1176505067">
    <w:abstractNumId w:val="7"/>
  </w:num>
  <w:num w:numId="6" w16cid:durableId="1584803279">
    <w:abstractNumId w:val="3"/>
  </w:num>
  <w:num w:numId="7" w16cid:durableId="1621955255">
    <w:abstractNumId w:val="2"/>
  </w:num>
  <w:num w:numId="8" w16cid:durableId="1975990006">
    <w:abstractNumId w:val="1"/>
  </w:num>
  <w:num w:numId="9" w16cid:durableId="411127923">
    <w:abstractNumId w:val="0"/>
  </w:num>
  <w:num w:numId="10" w16cid:durableId="1180008020">
    <w:abstractNumId w:val="15"/>
  </w:num>
  <w:num w:numId="11" w16cid:durableId="783884163">
    <w:abstractNumId w:val="12"/>
  </w:num>
  <w:num w:numId="12" w16cid:durableId="223151439">
    <w:abstractNumId w:val="18"/>
  </w:num>
  <w:num w:numId="13" w16cid:durableId="1784297975">
    <w:abstractNumId w:val="11"/>
  </w:num>
  <w:num w:numId="14" w16cid:durableId="1060401201">
    <w:abstractNumId w:val="19"/>
  </w:num>
  <w:num w:numId="15" w16cid:durableId="1286501859">
    <w:abstractNumId w:val="8"/>
  </w:num>
  <w:num w:numId="16" w16cid:durableId="209417096">
    <w:abstractNumId w:val="9"/>
  </w:num>
  <w:num w:numId="17" w16cid:durableId="1857572138">
    <w:abstractNumId w:val="10"/>
  </w:num>
  <w:num w:numId="18" w16cid:durableId="505051451">
    <w:abstractNumId w:val="13"/>
  </w:num>
  <w:num w:numId="19" w16cid:durableId="363947609">
    <w:abstractNumId w:val="14"/>
  </w:num>
  <w:num w:numId="20" w16cid:durableId="951396934">
    <w:abstractNumId w:val="20"/>
  </w:num>
  <w:num w:numId="21" w16cid:durableId="1291133405">
    <w:abstractNumId w:val="17"/>
  </w:num>
  <w:num w:numId="22" w16cid:durableId="12290020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30"/>
    <w:rsid w:val="00034616"/>
    <w:rsid w:val="0006063C"/>
    <w:rsid w:val="00065768"/>
    <w:rsid w:val="000678F2"/>
    <w:rsid w:val="00082F3C"/>
    <w:rsid w:val="00083E91"/>
    <w:rsid w:val="000B4D71"/>
    <w:rsid w:val="000D1683"/>
    <w:rsid w:val="000E4D87"/>
    <w:rsid w:val="000E4E8C"/>
    <w:rsid w:val="001000B8"/>
    <w:rsid w:val="00105460"/>
    <w:rsid w:val="00135918"/>
    <w:rsid w:val="0015074B"/>
    <w:rsid w:val="00153BF5"/>
    <w:rsid w:val="0016185E"/>
    <w:rsid w:val="00181A8C"/>
    <w:rsid w:val="00183348"/>
    <w:rsid w:val="00183F4D"/>
    <w:rsid w:val="0019072D"/>
    <w:rsid w:val="001A2F69"/>
    <w:rsid w:val="001B0D07"/>
    <w:rsid w:val="001E6F2C"/>
    <w:rsid w:val="00201185"/>
    <w:rsid w:val="00201F66"/>
    <w:rsid w:val="00221497"/>
    <w:rsid w:val="00223A8B"/>
    <w:rsid w:val="00224AE7"/>
    <w:rsid w:val="00237A73"/>
    <w:rsid w:val="0024320A"/>
    <w:rsid w:val="002625FC"/>
    <w:rsid w:val="0026323C"/>
    <w:rsid w:val="00264178"/>
    <w:rsid w:val="0028663D"/>
    <w:rsid w:val="0029639D"/>
    <w:rsid w:val="002A3313"/>
    <w:rsid w:val="002B58F8"/>
    <w:rsid w:val="002D0265"/>
    <w:rsid w:val="002F0A10"/>
    <w:rsid w:val="002F3C0E"/>
    <w:rsid w:val="002F7B8F"/>
    <w:rsid w:val="00326F90"/>
    <w:rsid w:val="00343182"/>
    <w:rsid w:val="00344641"/>
    <w:rsid w:val="00345DA7"/>
    <w:rsid w:val="003710B0"/>
    <w:rsid w:val="003A18C2"/>
    <w:rsid w:val="003A1DAC"/>
    <w:rsid w:val="003A30AD"/>
    <w:rsid w:val="003A6D19"/>
    <w:rsid w:val="003A767A"/>
    <w:rsid w:val="003B75E0"/>
    <w:rsid w:val="00400CD9"/>
    <w:rsid w:val="00427DD3"/>
    <w:rsid w:val="004452B0"/>
    <w:rsid w:val="00447C09"/>
    <w:rsid w:val="00490FC0"/>
    <w:rsid w:val="004A0013"/>
    <w:rsid w:val="004B4647"/>
    <w:rsid w:val="004C10EB"/>
    <w:rsid w:val="004C6AB1"/>
    <w:rsid w:val="004D7D2E"/>
    <w:rsid w:val="004E0EDD"/>
    <w:rsid w:val="004F5DAA"/>
    <w:rsid w:val="005007FA"/>
    <w:rsid w:val="00520B09"/>
    <w:rsid w:val="00524591"/>
    <w:rsid w:val="0054095F"/>
    <w:rsid w:val="0054164C"/>
    <w:rsid w:val="00561762"/>
    <w:rsid w:val="00584A2A"/>
    <w:rsid w:val="0058623C"/>
    <w:rsid w:val="00596C01"/>
    <w:rsid w:val="005B181A"/>
    <w:rsid w:val="005B511E"/>
    <w:rsid w:val="005D1326"/>
    <w:rsid w:val="005D16DB"/>
    <w:rsid w:val="005D74F1"/>
    <w:rsid w:val="005E3305"/>
    <w:rsid w:val="005E5C11"/>
    <w:rsid w:val="005F7FDB"/>
    <w:rsid w:val="0060447F"/>
    <w:rsid w:val="006064A6"/>
    <w:rsid w:val="00645F2F"/>
    <w:rsid w:val="006C1235"/>
    <w:rsid w:val="006D5312"/>
    <w:rsid w:val="00702E96"/>
    <w:rsid w:val="007073FE"/>
    <w:rsid w:val="0071281F"/>
    <w:rsid w:val="0074711A"/>
    <w:rsid w:val="007559D5"/>
    <w:rsid w:val="00761D3E"/>
    <w:rsid w:val="00773111"/>
    <w:rsid w:val="00784C93"/>
    <w:rsid w:val="00792C8B"/>
    <w:rsid w:val="00794C62"/>
    <w:rsid w:val="0079623B"/>
    <w:rsid w:val="007B267A"/>
    <w:rsid w:val="007B3241"/>
    <w:rsid w:val="007B5A7D"/>
    <w:rsid w:val="007B6CE4"/>
    <w:rsid w:val="007C3D03"/>
    <w:rsid w:val="007D6092"/>
    <w:rsid w:val="007E28AB"/>
    <w:rsid w:val="007F412C"/>
    <w:rsid w:val="00817323"/>
    <w:rsid w:val="00821C21"/>
    <w:rsid w:val="008240CA"/>
    <w:rsid w:val="00824A2A"/>
    <w:rsid w:val="00832544"/>
    <w:rsid w:val="0084502B"/>
    <w:rsid w:val="008521A6"/>
    <w:rsid w:val="00862FC0"/>
    <w:rsid w:val="008651D2"/>
    <w:rsid w:val="008733AA"/>
    <w:rsid w:val="00876631"/>
    <w:rsid w:val="008A78A6"/>
    <w:rsid w:val="008B4746"/>
    <w:rsid w:val="008C5764"/>
    <w:rsid w:val="008D62A5"/>
    <w:rsid w:val="008E0A5B"/>
    <w:rsid w:val="008E7F23"/>
    <w:rsid w:val="008F55CC"/>
    <w:rsid w:val="009166B1"/>
    <w:rsid w:val="00926EF2"/>
    <w:rsid w:val="00934215"/>
    <w:rsid w:val="00970353"/>
    <w:rsid w:val="00990E0E"/>
    <w:rsid w:val="00992B40"/>
    <w:rsid w:val="009A2B5C"/>
    <w:rsid w:val="009A41D3"/>
    <w:rsid w:val="009A5104"/>
    <w:rsid w:val="009B6E2A"/>
    <w:rsid w:val="009C72B6"/>
    <w:rsid w:val="009D2F24"/>
    <w:rsid w:val="009F42DC"/>
    <w:rsid w:val="00A00810"/>
    <w:rsid w:val="00A030B5"/>
    <w:rsid w:val="00A10A74"/>
    <w:rsid w:val="00A4010A"/>
    <w:rsid w:val="00A5425F"/>
    <w:rsid w:val="00A57E86"/>
    <w:rsid w:val="00A62040"/>
    <w:rsid w:val="00A67FD7"/>
    <w:rsid w:val="00A73F26"/>
    <w:rsid w:val="00A934FA"/>
    <w:rsid w:val="00AA1D8D"/>
    <w:rsid w:val="00AA79BF"/>
    <w:rsid w:val="00AE2EA0"/>
    <w:rsid w:val="00AF342F"/>
    <w:rsid w:val="00AF3A00"/>
    <w:rsid w:val="00B0684D"/>
    <w:rsid w:val="00B22315"/>
    <w:rsid w:val="00B27AC6"/>
    <w:rsid w:val="00B46DA8"/>
    <w:rsid w:val="00B47730"/>
    <w:rsid w:val="00B83EA6"/>
    <w:rsid w:val="00BC668C"/>
    <w:rsid w:val="00BF3105"/>
    <w:rsid w:val="00BF37AF"/>
    <w:rsid w:val="00BF587A"/>
    <w:rsid w:val="00C0726A"/>
    <w:rsid w:val="00C07344"/>
    <w:rsid w:val="00C12E95"/>
    <w:rsid w:val="00C26D3C"/>
    <w:rsid w:val="00C3035F"/>
    <w:rsid w:val="00C3563A"/>
    <w:rsid w:val="00C45E51"/>
    <w:rsid w:val="00C56E3C"/>
    <w:rsid w:val="00C87487"/>
    <w:rsid w:val="00CB0664"/>
    <w:rsid w:val="00CB1C02"/>
    <w:rsid w:val="00CB593E"/>
    <w:rsid w:val="00CB5F15"/>
    <w:rsid w:val="00CC174E"/>
    <w:rsid w:val="00CC2FDE"/>
    <w:rsid w:val="00CC4B56"/>
    <w:rsid w:val="00CF11FA"/>
    <w:rsid w:val="00CF3C6D"/>
    <w:rsid w:val="00D00A5F"/>
    <w:rsid w:val="00D014AE"/>
    <w:rsid w:val="00D116E9"/>
    <w:rsid w:val="00D25B8D"/>
    <w:rsid w:val="00D32049"/>
    <w:rsid w:val="00D54783"/>
    <w:rsid w:val="00D5644F"/>
    <w:rsid w:val="00D63CC5"/>
    <w:rsid w:val="00D67ABC"/>
    <w:rsid w:val="00D82881"/>
    <w:rsid w:val="00D86034"/>
    <w:rsid w:val="00D90BCA"/>
    <w:rsid w:val="00D95308"/>
    <w:rsid w:val="00DA2D1B"/>
    <w:rsid w:val="00DB0D87"/>
    <w:rsid w:val="00DC12F3"/>
    <w:rsid w:val="00DE2B46"/>
    <w:rsid w:val="00DF7C4F"/>
    <w:rsid w:val="00E24482"/>
    <w:rsid w:val="00E740AE"/>
    <w:rsid w:val="00E847E6"/>
    <w:rsid w:val="00E84B17"/>
    <w:rsid w:val="00E84CA3"/>
    <w:rsid w:val="00E85FB3"/>
    <w:rsid w:val="00E9096C"/>
    <w:rsid w:val="00EB6E7D"/>
    <w:rsid w:val="00EE56C2"/>
    <w:rsid w:val="00F4392E"/>
    <w:rsid w:val="00F46327"/>
    <w:rsid w:val="00F517B9"/>
    <w:rsid w:val="00F54C66"/>
    <w:rsid w:val="00F56C1F"/>
    <w:rsid w:val="00F5799C"/>
    <w:rsid w:val="00F75246"/>
    <w:rsid w:val="00F864DC"/>
    <w:rsid w:val="00FB0509"/>
    <w:rsid w:val="00FB36E2"/>
    <w:rsid w:val="00FC693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D62225"/>
  <w14:defaultImageDpi w14:val="300"/>
  <w15:docId w15:val="{76562646-C1AD-4B88-A8AD-3712A85A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D1B"/>
    <w:pPr>
      <w:spacing w:after="120" w:line="269" w:lineRule="auto"/>
    </w:pPr>
    <w:rPr>
      <w:rFonts w:ascii="Myriad Pro" w:hAnsi="Myriad Pro"/>
      <w:color w:val="24272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D2958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295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6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81B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AEE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D29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374" w:hanging="25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56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AEEF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AEEF" w:themeColor="accent1"/>
      </w:pBdr>
      <w:spacing w:before="200" w:after="280"/>
      <w:ind w:left="936" w:right="936"/>
    </w:pPr>
    <w:rPr>
      <w:b/>
      <w:bCs/>
      <w:i/>
      <w:iCs/>
      <w:color w:val="00AEE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AEEF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AEEF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AEE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AEE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81B3" w:themeColor="accent1" w:themeShade="BF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81B3" w:themeColor="accent2" w:themeShade="BF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1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  <w:shd w:val="clear" w:color="auto" w:fill="BCECFF" w:themeFill="accent1" w:themeFillTint="3F"/>
      </w:tcPr>
    </w:tblStylePr>
    <w:tblStylePr w:type="band2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1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  <w:shd w:val="clear" w:color="auto" w:fill="BCECFF" w:themeFill="accent2" w:themeFillTint="3F"/>
      </w:tcPr>
    </w:tblStylePr>
    <w:tblStylePr w:type="band2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shd w:val="clear" w:color="auto" w:fill="BCEC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shd w:val="clear" w:color="auto" w:fill="BCEC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  <w:insideV w:val="single" w:sz="8" w:space="0" w:color="34C7FF" w:themeColor="accent1" w:themeTint="BF"/>
      </w:tblBorders>
    </w:tblPr>
    <w:tcPr>
      <w:shd w:val="clear" w:color="auto" w:fill="BC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  <w:insideV w:val="single" w:sz="8" w:space="0" w:color="34C7FF" w:themeColor="accent2" w:themeTint="BF"/>
      </w:tblBorders>
    </w:tblPr>
    <w:tcPr>
      <w:shd w:val="clear" w:color="auto" w:fill="BC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cPr>
      <w:shd w:val="clear" w:color="auto" w:fill="BCEC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1" w:themeFillTint="33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tcBorders>
          <w:insideH w:val="single" w:sz="6" w:space="0" w:color="00AEEF" w:themeColor="accent1"/>
          <w:insideV w:val="single" w:sz="6" w:space="0" w:color="00AEEF" w:themeColor="accent1"/>
        </w:tcBorders>
        <w:shd w:val="clear" w:color="auto" w:fill="78D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cPr>
      <w:shd w:val="clear" w:color="auto" w:fill="BC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2" w:themeFillTint="33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tcBorders>
          <w:insideH w:val="single" w:sz="6" w:space="0" w:color="00AEEF" w:themeColor="accent2"/>
          <w:insideV w:val="single" w:sz="6" w:space="0" w:color="00AEEF" w:themeColor="accent2"/>
        </w:tcBorders>
        <w:shd w:val="clear" w:color="auto" w:fill="78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1"/>
        <w:bottom w:val="single" w:sz="4" w:space="0" w:color="00AEEF" w:themeColor="accent1"/>
        <w:right w:val="single" w:sz="4" w:space="0" w:color="00AEE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1" w:themeShade="99"/>
          <w:insideV w:val="nil"/>
        </w:tcBorders>
        <w:shd w:val="clear" w:color="auto" w:fill="00678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1" w:themeFillShade="99"/>
      </w:tcPr>
    </w:tblStylePr>
    <w:tblStylePr w:type="band1Vert">
      <w:tblPr/>
      <w:tcPr>
        <w:shd w:val="clear" w:color="auto" w:fill="92E1FF" w:themeFill="accent1" w:themeFillTint="66"/>
      </w:tcPr>
    </w:tblStylePr>
    <w:tblStylePr w:type="band1Horz">
      <w:tblPr/>
      <w:tcPr>
        <w:shd w:val="clear" w:color="auto" w:fill="78D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2"/>
        <w:bottom w:val="single" w:sz="4" w:space="0" w:color="00AEEF" w:themeColor="accent2"/>
        <w:right w:val="single" w:sz="4" w:space="0" w:color="00AEE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2" w:themeShade="99"/>
          <w:insideV w:val="nil"/>
        </w:tcBorders>
        <w:shd w:val="clear" w:color="auto" w:fill="00678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8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shd w:val="clear" w:color="auto" w:fill="C8F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shd w:val="clear" w:color="auto" w:fill="C8F0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1" w:themeFillTint="33"/>
    </w:tcPr>
    <w:tblStylePr w:type="firstRow">
      <w:rPr>
        <w:b/>
        <w:bCs/>
      </w:rPr>
      <w:tblPr/>
      <w:tcPr>
        <w:shd w:val="clear" w:color="auto" w:fill="92E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5D13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DC12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C1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4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2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644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5644F"/>
  </w:style>
  <w:style w:type="character" w:customStyle="1" w:styleId="CommentTextChar">
    <w:name w:val="Comment Text Char"/>
    <w:basedOn w:val="DefaultParagraphFont"/>
    <w:link w:val="CommentText"/>
    <w:uiPriority w:val="99"/>
    <w:rsid w:val="00D5644F"/>
    <w:rPr>
      <w:rFonts w:ascii="Aptos" w:hAnsi="Aptos"/>
      <w:color w:val="2B2B2B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44F"/>
    <w:rPr>
      <w:rFonts w:ascii="Aptos" w:hAnsi="Aptos"/>
      <w:b/>
      <w:bCs/>
      <w:color w:val="2B2B2B"/>
      <w:sz w:val="21"/>
    </w:rPr>
  </w:style>
  <w:style w:type="table" w:customStyle="1" w:styleId="1">
    <w:name w:val="网格型1"/>
    <w:basedOn w:val="TableNormal"/>
    <w:next w:val="TableGrid"/>
    <w:uiPriority w:val="59"/>
    <w:rsid w:val="006C1235"/>
    <w:pPr>
      <w:spacing w:after="0" w:line="240" w:lineRule="auto"/>
    </w:pPr>
    <w:rPr>
      <w:rFonts w:ascii="Arial" w:eastAsia="SimSu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A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EEF"/>
      </a:accent1>
      <a:accent2>
        <a:srgbClr val="00AEE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SALUS Controls PLC - Suspected Vulnerability Report Form</vt:lpstr>
    </vt:vector>
  </TitlesOfParts>
  <Manager/>
  <Company>SALUS Controls PLC</Company>
  <LinksUpToDate>false</LinksUpToDate>
  <CharactersWithSpaces>7604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SALUS Controls PLC - Suspected Vulnerability Report Form</dc:title>
  <dc:subject/>
  <dc:creator>SALUS Controls PLC</dc:creator>
  <cp:keywords>SALUS Controls, vulnerability disclosure, product security, security updates</cp:keywords>
  <dc:description>Review markup only; not for publication.</dc:description>
  <cp:lastModifiedBy>Ramona Farcas</cp:lastModifiedBy>
  <cp:revision>2</cp:revision>
  <dcterms:created xsi:type="dcterms:W3CDTF">2026-10-08T07:21:00Z</dcterms:created>
  <dcterms:modified xsi:type="dcterms:W3CDTF">2026-10-08T07:21:00Z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62f4ae9f-aa0c-44c0-9d31-4c2aee434488</vt:lpwstr>
  </property>
</Properties>
</file>