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</w:rPr>
      </w:pPr>
      <w:bookmarkStart w:id="0" w:name="_Toc239339911"/>
      <w:r>
        <w:rPr>
          <w:rFonts w:ascii="Ubuntu" w:eastAsia="Ubuntu" w:hAnsi="Ubuntu" w:cs="Ubuntu"/>
          <w:color w:val="00AEEF"/>
          <w:u w:val="single"/>
        </w:rPr>
        <w:t>SALUS Controls PLC - Formulier voor melding van een vermoedelijke kwetsbaarheid</w:t>
      </w:r>
      <w:bookmarkEnd w:id="0"/>
    </w:p>
    <w:p w14:paraId="0C47EA57" w14:textId="77777777" w:rsidR="005B511E" w:rsidRPr="005B511E" w:rsidRDefault="005B511E" w:rsidP="005B511E">
      <w:pPr>
        <w:rPr>
          <w:rFonts w:hint="eastAsia"/>
        </w:rPr>
      </w:pPr>
    </w:p>
    <w:p w14:paraId="5C65BB70" w14:textId="69AA841B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Gebruik dit formulier om een vermoedelijke beveiligingskwetsbaarheid te melden die betrekking heeft op een SALUS-product, applicatie, clouddienst of website.</w:t>
      </w:r>
    </w:p>
    <w:p w14:paraId="45D4999E" w14:textId="77777777" w:rsidR="005B511E" w:rsidRPr="00FB3B86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e-DE"/>
        </w:rPr>
      </w:pPr>
      <w:proofErr w:type="spellStart"/>
      <w:r w:rsidRPr="00FB3B86">
        <w:rPr>
          <w:lang w:val="de-DE"/>
        </w:rPr>
        <w:t>Vul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zoveel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mogelijk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informatie</w:t>
      </w:r>
      <w:proofErr w:type="spellEnd"/>
      <w:r w:rsidRPr="00FB3B86">
        <w:rPr>
          <w:lang w:val="de-DE"/>
        </w:rPr>
        <w:t xml:space="preserve"> in. U </w:t>
      </w:r>
      <w:proofErr w:type="spellStart"/>
      <w:r w:rsidRPr="00FB3B86">
        <w:rPr>
          <w:lang w:val="de-DE"/>
        </w:rPr>
        <w:t>hoeft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niet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elk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veld</w:t>
      </w:r>
      <w:proofErr w:type="spellEnd"/>
      <w:r w:rsidRPr="00FB3B86">
        <w:rPr>
          <w:lang w:val="de-DE"/>
        </w:rPr>
        <w:t xml:space="preserve"> in </w:t>
      </w:r>
      <w:proofErr w:type="spellStart"/>
      <w:r w:rsidRPr="00FB3B86">
        <w:rPr>
          <w:lang w:val="de-DE"/>
        </w:rPr>
        <w:t>te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vullen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om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uw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melding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te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kunnen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indienen</w:t>
      </w:r>
      <w:proofErr w:type="spellEnd"/>
      <w:r w:rsidRPr="00FB3B86">
        <w:rPr>
          <w:lang w:val="de-DE"/>
        </w:rPr>
        <w:t>.</w:t>
      </w:r>
    </w:p>
    <w:p w14:paraId="08162BC0" w14:textId="77777777" w:rsidR="005B511E" w:rsidRPr="00FB3B86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e-DE"/>
        </w:rPr>
      </w:pPr>
      <w:r w:rsidRPr="00FB3B86">
        <w:rPr>
          <w:lang w:val="de-DE"/>
        </w:rPr>
        <w:t xml:space="preserve">U </w:t>
      </w:r>
      <w:proofErr w:type="spellStart"/>
      <w:r w:rsidRPr="00FB3B86">
        <w:rPr>
          <w:lang w:val="de-DE"/>
        </w:rPr>
        <w:t>kunt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een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melding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anoniem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indienen</w:t>
      </w:r>
      <w:proofErr w:type="spellEnd"/>
      <w:r w:rsidRPr="00FB3B86">
        <w:rPr>
          <w:lang w:val="de-DE"/>
        </w:rPr>
        <w:t xml:space="preserve">. Als u </w:t>
      </w:r>
      <w:proofErr w:type="spellStart"/>
      <w:r w:rsidRPr="00FB3B86">
        <w:rPr>
          <w:lang w:val="de-DE"/>
        </w:rPr>
        <w:t>geen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contactgegevens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verstrekt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kunnen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wij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mogelijk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geen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aanvullende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informatie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opvragen</w:t>
      </w:r>
      <w:proofErr w:type="spellEnd"/>
      <w:r w:rsidRPr="00FB3B86">
        <w:rPr>
          <w:lang w:val="de-DE"/>
        </w:rPr>
        <w:t xml:space="preserve"> of u </w:t>
      </w:r>
      <w:proofErr w:type="spellStart"/>
      <w:r w:rsidRPr="00FB3B86">
        <w:rPr>
          <w:lang w:val="de-DE"/>
        </w:rPr>
        <w:t>op</w:t>
      </w:r>
      <w:proofErr w:type="spellEnd"/>
      <w:r w:rsidRPr="00FB3B86">
        <w:rPr>
          <w:lang w:val="de-DE"/>
        </w:rPr>
        <w:t xml:space="preserve"> de </w:t>
      </w:r>
      <w:proofErr w:type="spellStart"/>
      <w:r w:rsidRPr="00FB3B86">
        <w:rPr>
          <w:lang w:val="de-DE"/>
        </w:rPr>
        <w:t>hoogte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houden</w:t>
      </w:r>
      <w:proofErr w:type="spellEnd"/>
      <w:r w:rsidRPr="00FB3B86">
        <w:rPr>
          <w:lang w:val="de-DE"/>
        </w:rPr>
        <w:t xml:space="preserve"> van </w:t>
      </w:r>
      <w:proofErr w:type="spellStart"/>
      <w:r w:rsidRPr="00FB3B86">
        <w:rPr>
          <w:lang w:val="de-DE"/>
        </w:rPr>
        <w:t>uw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melding</w:t>
      </w:r>
      <w:proofErr w:type="spellEnd"/>
      <w:r w:rsidRPr="00FB3B86">
        <w:rPr>
          <w:lang w:val="de-DE"/>
        </w:rPr>
        <w:t>.</w:t>
      </w:r>
    </w:p>
    <w:p w14:paraId="55992710" w14:textId="77777777" w:rsidR="005B511E" w:rsidRPr="00FB3B86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proofErr w:type="spellStart"/>
      <w:r w:rsidRPr="00FB3B86">
        <w:rPr>
          <w:lang w:val="da-DK"/>
        </w:rPr>
        <w:t>Stuur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het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ingevulde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formulier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naar</w:t>
      </w:r>
      <w:proofErr w:type="spellEnd"/>
      <w:r w:rsidRPr="00FB3B86">
        <w:rPr>
          <w:lang w:val="da-DK"/>
        </w:rPr>
        <w:t xml:space="preserve"> security@saluscontrols.com.</w:t>
      </w:r>
    </w:p>
    <w:p w14:paraId="6F7C6122" w14:textId="77777777" w:rsidR="005B511E" w:rsidRPr="00FB3B86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da-DK"/>
        </w:rPr>
      </w:pPr>
      <w:proofErr w:type="spellStart"/>
      <w:r w:rsidRPr="00FB3B86">
        <w:rPr>
          <w:rStyle w:val="Strong"/>
          <w:szCs w:val="21"/>
          <w:lang w:val="da-DK"/>
        </w:rPr>
        <w:t>Neem</w:t>
      </w:r>
      <w:proofErr w:type="spellEnd"/>
      <w:r w:rsidRPr="00FB3B86">
        <w:rPr>
          <w:rStyle w:val="Strong"/>
          <w:szCs w:val="21"/>
          <w:lang w:val="da-DK"/>
        </w:rPr>
        <w:t xml:space="preserve"> </w:t>
      </w:r>
      <w:proofErr w:type="spellStart"/>
      <w:r w:rsidRPr="00FB3B86">
        <w:rPr>
          <w:rStyle w:val="Strong"/>
          <w:szCs w:val="21"/>
          <w:lang w:val="da-DK"/>
        </w:rPr>
        <w:t>geen</w:t>
      </w:r>
      <w:proofErr w:type="spellEnd"/>
      <w:r w:rsidRPr="00FB3B86">
        <w:rPr>
          <w:rStyle w:val="Strong"/>
          <w:szCs w:val="21"/>
          <w:lang w:val="da-DK"/>
        </w:rPr>
        <w:t xml:space="preserve"> </w:t>
      </w:r>
      <w:proofErr w:type="spellStart"/>
      <w:r w:rsidRPr="00FB3B86">
        <w:rPr>
          <w:rStyle w:val="Strong"/>
          <w:szCs w:val="21"/>
          <w:lang w:val="da-DK"/>
        </w:rPr>
        <w:t>wachtwoorden</w:t>
      </w:r>
      <w:proofErr w:type="spellEnd"/>
      <w:r w:rsidRPr="00FB3B86">
        <w:rPr>
          <w:rStyle w:val="Strong"/>
          <w:szCs w:val="21"/>
          <w:lang w:val="da-DK"/>
        </w:rPr>
        <w:t xml:space="preserve">, </w:t>
      </w:r>
      <w:proofErr w:type="spellStart"/>
      <w:r w:rsidRPr="00FB3B86">
        <w:rPr>
          <w:rStyle w:val="Strong"/>
          <w:szCs w:val="21"/>
          <w:lang w:val="da-DK"/>
        </w:rPr>
        <w:t>authenticatietokens</w:t>
      </w:r>
      <w:proofErr w:type="spellEnd"/>
      <w:r w:rsidRPr="00FB3B86">
        <w:rPr>
          <w:rStyle w:val="Strong"/>
          <w:szCs w:val="21"/>
          <w:lang w:val="da-DK"/>
        </w:rPr>
        <w:t xml:space="preserve">, </w:t>
      </w:r>
      <w:proofErr w:type="spellStart"/>
      <w:r w:rsidRPr="00FB3B86">
        <w:rPr>
          <w:rStyle w:val="Strong"/>
          <w:szCs w:val="21"/>
          <w:lang w:val="da-DK"/>
        </w:rPr>
        <w:t>privésleutels</w:t>
      </w:r>
      <w:proofErr w:type="spellEnd"/>
      <w:r w:rsidRPr="00FB3B86">
        <w:rPr>
          <w:rStyle w:val="Strong"/>
          <w:szCs w:val="21"/>
          <w:lang w:val="da-DK"/>
        </w:rPr>
        <w:t xml:space="preserve"> of </w:t>
      </w:r>
      <w:proofErr w:type="spellStart"/>
      <w:r w:rsidRPr="00FB3B86">
        <w:rPr>
          <w:rStyle w:val="Strong"/>
          <w:szCs w:val="21"/>
          <w:lang w:val="da-DK"/>
        </w:rPr>
        <w:t>onnodige</w:t>
      </w:r>
      <w:proofErr w:type="spellEnd"/>
      <w:r w:rsidRPr="00FB3B86">
        <w:rPr>
          <w:rStyle w:val="Strong"/>
          <w:szCs w:val="21"/>
          <w:lang w:val="da-DK"/>
        </w:rPr>
        <w:t xml:space="preserve"> </w:t>
      </w:r>
      <w:proofErr w:type="spellStart"/>
      <w:r w:rsidRPr="00FB3B86">
        <w:rPr>
          <w:rStyle w:val="Strong"/>
          <w:szCs w:val="21"/>
          <w:lang w:val="da-DK"/>
        </w:rPr>
        <w:t>persoonsgegevens</w:t>
      </w:r>
      <w:proofErr w:type="spellEnd"/>
      <w:r w:rsidRPr="00FB3B86">
        <w:rPr>
          <w:rStyle w:val="Strong"/>
          <w:szCs w:val="21"/>
          <w:lang w:val="da-DK"/>
        </w:rPr>
        <w:t>/</w:t>
      </w:r>
      <w:proofErr w:type="spellStart"/>
      <w:r w:rsidRPr="00FB3B86">
        <w:rPr>
          <w:rStyle w:val="Strong"/>
          <w:szCs w:val="21"/>
          <w:lang w:val="da-DK"/>
        </w:rPr>
        <w:t>klantgegevens</w:t>
      </w:r>
      <w:proofErr w:type="spellEnd"/>
      <w:r w:rsidRPr="00FB3B86">
        <w:rPr>
          <w:rStyle w:val="Strong"/>
          <w:szCs w:val="21"/>
          <w:lang w:val="da-DK"/>
        </w:rPr>
        <w:t xml:space="preserve"> op.</w:t>
      </w:r>
    </w:p>
    <w:p w14:paraId="461345A0" w14:textId="27CF629C" w:rsidR="00D54783" w:rsidRPr="00FB3B86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proofErr w:type="spellStart"/>
      <w:r w:rsidRPr="00FB3B86">
        <w:rPr>
          <w:lang w:val="da-DK"/>
        </w:rPr>
        <w:t>Velden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met</w:t>
      </w:r>
      <w:proofErr w:type="spellEnd"/>
      <w:r w:rsidRPr="00FB3B86">
        <w:rPr>
          <w:lang w:val="da-DK"/>
        </w:rPr>
        <w:t xml:space="preserve"> de </w:t>
      </w:r>
      <w:proofErr w:type="spellStart"/>
      <w:r w:rsidRPr="00FB3B86">
        <w:rPr>
          <w:lang w:val="da-DK"/>
        </w:rPr>
        <w:t>aanduiding</w:t>
      </w:r>
      <w:proofErr w:type="spellEnd"/>
      <w:r w:rsidRPr="00FB3B86">
        <w:rPr>
          <w:lang w:val="da-DK"/>
        </w:rPr>
        <w:t xml:space="preserve"> ‘</w:t>
      </w:r>
      <w:proofErr w:type="spellStart"/>
      <w:r w:rsidRPr="00FB3B86">
        <w:rPr>
          <w:lang w:val="da-DK"/>
        </w:rPr>
        <w:t>Verplicht</w:t>
      </w:r>
      <w:proofErr w:type="spellEnd"/>
      <w:r w:rsidRPr="00FB3B86">
        <w:rPr>
          <w:lang w:val="da-DK"/>
        </w:rPr>
        <w:t xml:space="preserve">’ </w:t>
      </w:r>
      <w:proofErr w:type="spellStart"/>
      <w:r w:rsidRPr="00FB3B86">
        <w:rPr>
          <w:lang w:val="da-DK"/>
        </w:rPr>
        <w:t>zijn</w:t>
      </w:r>
      <w:proofErr w:type="spellEnd"/>
      <w:r w:rsidRPr="00FB3B86">
        <w:rPr>
          <w:lang w:val="da-DK"/>
        </w:rPr>
        <w:t xml:space="preserve"> alleen </w:t>
      </w:r>
      <w:proofErr w:type="spellStart"/>
      <w:r w:rsidRPr="00FB3B86">
        <w:rPr>
          <w:lang w:val="da-DK"/>
        </w:rPr>
        <w:t>verplicht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voor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zover</w:t>
      </w:r>
      <w:proofErr w:type="spellEnd"/>
      <w:r w:rsidRPr="00FB3B86">
        <w:rPr>
          <w:lang w:val="da-DK"/>
        </w:rPr>
        <w:t xml:space="preserve"> de </w:t>
      </w:r>
      <w:proofErr w:type="spellStart"/>
      <w:r w:rsidRPr="00FB3B86">
        <w:rPr>
          <w:lang w:val="da-DK"/>
        </w:rPr>
        <w:t>informatie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redelijkerwijs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beschikbaar</w:t>
      </w:r>
      <w:proofErr w:type="spellEnd"/>
      <w:r w:rsidRPr="00FB3B86">
        <w:rPr>
          <w:lang w:val="da-DK"/>
        </w:rPr>
        <w:t xml:space="preserve"> is. </w:t>
      </w:r>
      <w:proofErr w:type="spellStart"/>
      <w:r w:rsidRPr="00FB3B86">
        <w:rPr>
          <w:lang w:val="da-DK"/>
        </w:rPr>
        <w:t>Ook</w:t>
      </w:r>
      <w:proofErr w:type="spellEnd"/>
      <w:r w:rsidRPr="00FB3B86">
        <w:rPr>
          <w:lang w:val="da-DK"/>
        </w:rPr>
        <w:t xml:space="preserve"> als u </w:t>
      </w:r>
      <w:proofErr w:type="spellStart"/>
      <w:r w:rsidRPr="00FB3B86">
        <w:rPr>
          <w:lang w:val="da-DK"/>
        </w:rPr>
        <w:t>niet</w:t>
      </w:r>
      <w:proofErr w:type="spellEnd"/>
      <w:r w:rsidRPr="00FB3B86">
        <w:rPr>
          <w:lang w:val="da-DK"/>
        </w:rPr>
        <w:t xml:space="preserve"> over alle </w:t>
      </w:r>
      <w:proofErr w:type="spellStart"/>
      <w:r w:rsidRPr="00FB3B86">
        <w:rPr>
          <w:lang w:val="da-DK"/>
        </w:rPr>
        <w:t>informatie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beschikt</w:t>
      </w:r>
      <w:proofErr w:type="spellEnd"/>
      <w:r w:rsidRPr="00FB3B86">
        <w:rPr>
          <w:lang w:val="da-DK"/>
        </w:rPr>
        <w:t xml:space="preserve">, </w:t>
      </w:r>
      <w:proofErr w:type="spellStart"/>
      <w:r w:rsidRPr="00FB3B86">
        <w:rPr>
          <w:lang w:val="da-DK"/>
        </w:rPr>
        <w:t>kunt</w:t>
      </w:r>
      <w:proofErr w:type="spellEnd"/>
      <w:r w:rsidRPr="00FB3B86">
        <w:rPr>
          <w:lang w:val="da-DK"/>
        </w:rPr>
        <w:t xml:space="preserve"> u de melding </w:t>
      </w:r>
      <w:proofErr w:type="spellStart"/>
      <w:r w:rsidRPr="00FB3B86">
        <w:rPr>
          <w:lang w:val="da-DK"/>
        </w:rPr>
        <w:t>indienen</w:t>
      </w:r>
      <w:proofErr w:type="spellEnd"/>
      <w:r w:rsidRPr="00FB3B86">
        <w:rPr>
          <w:lang w:val="da-DK"/>
        </w:rPr>
        <w:t>.</w:t>
      </w:r>
    </w:p>
    <w:p w14:paraId="5F8D13B4" w14:textId="77777777" w:rsidR="00A5425F" w:rsidRPr="00FB3B86" w:rsidRDefault="00A5425F" w:rsidP="00A5425F">
      <w:pPr>
        <w:pStyle w:val="Title"/>
        <w:spacing w:after="160" w:line="259" w:lineRule="auto"/>
        <w:rPr>
          <w:sz w:val="44"/>
          <w:szCs w:val="48"/>
          <w:lang w:val="da-DK"/>
        </w:rPr>
      </w:pPr>
      <w:r w:rsidRPr="00FB3B86">
        <w:rPr>
          <w:rFonts w:ascii="Ubuntu" w:eastAsia="Ubuntu" w:hAnsi="Ubuntu" w:cs="Ubuntu" w:hint="eastAsia"/>
          <w:sz w:val="44"/>
          <w:szCs w:val="48"/>
          <w:u w:val="single"/>
          <w:lang w:val="da-DK"/>
        </w:rPr>
        <w:t xml:space="preserve">Melding van </w:t>
      </w:r>
      <w:proofErr w:type="spellStart"/>
      <w:r w:rsidRPr="00FB3B86">
        <w:rPr>
          <w:rFonts w:ascii="Ubuntu" w:eastAsia="Ubuntu" w:hAnsi="Ubuntu" w:cs="Ubuntu" w:hint="eastAsia"/>
          <w:sz w:val="44"/>
          <w:szCs w:val="48"/>
          <w:u w:val="single"/>
          <w:lang w:val="da-DK"/>
        </w:rPr>
        <w:t>een</w:t>
      </w:r>
      <w:proofErr w:type="spellEnd"/>
      <w:r w:rsidRPr="00FB3B86">
        <w:rPr>
          <w:rFonts w:ascii="Ubuntu" w:eastAsia="Ubuntu" w:hAnsi="Ubuntu" w:cs="Ubuntu" w:hint="eastAsia"/>
          <w:sz w:val="44"/>
          <w:szCs w:val="48"/>
          <w:u w:val="single"/>
          <w:lang w:val="da-DK"/>
        </w:rPr>
        <w:t xml:space="preserve"> </w:t>
      </w:r>
      <w:proofErr w:type="spellStart"/>
      <w:r w:rsidRPr="00FB3B86">
        <w:rPr>
          <w:rFonts w:ascii="Ubuntu" w:eastAsia="Ubuntu" w:hAnsi="Ubuntu" w:cs="Ubuntu" w:hint="eastAsia"/>
          <w:sz w:val="44"/>
          <w:szCs w:val="48"/>
          <w:u w:val="single"/>
          <w:lang w:val="da-DK"/>
        </w:rPr>
        <w:t>vermoedelijke</w:t>
      </w:r>
      <w:proofErr w:type="spellEnd"/>
      <w:r w:rsidRPr="00FB3B86">
        <w:rPr>
          <w:rFonts w:ascii="Ubuntu" w:eastAsia="Ubuntu" w:hAnsi="Ubuntu" w:cs="Ubuntu" w:hint="eastAsia"/>
          <w:sz w:val="44"/>
          <w:szCs w:val="48"/>
          <w:u w:val="single"/>
          <w:lang w:val="da-DK"/>
        </w:rPr>
        <w:t xml:space="preserve"> </w:t>
      </w:r>
      <w:proofErr w:type="spellStart"/>
      <w:r w:rsidRPr="00FB3B86">
        <w:rPr>
          <w:rFonts w:ascii="Ubuntu" w:eastAsia="Ubuntu" w:hAnsi="Ubuntu" w:cs="Ubuntu" w:hint="eastAsia"/>
          <w:sz w:val="44"/>
          <w:szCs w:val="48"/>
          <w:u w:val="single"/>
          <w:lang w:val="da-DK"/>
        </w:rPr>
        <w:t>kwetsbaarheid</w:t>
      </w:r>
      <w:proofErr w:type="spellEnd"/>
    </w:p>
    <w:p w14:paraId="4239CF82" w14:textId="77777777" w:rsidR="00A5425F" w:rsidRPr="00FB3B86" w:rsidRDefault="00A5425F" w:rsidP="00A5425F">
      <w:pPr>
        <w:pStyle w:val="Heading2"/>
        <w:spacing w:after="80"/>
        <w:rPr>
          <w:lang w:val="da-DK"/>
        </w:rPr>
      </w:pPr>
      <w:bookmarkStart w:id="1" w:name="_Toc239339912"/>
      <w:r w:rsidRPr="00FB3B86">
        <w:rPr>
          <w:rFonts w:ascii="Ubuntu" w:eastAsia="Ubuntu" w:hAnsi="Ubuntu" w:cs="Ubuntu" w:hint="eastAsia"/>
          <w:u w:val="single"/>
          <w:lang w:val="da-DK"/>
        </w:rPr>
        <w:t xml:space="preserve">1. </w:t>
      </w:r>
      <w:proofErr w:type="spellStart"/>
      <w:r w:rsidRPr="00FB3B86">
        <w:rPr>
          <w:rFonts w:ascii="Ubuntu" w:eastAsia="Ubuntu" w:hAnsi="Ubuntu" w:cs="Ubuntu" w:hint="eastAsia"/>
          <w:u w:val="single"/>
          <w:lang w:val="da-DK"/>
        </w:rPr>
        <w:t>Gegevens</w:t>
      </w:r>
      <w:proofErr w:type="spellEnd"/>
      <w:r w:rsidRPr="00FB3B86">
        <w:rPr>
          <w:rFonts w:ascii="Ubuntu" w:eastAsia="Ubuntu" w:hAnsi="Ubuntu" w:cs="Ubuntu" w:hint="eastAsia"/>
          <w:u w:val="single"/>
          <w:lang w:val="da-DK"/>
        </w:rPr>
        <w:t xml:space="preserve"> van de melder</w:t>
      </w:r>
      <w:bookmarkEnd w:id="1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A5425F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Naam of alias (optioneel)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Organisatie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optioneel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FB3B86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Pr="00FB3B86" w:rsidRDefault="004E0EDD" w:rsidP="000B505C">
            <w:pPr>
              <w:spacing w:after="0" w:line="240" w:lineRule="auto"/>
              <w:rPr>
                <w:rFonts w:hint="eastAsia"/>
                <w:lang w:val="de-DE"/>
              </w:rPr>
            </w:pP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E-mail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/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contactmethode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(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verplicht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,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tenzij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u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anoniem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meldt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Pr="00FB3B86" w:rsidRDefault="00A5425F" w:rsidP="000B505C">
            <w:pPr>
              <w:spacing w:after="0" w:line="240" w:lineRule="auto"/>
              <w:rPr>
                <w:rFonts w:hint="eastAsia"/>
                <w:lang w:val="de-DE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Voorkeurstaal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optioneel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Anoniem melden?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376544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Ja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24159B7" w14:textId="2333B155" w:rsidR="00F54C66" w:rsidRPr="00F54C66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Nee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Betrokken product of onderdeel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A5425F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Naam van product of dienst (verplicht)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 (indien van toepassing)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Hardwareversie (indien bekend)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Default="00A73F26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Firmware-/software-/applicatieversie (indien bekend)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Land/regio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lastRenderedPageBreak/>
              <w:t>Overige relevante configuratiegegevens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54BA0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>3. Beschrijving van de vermoedelijke kwetsbaarheid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Korte titel (verplicht)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:rsidRPr="00FB3B86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Pr="00FB3B86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e-DE"/>
              </w:rPr>
            </w:pP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Beschrijf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het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beveiligingsprobleem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dat u hebt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vastgesteld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(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verplicht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)</w:t>
            </w:r>
          </w:p>
          <w:p w14:paraId="5EDC6E74" w14:textId="044A2957" w:rsidR="00BF587A" w:rsidRPr="00FB3B86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e-DE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FB3B86" w:rsidRDefault="0026323C" w:rsidP="000B505C">
            <w:pPr>
              <w:spacing w:after="0" w:line="240" w:lineRule="auto"/>
              <w:rPr>
                <w:rFonts w:hint="eastAsia"/>
                <w:lang w:val="de-DE"/>
              </w:rPr>
            </w:pPr>
          </w:p>
        </w:tc>
      </w:tr>
      <w:tr w:rsidR="00F517B9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Wanneer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hebt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u het probleem voor het eerst opgemerkt?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:rsidRPr="00FB3B86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Pr="00FB3B86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e-DE"/>
              </w:rPr>
            </w:pPr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Wat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verwachtte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u dat er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zou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gebeuren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lang w:val="de-DE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Pr="00FB3B86" w:rsidRDefault="00F517B9" w:rsidP="000B505C">
            <w:pPr>
              <w:spacing w:after="0" w:line="240" w:lineRule="auto"/>
              <w:rPr>
                <w:rFonts w:hint="eastAsia"/>
                <w:lang w:val="de-DE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Wat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gebeurde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er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daadwerkelijk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Kunt u het probleem reproduceren?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224AE7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Ja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Nee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Soms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Onbekend</w:t>
            </w:r>
          </w:p>
        </w:tc>
      </w:tr>
      <w:tr w:rsidR="00BF587A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Beschrijf indien mogelijk de stappen die nodig zijn om het probleem te reproduceren: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Default="00BF587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Welke gevolgen voor de beveiliging kan het probleem volgens u hebben?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Default="0074711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Bijlagen toegevoegd?</w:t>
            </w:r>
          </w:p>
          <w:p w14:paraId="797325B8" w14:textId="65CCB756" w:rsidR="0074711A" w:rsidRPr="0074711A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</w:rPr>
            </w:pPr>
            <w:r w:rsidRPr="0074711A">
              <w:rPr>
                <w:rFonts w:eastAsia="Myriad Pro" w:cs="Myriad Pro"/>
                <w:bCs/>
                <w:color w:val="1D2958"/>
                <w:sz w:val="18"/>
              </w:rPr>
              <w:t>U kunt relevante screenshots, logbestanden, video’s of proof-of-concept-informatie toevoegen.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376544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Ja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17B0ACA" w14:textId="47EC3946" w:rsidR="0074711A" w:rsidRPr="0024320A" w:rsidRDefault="00376544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Nee</w:t>
            </w:r>
          </w:p>
        </w:tc>
      </w:tr>
    </w:tbl>
    <w:p w14:paraId="4CD86165" w14:textId="3B1C3BA1" w:rsidR="0074711A" w:rsidRPr="00FB3B86" w:rsidRDefault="0074711A" w:rsidP="0074711A">
      <w:pPr>
        <w:pStyle w:val="Heading2"/>
        <w:spacing w:after="80"/>
        <w:rPr>
          <w:lang w:val="de-DE"/>
        </w:rPr>
      </w:pPr>
      <w:proofErr w:type="spellStart"/>
      <w:r w:rsidRPr="00FB3B86">
        <w:rPr>
          <w:rFonts w:ascii="Ubuntu" w:eastAsia="Ubuntu" w:hAnsi="Ubuntu" w:cs="Ubuntu"/>
          <w:u w:val="single"/>
          <w:lang w:val="de-DE"/>
        </w:rPr>
        <w:t>Aanvullende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 xml:space="preserve"> technische 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informatie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 xml:space="preserve"> (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optioneel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 xml:space="preserve"> – 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voor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 xml:space="preserve"> 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beveiligingsonderzoekers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>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74711A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Type kwetsbaarheid (omzeiling van authenticatie, injectie, geheugenbeschadiging enz.), indien bekend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CWE/CVE, indien bekend</w:t>
            </w:r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Technische oorzaak/details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Testomgeving/configuratie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Proof of concept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5DF4984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t>4. Aanvalsscenario</w:t>
      </w:r>
      <w:bookmarkEnd w:id="4"/>
    </w:p>
    <w:p w14:paraId="0D3AD5B7" w14:textId="77777777" w:rsidR="00A5425F" w:rsidRDefault="00A5425F" w:rsidP="00A5425F">
      <w:pPr>
        <w:spacing w:after="110" w:line="259" w:lineRule="auto"/>
        <w:rPr>
          <w:rFonts w:hint="eastAsia"/>
        </w:rPr>
      </w:pPr>
      <w:r w:rsidRPr="00FB3B86">
        <w:rPr>
          <w:rFonts w:eastAsia="Myriad Pro" w:cs="Myriad Pro" w:hint="eastAsia"/>
          <w:lang w:val="da-DK"/>
        </w:rPr>
        <w:t xml:space="preserve">Het </w:t>
      </w:r>
      <w:proofErr w:type="spellStart"/>
      <w:r w:rsidRPr="00FB3B86">
        <w:rPr>
          <w:rFonts w:eastAsia="Myriad Pro" w:cs="Myriad Pro" w:hint="eastAsia"/>
          <w:lang w:val="da-DK"/>
        </w:rPr>
        <w:t>aanvalsscenario</w:t>
      </w:r>
      <w:proofErr w:type="spellEnd"/>
      <w:r w:rsidRPr="00FB3B86">
        <w:rPr>
          <w:rFonts w:eastAsia="Myriad Pro" w:cs="Myriad Pro" w:hint="eastAsia"/>
          <w:lang w:val="da-DK"/>
        </w:rPr>
        <w:t xml:space="preserve"> </w:t>
      </w:r>
      <w:proofErr w:type="spellStart"/>
      <w:r w:rsidRPr="00FB3B86">
        <w:rPr>
          <w:rFonts w:eastAsia="Myriad Pro" w:cs="Myriad Pro" w:hint="eastAsia"/>
          <w:lang w:val="da-DK"/>
        </w:rPr>
        <w:t>verschilt</w:t>
      </w:r>
      <w:proofErr w:type="spellEnd"/>
      <w:r w:rsidRPr="00FB3B86">
        <w:rPr>
          <w:rFonts w:eastAsia="Myriad Pro" w:cs="Myriad Pro" w:hint="eastAsia"/>
          <w:lang w:val="da-DK"/>
        </w:rPr>
        <w:t xml:space="preserve"> van de procedure om </w:t>
      </w:r>
      <w:proofErr w:type="spellStart"/>
      <w:r w:rsidRPr="00FB3B86">
        <w:rPr>
          <w:rFonts w:eastAsia="Myriad Pro" w:cs="Myriad Pro" w:hint="eastAsia"/>
          <w:lang w:val="da-DK"/>
        </w:rPr>
        <w:t>het</w:t>
      </w:r>
      <w:proofErr w:type="spellEnd"/>
      <w:r w:rsidRPr="00FB3B86">
        <w:rPr>
          <w:rFonts w:eastAsia="Myriad Pro" w:cs="Myriad Pro" w:hint="eastAsia"/>
          <w:lang w:val="da-DK"/>
        </w:rPr>
        <w:t xml:space="preserve"> </w:t>
      </w:r>
      <w:proofErr w:type="spellStart"/>
      <w:r w:rsidRPr="00FB3B86">
        <w:rPr>
          <w:rFonts w:eastAsia="Myriad Pro" w:cs="Myriad Pro" w:hint="eastAsia"/>
          <w:lang w:val="da-DK"/>
        </w:rPr>
        <w:t>probleem</w:t>
      </w:r>
      <w:proofErr w:type="spellEnd"/>
      <w:r w:rsidRPr="00FB3B86">
        <w:rPr>
          <w:rFonts w:eastAsia="Myriad Pro" w:cs="Myriad Pro" w:hint="eastAsia"/>
          <w:lang w:val="da-DK"/>
        </w:rPr>
        <w:t xml:space="preserve"> te </w:t>
      </w:r>
      <w:proofErr w:type="spellStart"/>
      <w:r w:rsidRPr="00FB3B86">
        <w:rPr>
          <w:rFonts w:eastAsia="Myriad Pro" w:cs="Myriad Pro" w:hint="eastAsia"/>
          <w:lang w:val="da-DK"/>
        </w:rPr>
        <w:t>reproduceren</w:t>
      </w:r>
      <w:proofErr w:type="spellEnd"/>
      <w:r w:rsidRPr="00FB3B86">
        <w:rPr>
          <w:rFonts w:eastAsia="Myriad Pro" w:cs="Myriad Pro" w:hint="eastAsia"/>
          <w:lang w:val="da-DK"/>
        </w:rPr>
        <w:t xml:space="preserve">. </w:t>
      </w:r>
      <w:proofErr w:type="spellStart"/>
      <w:r>
        <w:rPr>
          <w:rFonts w:eastAsia="Myriad Pro" w:cs="Myriad Pro" w:hint="eastAsia"/>
        </w:rPr>
        <w:t>Beschrijf</w:t>
      </w:r>
      <w:proofErr w:type="spellEnd"/>
      <w:r>
        <w:rPr>
          <w:rFonts w:eastAsia="Myriad Pro" w:cs="Myriad Pro" w:hint="eastAsia"/>
        </w:rPr>
        <w:t xml:space="preserve"> hoe </w:t>
      </w:r>
      <w:proofErr w:type="spellStart"/>
      <w:r>
        <w:rPr>
          <w:rFonts w:eastAsia="Myriad Pro" w:cs="Myriad Pro" w:hint="eastAsia"/>
        </w:rPr>
        <w:t>een</w:t>
      </w:r>
      <w:proofErr w:type="spellEnd"/>
      <w:r>
        <w:rPr>
          <w:rFonts w:eastAsia="Myriad Pro" w:cs="Myriad Pro" w:hint="eastAsia"/>
        </w:rPr>
        <w:t xml:space="preserve"> </w:t>
      </w:r>
      <w:proofErr w:type="spellStart"/>
      <w:r>
        <w:rPr>
          <w:rFonts w:eastAsia="Myriad Pro" w:cs="Myriad Pro" w:hint="eastAsia"/>
        </w:rPr>
        <w:t>realistische</w:t>
      </w:r>
      <w:proofErr w:type="spellEnd"/>
      <w:r>
        <w:rPr>
          <w:rFonts w:eastAsia="Myriad Pro" w:cs="Myriad Pro" w:hint="eastAsia"/>
        </w:rPr>
        <w:t xml:space="preserve"> aanvaller misbruik zou kunnen maken van het probleem.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lastRenderedPageBreak/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343182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Beschrijf, indien bekend, hoe iemand misbruik zou kunnen maken van deze kwetsbaarheid</w:t>
            </w:r>
          </w:p>
          <w:p w14:paraId="026665C3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  <w:p w14:paraId="0FBC3C9E" w14:textId="3C75C60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  <w:p w14:paraId="436E2A2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Toegang van de aanvaller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Remote network </w:t>
            </w:r>
          </w:p>
          <w:p w14:paraId="4D12F5DF" w14:textId="77777777" w:rsidR="00343182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Adjacent network </w:t>
            </w:r>
          </w:p>
          <w:p w14:paraId="73AFB7D8" w14:textId="347DD23A" w:rsidR="00237A73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network</w:t>
            </w:r>
          </w:p>
          <w:p w14:paraId="6F4EC592" w14:textId="56BCD02D" w:rsidR="00237A73" w:rsidRDefault="00376544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device</w:t>
            </w:r>
          </w:p>
          <w:p w14:paraId="34B99A87" w14:textId="4F6A0469" w:rsidR="00237A73" w:rsidRDefault="00376544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Physical</w:t>
            </w:r>
            <w:r w:rsidR="00237A73">
              <w:rPr>
                <w:rFonts w:eastAsia="Myriad Pro" w:cs="Myriad Pro"/>
                <w:sz w:val="18"/>
                <w:szCs w:val="21"/>
              </w:rPr>
              <w:t xml:space="preserve"> access</w:t>
            </w:r>
          </w:p>
          <w:p w14:paraId="3ABC8431" w14:textId="2CF6F2C2" w:rsidR="00A5425F" w:rsidRPr="00343182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237A73">
              <w:rPr>
                <w:rFonts w:eastAsia="Myriad Pro" w:cs="Myriad Pro"/>
                <w:sz w:val="18"/>
                <w:szCs w:val="21"/>
              </w:rPr>
              <w:t>Onbekend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Gebruikersinteractie vereist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Ja</w:t>
            </w:r>
          </w:p>
          <w:p w14:paraId="17512657" w14:textId="77777777" w:rsidR="000678F2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Nee</w:t>
            </w:r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2261E5B" w14:textId="7F5784D6" w:rsidR="00A5425F" w:rsidRDefault="00376544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Onbekend</w:t>
            </w:r>
          </w:p>
        </w:tc>
      </w:tr>
      <w:tr w:rsidR="00A5425F" w:rsidRPr="00FB3B86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Speciale machtigingen/account vereist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Pr="00FB3B86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e-DE"/>
              </w:rPr>
            </w:pPr>
            <w:sdt>
              <w:sdtPr>
                <w:rPr>
                  <w:lang w:val="de-DE"/>
                </w:r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B3B86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eastAsia="Myriad Pro" w:cs="Myriad Pro" w:hint="eastAsia"/>
                <w:sz w:val="18"/>
                <w:szCs w:val="21"/>
                <w:lang w:val="de-DE"/>
              </w:rPr>
              <w:t xml:space="preserve"> </w:t>
            </w:r>
            <w:r w:rsidR="008733AA" w:rsidRPr="00FB3B86">
              <w:rPr>
                <w:rFonts w:eastAsia="Myriad Pro" w:cs="Myriad Pro"/>
                <w:sz w:val="18"/>
                <w:szCs w:val="21"/>
                <w:lang w:val="de-DE"/>
              </w:rPr>
              <w:t>Ja</w:t>
            </w:r>
          </w:p>
          <w:p w14:paraId="355E9533" w14:textId="69F9EE97" w:rsidR="00A5425F" w:rsidRPr="00FB3B86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e-DE"/>
              </w:rPr>
            </w:pPr>
            <w:sdt>
              <w:sdtPr>
                <w:rPr>
                  <w:lang w:val="de-DE"/>
                </w:r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 w:rsidRPr="00FB3B86">
                  <w:rPr>
                    <w:rFonts w:ascii="Arial" w:hAnsi="Arial" w:cs="Arial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eastAsia="Myriad Pro" w:cs="Myriad Pro" w:hint="eastAsia"/>
                <w:sz w:val="18"/>
                <w:szCs w:val="21"/>
                <w:lang w:val="de-DE"/>
              </w:rPr>
              <w:t xml:space="preserve"> </w:t>
            </w:r>
            <w:r w:rsidR="008733AA" w:rsidRPr="00FB3B86">
              <w:rPr>
                <w:rFonts w:eastAsia="Myriad Pro" w:cs="Myriad Pro"/>
                <w:sz w:val="18"/>
                <w:szCs w:val="21"/>
                <w:lang w:val="de-DE"/>
              </w:rPr>
              <w:t>Nee</w:t>
            </w:r>
          </w:p>
          <w:p w14:paraId="3FF83E19" w14:textId="77777777" w:rsidR="008733AA" w:rsidRPr="00FB3B86" w:rsidRDefault="003765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e-DE"/>
              </w:rPr>
            </w:pPr>
            <w:sdt>
              <w:sdtPr>
                <w:rPr>
                  <w:lang w:val="de-DE"/>
                </w:r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 w:rsidRPr="00FB3B86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de-DE"/>
                  </w:rPr>
                  <w:t>☐</w:t>
                </w:r>
              </w:sdtContent>
            </w:sdt>
            <w:r w:rsidR="008733AA" w:rsidRPr="00FB3B86">
              <w:rPr>
                <w:rFonts w:eastAsia="Myriad Pro" w:cs="Myriad Pro"/>
                <w:sz w:val="18"/>
                <w:szCs w:val="21"/>
                <w:lang w:val="de-DE"/>
              </w:rPr>
              <w:t xml:space="preserve"> </w:t>
            </w:r>
            <w:proofErr w:type="spellStart"/>
            <w:r w:rsidR="008733AA" w:rsidRPr="00FB3B86">
              <w:rPr>
                <w:rFonts w:eastAsia="Myriad Pro" w:cs="Myriad Pro"/>
                <w:sz w:val="18"/>
                <w:szCs w:val="21"/>
                <w:lang w:val="de-DE"/>
              </w:rPr>
              <w:t>Onbekend</w:t>
            </w:r>
            <w:proofErr w:type="spellEnd"/>
          </w:p>
          <w:p w14:paraId="030E5B05" w14:textId="1BDB2ACD" w:rsidR="00CF11FA" w:rsidRPr="00FB3B86" w:rsidRDefault="00CF11FA" w:rsidP="000B505C">
            <w:pPr>
              <w:spacing w:after="0" w:line="240" w:lineRule="auto"/>
              <w:rPr>
                <w:rFonts w:hint="eastAsia"/>
                <w:lang w:val="de-DE"/>
              </w:rPr>
            </w:pPr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 xml:space="preserve">Zo ja, </w:t>
            </w:r>
            <w:proofErr w:type="spellStart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>beschrijf</w:t>
            </w:r>
            <w:proofErr w:type="spellEnd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 xml:space="preserve"> de vereiste </w:t>
            </w:r>
            <w:proofErr w:type="spellStart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>machtigingen</w:t>
            </w:r>
            <w:proofErr w:type="spellEnd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>/</w:t>
            </w:r>
            <w:proofErr w:type="spellStart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>het</w:t>
            </w:r>
            <w:proofErr w:type="spellEnd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 xml:space="preserve"> vereiste </w:t>
            </w:r>
            <w:proofErr w:type="spellStart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>account</w:t>
            </w:r>
            <w:proofErr w:type="spellEnd"/>
            <w:r w:rsidRPr="00FB3B86">
              <w:rPr>
                <w:rFonts w:eastAsia="Myriad Pro" w:cs="Myriad Pro"/>
                <w:sz w:val="18"/>
                <w:szCs w:val="21"/>
                <w:lang w:val="de-DE"/>
              </w:rPr>
              <w:t xml:space="preserve">: </w:t>
            </w:r>
          </w:p>
        </w:tc>
      </w:tr>
    </w:tbl>
    <w:p w14:paraId="40E98F5A" w14:textId="77777777" w:rsidR="00C26D3C" w:rsidRPr="00FB3B86" w:rsidRDefault="00C26D3C" w:rsidP="00A5425F">
      <w:pPr>
        <w:spacing w:after="110" w:line="259" w:lineRule="auto"/>
        <w:rPr>
          <w:rFonts w:hint="eastAsia"/>
          <w:lang w:val="de-DE"/>
        </w:rPr>
      </w:pPr>
    </w:p>
    <w:p w14:paraId="1569BE0A" w14:textId="188B587E" w:rsidR="00A5425F" w:rsidRDefault="00DF7C4F" w:rsidP="00A5425F">
      <w:pPr>
        <w:pStyle w:val="Heading2"/>
        <w:spacing w:after="80"/>
        <w:rPr>
          <w:rFonts w:ascii="Ubuntu" w:eastAsia="Ubuntu" w:hAnsi="Ubuntu" w:cs="Ubuntu"/>
          <w:u w:val="single"/>
        </w:rPr>
      </w:pPr>
      <w:bookmarkStart w:id="5" w:name="_Toc239339917"/>
      <w:r>
        <w:rPr>
          <w:rFonts w:ascii="Ubuntu" w:eastAsia="Ubuntu" w:hAnsi="Ubuntu" w:cs="Ubuntu"/>
          <w:u w:val="single"/>
        </w:rPr>
        <w:t>5. Impactbeoordeling (optioneel)</w:t>
      </w:r>
      <w:bookmarkEnd w:id="5"/>
    </w:p>
    <w:p w14:paraId="3F175542" w14:textId="385B0456" w:rsidR="003A30AD" w:rsidRPr="003A30AD" w:rsidRDefault="003A30AD" w:rsidP="007B5A7D">
      <w:pPr>
        <w:spacing w:after="110" w:line="259" w:lineRule="auto"/>
        <w:rPr>
          <w:rFonts w:hint="eastAsia"/>
        </w:rPr>
      </w:pPr>
      <w:r>
        <w:rPr>
          <w:rFonts w:eastAsia="Myriad Pro" w:cs="Myriad Pro"/>
        </w:rPr>
        <w:t>Vul dit gedeelte in als u de mogelijke impact kunt beoordelen.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Impactgebied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Beoordeling door de melder</w:t>
            </w:r>
          </w:p>
        </w:tc>
      </w:tr>
      <w:tr w:rsidR="00C26D3C" w:rsidRPr="00FF1C66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Vertrouwelijkheid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FF1C66" w:rsidRDefault="003765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Laag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Gemiddeld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Hoog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Onbekend</w:t>
            </w:r>
          </w:p>
        </w:tc>
      </w:tr>
      <w:tr w:rsidR="00C26D3C" w:rsidRPr="00FF1C66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Integriteit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FF1C66" w:rsidRDefault="003765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Laag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Gemiddeld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Hoog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Onbekend</w:t>
            </w:r>
          </w:p>
        </w:tc>
      </w:tr>
      <w:tr w:rsidR="00C26D3C" w:rsidRPr="00FF1C66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Beschikbaarheid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FF1C66" w:rsidRDefault="003765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Laag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FF1C66">
                  <w:rPr>
                    <w:rFonts w:ascii="Arial" w:hAnsi="Arial" w:cs="Arial"/>
                    <w:sz w:val="18"/>
                    <w:szCs w:val="18"/>
                  </w:rPr>
                  <w:t>☒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Gemiddeld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Hoog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Onbekend</w:t>
            </w:r>
          </w:p>
        </w:tc>
      </w:tr>
      <w:tr w:rsidR="00C26D3C" w:rsidRPr="00FF1C66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Veiligheid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FF1C66" w:rsidRDefault="003765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Laag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Gemiddeld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Hoog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Onbekend</w:t>
            </w:r>
          </w:p>
        </w:tc>
      </w:tr>
      <w:tr w:rsidR="00C26D3C" w:rsidRPr="00FF1C66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Privacy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FF1C66" w:rsidRDefault="003765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Laag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Gemiddeld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Hoog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Onbekend</w:t>
            </w:r>
          </w:p>
        </w:tc>
      </w:tr>
      <w:tr w:rsidR="00C26D3C" w:rsidRPr="00FB3B86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FB3B8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Impact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op de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toeleveringsketen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of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het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bredere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ecosysteem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FB3B86" w:rsidRDefault="00345DA7" w:rsidP="00345DA7">
            <w:pPr>
              <w:rPr>
                <w:rFonts w:hint="eastAsia"/>
                <w:sz w:val="18"/>
                <w:szCs w:val="18"/>
                <w:lang w:val="da-DK"/>
              </w:rPr>
            </w:pPr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 xml:space="preserve">☐ </w:t>
            </w:r>
            <w:proofErr w:type="spellStart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Geen</w:t>
            </w:r>
            <w:proofErr w:type="spellEnd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 xml:space="preserve"> ☐ </w:t>
            </w:r>
            <w:proofErr w:type="spellStart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Laag</w:t>
            </w:r>
            <w:proofErr w:type="spellEnd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 xml:space="preserve"> ☐ </w:t>
            </w:r>
            <w:proofErr w:type="spellStart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Gemiddeld</w:t>
            </w:r>
            <w:proofErr w:type="spellEnd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 xml:space="preserve"> ☐ </w:t>
            </w:r>
            <w:proofErr w:type="spellStart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Hoog</w:t>
            </w:r>
            <w:proofErr w:type="spellEnd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 xml:space="preserve"> ☐ </w:t>
            </w:r>
            <w:proofErr w:type="spellStart"/>
            <w:r w:rsidRPr="00FB3B86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Onbekend</w:t>
            </w:r>
            <w:proofErr w:type="spellEnd"/>
          </w:p>
        </w:tc>
      </w:tr>
      <w:tr w:rsidR="00C26D3C" w:rsidRPr="00FF1C66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FB3B8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</w:pP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Voorgestelde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ernst,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indien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beschikbaar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optioneel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 xml:space="preserve">☐ </w:t>
            </w:r>
            <w:proofErr w:type="spellStart"/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Laag</w:t>
            </w:r>
            <w:proofErr w:type="spellEnd"/>
            <w:r w:rsidRPr="00FF1C66">
              <w:rPr>
                <w:rFonts w:ascii="Segoe UI Symbol" w:hAnsi="Segoe UI Symbol" w:cs="Segoe UI Symbol"/>
                <w:sz w:val="18"/>
                <w:szCs w:val="18"/>
              </w:rPr>
              <w:t xml:space="preserve"> ☐ </w:t>
            </w:r>
            <w:proofErr w:type="spellStart"/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Gemiddeld</w:t>
            </w:r>
            <w:proofErr w:type="spellEnd"/>
            <w:r w:rsidRPr="00FF1C66">
              <w:rPr>
                <w:rFonts w:ascii="Segoe UI Symbol" w:hAnsi="Segoe UI Symbol" w:cs="Segoe UI Symbol"/>
                <w:sz w:val="18"/>
                <w:szCs w:val="18"/>
              </w:rPr>
              <w:t xml:space="preserve"> ☐ Hoog ☐ Kritiek ☐ Onbekend</w:t>
            </w:r>
          </w:p>
          <w:p w14:paraId="4F52AD07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FB3B86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FB3B86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</w:pPr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CVSS-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vector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indien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beschikbaar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optioneel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FB3B86" w:rsidRDefault="0071281F" w:rsidP="00345DA7">
            <w:pPr>
              <w:rPr>
                <w:rFonts w:ascii="Segoe UI Symbol" w:hAnsi="Segoe UI Symbol" w:cs="Segoe UI Symbol"/>
                <w:sz w:val="18"/>
                <w:szCs w:val="18"/>
                <w:lang w:val="de-DE"/>
              </w:rPr>
            </w:pPr>
          </w:p>
        </w:tc>
      </w:tr>
    </w:tbl>
    <w:p w14:paraId="5C8DF8EA" w14:textId="77777777" w:rsidR="00A5425F" w:rsidRPr="00FB3B86" w:rsidRDefault="00A5425F" w:rsidP="00A5425F">
      <w:pPr>
        <w:spacing w:after="110" w:line="259" w:lineRule="auto"/>
        <w:rPr>
          <w:rFonts w:hint="eastAsia"/>
          <w:lang w:val="de-DE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 xml:space="preserve">6. Status van </w:t>
      </w:r>
      <w:proofErr w:type="spellStart"/>
      <w:r>
        <w:rPr>
          <w:rFonts w:ascii="Ubuntu" w:eastAsia="Ubuntu" w:hAnsi="Ubuntu" w:cs="Ubuntu"/>
          <w:u w:val="single"/>
        </w:rPr>
        <w:t>misbruik</w:t>
      </w:r>
      <w:proofErr w:type="spellEnd"/>
      <w:r>
        <w:rPr>
          <w:rFonts w:ascii="Ubuntu" w:eastAsia="Ubuntu" w:hAnsi="Ubuntu" w:cs="Ubuntu"/>
          <w:u w:val="single"/>
        </w:rPr>
        <w:t xml:space="preserve"> </w:t>
      </w:r>
      <w:proofErr w:type="spellStart"/>
      <w:r>
        <w:rPr>
          <w:rFonts w:ascii="Ubuntu" w:eastAsia="Ubuntu" w:hAnsi="Ubuntu" w:cs="Ubuntu"/>
          <w:u w:val="single"/>
        </w:rPr>
        <w:t>en</w:t>
      </w:r>
      <w:proofErr w:type="spellEnd"/>
      <w:r>
        <w:rPr>
          <w:rFonts w:ascii="Ubuntu" w:eastAsia="Ubuntu" w:hAnsi="Ubuntu" w:cs="Ubuntu"/>
          <w:u w:val="single"/>
        </w:rPr>
        <w:t xml:space="preserve"> </w:t>
      </w:r>
      <w:proofErr w:type="spellStart"/>
      <w:r>
        <w:rPr>
          <w:rFonts w:ascii="Ubuntu" w:eastAsia="Ubuntu" w:hAnsi="Ubuntu" w:cs="Ubuntu"/>
          <w:u w:val="single"/>
        </w:rPr>
        <w:t>openbaarmaking</w:t>
      </w:r>
      <w:bookmarkEnd w:id="6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A5425F" w:rsidRPr="00FF1C66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FB3B8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 xml:space="preserve">Is de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kwetsbaarheid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 xml:space="preserve"> al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openbaar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FF1C66" w:rsidRDefault="003765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Ja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="00F4392E" w:rsidRPr="00FF1C66">
              <w:rPr>
                <w:sz w:val="18"/>
                <w:szCs w:val="18"/>
              </w:rPr>
              <w:t>Onbekend</w:t>
            </w:r>
            <w:proofErr w:type="spellEnd"/>
          </w:p>
          <w:p w14:paraId="5039FA4B" w14:textId="77777777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Zo ja, vermeld de URL en datum:</w:t>
            </w:r>
          </w:p>
          <w:p w14:paraId="050DB9D9" w14:textId="6E029EA8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Is er een openbare proof of concept?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FF1C66" w:rsidRDefault="003765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Nee </w:t>
            </w: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Ja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Onbekend</w:t>
            </w:r>
          </w:p>
          <w:p w14:paraId="6332CB30" w14:textId="77777777" w:rsidR="00344641" w:rsidRPr="00FF1C66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Zo ja, vermeld de URL en datum:</w:t>
            </w:r>
          </w:p>
          <w:p w14:paraId="22620338" w14:textId="31F65F38" w:rsidR="00344641" w:rsidRPr="00FF1C66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B3B86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Is actief misbruik bekend of wordt dit vermoed?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FB3B86" w:rsidRDefault="00376544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  <w:sdt>
              <w:sdtPr>
                <w:rPr>
                  <w:sz w:val="18"/>
                  <w:szCs w:val="18"/>
                  <w:lang w:val="de-DE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B3B86">
                  <w:rPr>
                    <w:rFonts w:ascii="Segoe UI Symbol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hint="eastAsia"/>
                <w:sz w:val="18"/>
                <w:szCs w:val="18"/>
                <w:lang w:val="de-DE"/>
              </w:rPr>
              <w:t xml:space="preserve"> Nee </w:t>
            </w:r>
            <w:sdt>
              <w:sdtPr>
                <w:rPr>
                  <w:sz w:val="18"/>
                  <w:szCs w:val="18"/>
                  <w:lang w:val="de-DE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B3B86">
                  <w:rPr>
                    <w:rFonts w:ascii="Segoe UI Symbol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hint="eastAsia"/>
                <w:sz w:val="18"/>
                <w:szCs w:val="18"/>
                <w:lang w:val="de-DE"/>
              </w:rPr>
              <w:t xml:space="preserve"> Ja </w:t>
            </w:r>
            <w:sdt>
              <w:sdtPr>
                <w:rPr>
                  <w:sz w:val="18"/>
                  <w:szCs w:val="18"/>
                  <w:lang w:val="de-DE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B3B86">
                  <w:rPr>
                    <w:rFonts w:ascii="Segoe UI Symbol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hint="eastAsia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A5425F" w:rsidRPr="00FB3B86">
              <w:rPr>
                <w:rFonts w:hint="eastAsia"/>
                <w:sz w:val="18"/>
                <w:szCs w:val="18"/>
                <w:lang w:val="de-DE"/>
              </w:rPr>
              <w:t>Onbekend</w:t>
            </w:r>
            <w:proofErr w:type="spellEnd"/>
          </w:p>
          <w:p w14:paraId="40A7C759" w14:textId="7C5281FA" w:rsidR="003A767A" w:rsidRPr="00FB3B86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  <w:r w:rsidRPr="00FB3B86">
              <w:rPr>
                <w:sz w:val="18"/>
                <w:szCs w:val="18"/>
                <w:lang w:val="de-DE"/>
              </w:rPr>
              <w:t xml:space="preserve">Zo ja, </w:t>
            </w:r>
            <w:proofErr w:type="spellStart"/>
            <w:r w:rsidRPr="00FB3B86">
              <w:rPr>
                <w:sz w:val="18"/>
                <w:szCs w:val="18"/>
                <w:lang w:val="de-DE"/>
              </w:rPr>
              <w:t>geef</w:t>
            </w:r>
            <w:proofErr w:type="spellEnd"/>
            <w:r w:rsidRPr="00FB3B86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sz w:val="18"/>
                <w:szCs w:val="18"/>
                <w:lang w:val="de-DE"/>
              </w:rPr>
              <w:t>details</w:t>
            </w:r>
            <w:proofErr w:type="spellEnd"/>
            <w:r w:rsidRPr="00FB3B86">
              <w:rPr>
                <w:sz w:val="18"/>
                <w:szCs w:val="18"/>
                <w:lang w:val="de-DE"/>
              </w:rPr>
              <w:t>:</w:t>
            </w:r>
          </w:p>
          <w:p w14:paraId="1CB67DBA" w14:textId="4E13D27A" w:rsidR="003A767A" w:rsidRPr="00FB3B86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</w:p>
        </w:tc>
      </w:tr>
      <w:tr w:rsidR="00A5425F" w:rsidRPr="00FF1C66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Is er contact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opgenomen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met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een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andere leverancier, toeleverancier, CERT of coördinator?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FF1C66" w:rsidRDefault="003765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Nee </w:t>
            </w:r>
            <w:sdt>
              <w:sdtPr>
                <w:rPr>
                  <w:sz w:val="18"/>
                  <w:szCs w:val="18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</w:t>
            </w:r>
            <w:r w:rsidR="00C56E3C" w:rsidRPr="00FF1C66">
              <w:rPr>
                <w:sz w:val="18"/>
                <w:szCs w:val="18"/>
              </w:rPr>
              <w:t xml:space="preserve">s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56E3C" w:rsidRPr="00FF1C66">
              <w:rPr>
                <w:rFonts w:hint="eastAsia"/>
                <w:sz w:val="18"/>
                <w:szCs w:val="18"/>
              </w:rPr>
              <w:t xml:space="preserve"> Onbekend</w:t>
            </w:r>
          </w:p>
          <w:p w14:paraId="51CB8D36" w14:textId="21538EE8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</w:t>
            </w:r>
            <w:r w:rsidR="00BC668C" w:rsidRPr="00FF1C66">
              <w:rPr>
                <w:sz w:val="18"/>
                <w:szCs w:val="18"/>
              </w:rPr>
              <w:t>de party, case ID and date</w:t>
            </w:r>
            <w:r w:rsidRPr="00FF1C66">
              <w:rPr>
                <w:sz w:val="18"/>
                <w:szCs w:val="18"/>
              </w:rPr>
              <w:t xml:space="preserve">: </w:t>
            </w:r>
          </w:p>
          <w:p w14:paraId="0D4B8D09" w14:textId="6F2DF5F3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B3B86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Bent u van plan het probleem na herstel te bespreken of te publiceren?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FB3B86" w:rsidRDefault="00376544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  <w:sdt>
              <w:sdtPr>
                <w:rPr>
                  <w:sz w:val="18"/>
                  <w:szCs w:val="18"/>
                  <w:lang w:val="de-DE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B3B86">
                  <w:rPr>
                    <w:rFonts w:ascii="Segoe UI Symbol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hint="eastAsia"/>
                <w:sz w:val="18"/>
                <w:szCs w:val="18"/>
                <w:lang w:val="de-DE"/>
              </w:rPr>
              <w:t xml:space="preserve"> Nee </w:t>
            </w:r>
            <w:sdt>
              <w:sdtPr>
                <w:rPr>
                  <w:sz w:val="18"/>
                  <w:szCs w:val="18"/>
                  <w:lang w:val="de-DE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B3B86">
                  <w:rPr>
                    <w:rFonts w:ascii="Segoe UI Symbol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425F" w:rsidRPr="00FB3B86">
              <w:rPr>
                <w:rFonts w:hint="eastAsia"/>
                <w:sz w:val="18"/>
                <w:szCs w:val="18"/>
                <w:lang w:val="de-DE"/>
              </w:rPr>
              <w:t xml:space="preserve"> Ja</w:t>
            </w:r>
            <w:r w:rsidR="002625FC" w:rsidRPr="00FB3B86">
              <w:rPr>
                <w:sz w:val="18"/>
                <w:szCs w:val="18"/>
                <w:lang w:val="de-DE"/>
              </w:rPr>
              <w:t xml:space="preserve"> </w:t>
            </w:r>
            <w:sdt>
              <w:sdtPr>
                <w:rPr>
                  <w:sz w:val="18"/>
                  <w:szCs w:val="18"/>
                  <w:lang w:val="de-DE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FB3B86">
                  <w:rPr>
                    <w:rFonts w:ascii="Segoe UI Symbol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2625FC" w:rsidRPr="00FB3B86">
              <w:rPr>
                <w:rFonts w:hint="eastAsia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2625FC" w:rsidRPr="00FB3B86">
              <w:rPr>
                <w:rFonts w:hint="eastAsia"/>
                <w:sz w:val="18"/>
                <w:szCs w:val="18"/>
                <w:lang w:val="de-DE"/>
              </w:rPr>
              <w:t>Onbekend</w:t>
            </w:r>
            <w:proofErr w:type="spellEnd"/>
          </w:p>
          <w:p w14:paraId="489377EF" w14:textId="26DF91C2" w:rsidR="004452B0" w:rsidRPr="00FB3B8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  <w:r w:rsidRPr="00FB3B86">
              <w:rPr>
                <w:sz w:val="18"/>
                <w:szCs w:val="18"/>
                <w:lang w:val="de-DE"/>
              </w:rPr>
              <w:t xml:space="preserve">Zo ja, </w:t>
            </w:r>
            <w:proofErr w:type="spellStart"/>
            <w:r w:rsidRPr="00FB3B86">
              <w:rPr>
                <w:sz w:val="18"/>
                <w:szCs w:val="18"/>
                <w:lang w:val="de-DE"/>
              </w:rPr>
              <w:t>geef</w:t>
            </w:r>
            <w:proofErr w:type="spellEnd"/>
            <w:r w:rsidRPr="00FB3B86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sz w:val="18"/>
                <w:szCs w:val="18"/>
                <w:lang w:val="de-DE"/>
              </w:rPr>
              <w:t>details</w:t>
            </w:r>
            <w:proofErr w:type="spellEnd"/>
            <w:r w:rsidRPr="00FB3B86">
              <w:rPr>
                <w:sz w:val="18"/>
                <w:szCs w:val="18"/>
                <w:lang w:val="de-DE"/>
              </w:rPr>
              <w:t>:</w:t>
            </w:r>
          </w:p>
          <w:p w14:paraId="65D34F61" w14:textId="7790DE9A" w:rsidR="004452B0" w:rsidRPr="00FB3B8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</w:p>
        </w:tc>
      </w:tr>
      <w:tr w:rsidR="00A5425F" w:rsidRPr="00FB3B86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FB3B8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Gewenste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datum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voor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gecoördineerde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openbaarmaking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indien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 xml:space="preserve"> van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e-DE"/>
              </w:rPr>
              <w:t>toepassing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FB3B8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</w:p>
        </w:tc>
      </w:tr>
    </w:tbl>
    <w:p w14:paraId="5C6CB3F4" w14:textId="77777777" w:rsidR="00A5425F" w:rsidRPr="00FB3B86" w:rsidRDefault="00A5425F" w:rsidP="00A5425F">
      <w:pPr>
        <w:spacing w:after="110" w:line="259" w:lineRule="auto"/>
        <w:rPr>
          <w:rFonts w:hint="eastAsia"/>
          <w:lang w:val="de-DE"/>
        </w:rPr>
      </w:pPr>
    </w:p>
    <w:p w14:paraId="631C87D5" w14:textId="3F161CF2" w:rsidR="004C6AB1" w:rsidRDefault="004C6AB1" w:rsidP="00A5425F">
      <w:pPr>
        <w:spacing w:after="110" w:line="259" w:lineRule="auto"/>
        <w:rPr>
          <w:rFonts w:hint="eastAsia"/>
        </w:rPr>
      </w:pPr>
      <w:proofErr w:type="spellStart"/>
      <w:r w:rsidRPr="00FB3B86">
        <w:rPr>
          <w:rStyle w:val="Strong"/>
          <w:lang w:val="de-DE"/>
        </w:rPr>
        <w:t>Opmerking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over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gecoördineerde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openbaarmaking</w:t>
      </w:r>
      <w:proofErr w:type="spellEnd"/>
      <w:r w:rsidRPr="00FB3B86">
        <w:rPr>
          <w:rStyle w:val="Strong"/>
          <w:lang w:val="de-DE"/>
        </w:rPr>
        <w:t>:</w:t>
      </w:r>
      <w:r w:rsidRPr="00FB3B86">
        <w:rPr>
          <w:rStyle w:val="Strong"/>
          <w:lang w:val="de-DE"/>
        </w:rPr>
        <w:br/>
        <w:t>Houd niet-</w:t>
      </w:r>
      <w:proofErr w:type="spellStart"/>
      <w:r w:rsidRPr="00FB3B86">
        <w:rPr>
          <w:rStyle w:val="Strong"/>
          <w:lang w:val="de-DE"/>
        </w:rPr>
        <w:t>openbare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informatie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over</w:t>
      </w:r>
      <w:proofErr w:type="spellEnd"/>
      <w:r w:rsidRPr="00FB3B86">
        <w:rPr>
          <w:rStyle w:val="Strong"/>
          <w:lang w:val="de-DE"/>
        </w:rPr>
        <w:t xml:space="preserve"> de </w:t>
      </w:r>
      <w:proofErr w:type="spellStart"/>
      <w:r w:rsidRPr="00FB3B86">
        <w:rPr>
          <w:rStyle w:val="Strong"/>
          <w:lang w:val="de-DE"/>
        </w:rPr>
        <w:t>kwetsbaarheid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vertrouwelijk</w:t>
      </w:r>
      <w:proofErr w:type="spellEnd"/>
      <w:r w:rsidRPr="00FB3B86">
        <w:rPr>
          <w:rStyle w:val="Strong"/>
          <w:lang w:val="de-DE"/>
        </w:rPr>
        <w:t xml:space="preserve"> tot de </w:t>
      </w:r>
      <w:proofErr w:type="spellStart"/>
      <w:r w:rsidRPr="00FB3B86">
        <w:rPr>
          <w:rStyle w:val="Strong"/>
          <w:lang w:val="de-DE"/>
        </w:rPr>
        <w:t>overeengekomen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openbaarmakingsdatum</w:t>
      </w:r>
      <w:proofErr w:type="spellEnd"/>
      <w:r w:rsidRPr="00FB3B86">
        <w:rPr>
          <w:rStyle w:val="Strong"/>
          <w:lang w:val="de-DE"/>
        </w:rPr>
        <w:t xml:space="preserve">. Als </w:t>
      </w:r>
      <w:proofErr w:type="spellStart"/>
      <w:r w:rsidRPr="00FB3B86">
        <w:rPr>
          <w:rStyle w:val="Strong"/>
          <w:lang w:val="de-DE"/>
        </w:rPr>
        <w:t>het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risico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verandert</w:t>
      </w:r>
      <w:proofErr w:type="spellEnd"/>
      <w:r w:rsidRPr="00FB3B86">
        <w:rPr>
          <w:rStyle w:val="Strong"/>
          <w:lang w:val="de-DE"/>
        </w:rPr>
        <w:t xml:space="preserve">, </w:t>
      </w:r>
      <w:proofErr w:type="spellStart"/>
      <w:r w:rsidRPr="00FB3B86">
        <w:rPr>
          <w:rStyle w:val="Strong"/>
          <w:lang w:val="de-DE"/>
        </w:rPr>
        <w:t>actief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misbruik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wordt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waargenomen</w:t>
      </w:r>
      <w:proofErr w:type="spellEnd"/>
      <w:r w:rsidRPr="00FB3B86">
        <w:rPr>
          <w:rStyle w:val="Strong"/>
          <w:lang w:val="de-DE"/>
        </w:rPr>
        <w:t xml:space="preserve"> of </w:t>
      </w:r>
      <w:proofErr w:type="spellStart"/>
      <w:r w:rsidRPr="00FB3B86">
        <w:rPr>
          <w:rStyle w:val="Strong"/>
          <w:lang w:val="de-DE"/>
        </w:rPr>
        <w:t>openbare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bekendmaking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waarschijnlijk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wordt</w:t>
      </w:r>
      <w:proofErr w:type="spellEnd"/>
      <w:r w:rsidRPr="00FB3B86">
        <w:rPr>
          <w:rStyle w:val="Strong"/>
          <w:lang w:val="de-DE"/>
        </w:rPr>
        <w:t xml:space="preserve">, </w:t>
      </w:r>
      <w:proofErr w:type="spellStart"/>
      <w:r w:rsidRPr="00FB3B86">
        <w:rPr>
          <w:rStyle w:val="Strong"/>
          <w:lang w:val="de-DE"/>
        </w:rPr>
        <w:t>neem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dan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zo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snel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mogelijk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contact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op</w:t>
      </w:r>
      <w:proofErr w:type="spellEnd"/>
      <w:r w:rsidRPr="00FB3B86">
        <w:rPr>
          <w:rStyle w:val="Strong"/>
          <w:lang w:val="de-DE"/>
        </w:rPr>
        <w:t xml:space="preserve"> via security@saluscontrols.com, </w:t>
      </w:r>
      <w:proofErr w:type="spellStart"/>
      <w:r w:rsidRPr="00FB3B86">
        <w:rPr>
          <w:rStyle w:val="Strong"/>
          <w:lang w:val="de-DE"/>
        </w:rPr>
        <w:t>zodat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het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openbaarmakingsplan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opnieuw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kan</w:t>
      </w:r>
      <w:proofErr w:type="spellEnd"/>
      <w:r w:rsidRPr="00FB3B86">
        <w:rPr>
          <w:rStyle w:val="Strong"/>
          <w:lang w:val="de-DE"/>
        </w:rPr>
        <w:t xml:space="preserve"> worden </w:t>
      </w:r>
      <w:proofErr w:type="spellStart"/>
      <w:r w:rsidRPr="00FB3B86">
        <w:rPr>
          <w:rStyle w:val="Strong"/>
          <w:lang w:val="de-DE"/>
        </w:rPr>
        <w:t>beoordeeld</w:t>
      </w:r>
      <w:proofErr w:type="spellEnd"/>
      <w:r w:rsidRPr="00FB3B86">
        <w:rPr>
          <w:rStyle w:val="Strong"/>
          <w:lang w:val="de-DE"/>
        </w:rPr>
        <w:t>.</w:t>
      </w:r>
      <w:hyperlink r:id="rId8">
        <w:r w:rsidRPr="00FE6C75">
          <w:rPr>
            <w:rStyle w:val="Hyperlink"/>
            <w:rFonts w:eastAsia="Myriad Pro" w:cs="Myriad Pro"/>
            <w:b/>
          </w:rPr>
          <w:t>security@saluscontrols.com</w:t>
        </w:r>
      </w:hyperlink>
    </w:p>
    <w:p w14:paraId="30318EA6" w14:textId="79C31313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u w:val="single"/>
        </w:rPr>
        <w:t>7. Voorgestelde oplossing of risicobeperking (optioneel)</w:t>
      </w:r>
      <w:bookmarkEnd w:id="7"/>
    </w:p>
    <w:p w14:paraId="783A528A" w14:textId="728A2A6C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>Suggested root-cause fix</w:t>
      </w:r>
      <w:r w:rsidR="005B511E">
        <w:rPr>
          <w:rFonts w:eastAsia="Myriad Pro" w:cs="Myriad Pro"/>
        </w:rPr>
        <w:t>, if known</w:t>
      </w:r>
      <w:r>
        <w:rPr>
          <w:rFonts w:eastAsia="Myriad Pro" w:cs="Myriad Pro" w:hint="eastAsia"/>
        </w:rPr>
        <w:t xml:space="preserve">: </w:t>
      </w:r>
      <w:r>
        <w:rPr>
          <w:rFonts w:eastAsia="Myriad Pro" w:cs="Myriad Pro"/>
        </w:rPr>
        <w:tab/>
      </w:r>
    </w:p>
    <w:p w14:paraId="707D68F9" w14:textId="77D98296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>Suggested temporary mitigation or workaround</w:t>
      </w:r>
      <w:r w:rsidR="005B511E">
        <w:rPr>
          <w:rFonts w:eastAsia="Myriad Pro" w:cs="Myriad Pro"/>
        </w:rPr>
        <w:t>, if known</w:t>
      </w:r>
      <w:r>
        <w:rPr>
          <w:rFonts w:eastAsia="Myriad Pro" w:cs="Myriad Pro" w:hint="eastAsia"/>
        </w:rPr>
        <w:t xml:space="preserve">: </w:t>
      </w:r>
      <w:r>
        <w:rPr>
          <w:rFonts w:eastAsia="Myriad Pro" w:cs="Myriad Pro"/>
        </w:rPr>
        <w:tab/>
      </w:r>
    </w:p>
    <w:p w14:paraId="16310794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Relevant industry practice, defensive rule or reference: </w:t>
      </w:r>
      <w:r>
        <w:rPr>
          <w:rFonts w:eastAsia="Myriad Pro" w:cs="Myriad Pro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Voorkeur voor naamsvermelding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Keuze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Antwoord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Pr="00FB3B86" w:rsidRDefault="00A5425F" w:rsidP="000B505C">
            <w:pPr>
              <w:spacing w:after="0" w:line="240" w:lineRule="auto"/>
              <w:rPr>
                <w:rFonts w:hint="eastAsia"/>
                <w:lang w:val="de-DE"/>
              </w:rPr>
            </w:pPr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Mogen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wij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u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publiekelijk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vermelden als er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een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beveiligingsadvies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wordt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gepubliceerd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376544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Ja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Nee</w:t>
            </w:r>
          </w:p>
        </w:tc>
      </w:tr>
      <w:tr w:rsidR="00A5425F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Weergavenaam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, alias of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organisatie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FB3B86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Pr="00FB3B86" w:rsidRDefault="00A5425F" w:rsidP="000B505C">
            <w:pPr>
              <w:spacing w:after="0" w:line="240" w:lineRule="auto"/>
              <w:rPr>
                <w:rFonts w:hint="eastAsia"/>
                <w:lang w:val="de-DE"/>
              </w:rPr>
            </w:pP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Voorkeursprofiel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of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referentielink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,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indien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toegestaan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volgens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het</w:t>
            </w:r>
            <w:proofErr w:type="spellEnd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 w:hint="eastAsia"/>
                <w:b/>
                <w:color w:val="1D2958"/>
                <w:sz w:val="18"/>
                <w:lang w:val="de-DE"/>
              </w:rPr>
              <w:t>beleid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Pr="00FB3B86" w:rsidRDefault="00A5425F" w:rsidP="000B505C">
            <w:pPr>
              <w:spacing w:after="0" w:line="240" w:lineRule="auto"/>
              <w:rPr>
                <w:rFonts w:hint="eastAsia"/>
                <w:lang w:val="de-DE"/>
              </w:rPr>
            </w:pPr>
          </w:p>
        </w:tc>
      </w:tr>
    </w:tbl>
    <w:p w14:paraId="38C3B747" w14:textId="77777777" w:rsidR="00A5425F" w:rsidRPr="00FB3B86" w:rsidRDefault="00A5425F" w:rsidP="00A5425F">
      <w:pPr>
        <w:spacing w:after="110" w:line="259" w:lineRule="auto"/>
        <w:rPr>
          <w:rFonts w:hint="eastAsia"/>
          <w:lang w:val="de-DE"/>
        </w:rPr>
      </w:pPr>
    </w:p>
    <w:p w14:paraId="475B0059" w14:textId="0915E990" w:rsidR="00A5425F" w:rsidRPr="00FB3B86" w:rsidRDefault="00400CD9" w:rsidP="00A5425F">
      <w:pPr>
        <w:pStyle w:val="Heading2"/>
        <w:spacing w:after="80"/>
        <w:rPr>
          <w:lang w:val="de-DE"/>
        </w:rPr>
      </w:pPr>
      <w:bookmarkStart w:id="9" w:name="_Toc239339921"/>
      <w:r w:rsidRPr="00FB3B86">
        <w:rPr>
          <w:rFonts w:ascii="Ubuntu" w:eastAsia="Ubuntu" w:hAnsi="Ubuntu" w:cs="Ubuntu"/>
          <w:u w:val="single"/>
          <w:lang w:val="de-DE"/>
        </w:rPr>
        <w:lastRenderedPageBreak/>
        <w:t xml:space="preserve">9. 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Bijlagen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 xml:space="preserve"> en 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aanvullende</w:t>
      </w:r>
      <w:proofErr w:type="spellEnd"/>
      <w:r w:rsidRPr="00FB3B86">
        <w:rPr>
          <w:rFonts w:ascii="Ubuntu" w:eastAsia="Ubuntu" w:hAnsi="Ubuntu" w:cs="Ubuntu"/>
          <w:u w:val="single"/>
          <w:lang w:val="de-DE"/>
        </w:rPr>
        <w:t xml:space="preserve"> </w:t>
      </w:r>
      <w:proofErr w:type="spellStart"/>
      <w:r w:rsidRPr="00FB3B86">
        <w:rPr>
          <w:rFonts w:ascii="Ubuntu" w:eastAsia="Ubuntu" w:hAnsi="Ubuntu" w:cs="Ubuntu"/>
          <w:u w:val="single"/>
          <w:lang w:val="de-DE"/>
        </w:rPr>
        <w:t>informatie</w:t>
      </w:r>
      <w:bookmarkEnd w:id="9"/>
      <w:proofErr w:type="spellEnd"/>
    </w:p>
    <w:p w14:paraId="3088B04A" w14:textId="732A687A" w:rsidR="00DA2D1B" w:rsidRPr="00FB3B86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e-DE"/>
        </w:rPr>
      </w:pPr>
      <w:proofErr w:type="spellStart"/>
      <w:r w:rsidRPr="00FB3B86">
        <w:rPr>
          <w:lang w:val="de-DE"/>
        </w:rPr>
        <w:t>Vermeld</w:t>
      </w:r>
      <w:proofErr w:type="spellEnd"/>
      <w:r w:rsidRPr="00FB3B86">
        <w:rPr>
          <w:lang w:val="de-DE"/>
        </w:rPr>
        <w:t xml:space="preserve"> alle bestanden die u </w:t>
      </w:r>
      <w:proofErr w:type="spellStart"/>
      <w:r w:rsidRPr="00FB3B86">
        <w:rPr>
          <w:lang w:val="de-DE"/>
        </w:rPr>
        <w:t>bij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uw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melding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voegt</w:t>
      </w:r>
      <w:proofErr w:type="spellEnd"/>
      <w:r w:rsidRPr="00FB3B86">
        <w:rPr>
          <w:lang w:val="de-DE"/>
        </w:rPr>
        <w:t xml:space="preserve">. Neem </w:t>
      </w:r>
      <w:proofErr w:type="spellStart"/>
      <w:r w:rsidRPr="00FB3B86">
        <w:rPr>
          <w:lang w:val="de-DE"/>
        </w:rPr>
        <w:t>geen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wachtwoorden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authenticatietokens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privésleutels</w:t>
      </w:r>
      <w:proofErr w:type="spellEnd"/>
      <w:r w:rsidRPr="00FB3B86">
        <w:rPr>
          <w:lang w:val="de-DE"/>
        </w:rPr>
        <w:t xml:space="preserve"> of </w:t>
      </w:r>
      <w:proofErr w:type="spellStart"/>
      <w:r w:rsidRPr="00FB3B86">
        <w:rPr>
          <w:lang w:val="de-DE"/>
        </w:rPr>
        <w:t>onnodige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persoonsgegevens</w:t>
      </w:r>
      <w:proofErr w:type="spellEnd"/>
      <w:r w:rsidRPr="00FB3B86">
        <w:rPr>
          <w:lang w:val="de-DE"/>
        </w:rPr>
        <w:t>/</w:t>
      </w:r>
      <w:proofErr w:type="spellStart"/>
      <w:r w:rsidRPr="00FB3B86">
        <w:rPr>
          <w:lang w:val="de-DE"/>
        </w:rPr>
        <w:t>klantgegevens</w:t>
      </w:r>
      <w:proofErr w:type="spellEnd"/>
      <w:r w:rsidRPr="00FB3B86">
        <w:rPr>
          <w:lang w:val="de-DE"/>
        </w:rPr>
        <w:t xml:space="preserve"> op.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Veld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Antwoord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FB3B8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Zijn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er bestanden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bij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deze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melding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gevoegd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376544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Ja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Nee </w:t>
            </w:r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Type of files attached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3765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Screenshots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625D8D25" w14:textId="77777777" w:rsidR="009A2B5C" w:rsidRPr="00FF1C66" w:rsidRDefault="003765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Logs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2DACA6AC" w14:textId="77777777" w:rsidR="009A2B5C" w:rsidRPr="00FF1C66" w:rsidRDefault="003765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Video </w:t>
            </w:r>
          </w:p>
          <w:p w14:paraId="5DB65D96" w14:textId="77777777" w:rsidR="009A2B5C" w:rsidRPr="00FF1C66" w:rsidRDefault="003765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514A4003" w14:textId="77777777" w:rsidR="009A2B5C" w:rsidRPr="00FF1C66" w:rsidRDefault="003765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Packet capture </w:t>
            </w:r>
          </w:p>
          <w:p w14:paraId="17A74EDE" w14:textId="681966A3" w:rsidR="00DA2D1B" w:rsidRPr="00FF1C66" w:rsidRDefault="003765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Other</w:t>
            </w:r>
          </w:p>
        </w:tc>
      </w:tr>
      <w:tr w:rsidR="00DA2D1B" w:rsidRPr="00FB3B8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B3B8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Beschrijving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van de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bijgevoegde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 xml:space="preserve"> bestanden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B3B8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DA2D1B" w:rsidRPr="00FF1C66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FF1C66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Aanvullende</w:t>
            </w:r>
            <w:proofErr w:type="spellEnd"/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 </w:t>
            </w:r>
            <w:proofErr w:type="spellStart"/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informatie</w:t>
            </w:r>
            <w:proofErr w:type="spellEnd"/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 die relevant is voor de melding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FF1C66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FB3B86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FB3B86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Vereisten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voor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vertrouwelijkheid</w:t>
            </w:r>
            <w:proofErr w:type="spellEnd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 of </w:t>
            </w:r>
            <w:proofErr w:type="spellStart"/>
            <w:r w:rsidRPr="00FB3B86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behandeling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FB3B86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  <w:lang w:val="de-DE"/>
              </w:rPr>
            </w:pPr>
          </w:p>
        </w:tc>
      </w:tr>
    </w:tbl>
    <w:p w14:paraId="7D268B9C" w14:textId="77777777" w:rsidR="00DA2D1B" w:rsidRPr="00FB3B86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e-DE"/>
        </w:rPr>
      </w:pPr>
    </w:p>
    <w:p w14:paraId="4AF4B10A" w14:textId="7E10C0E2" w:rsidR="00400CD9" w:rsidRPr="00FB3B86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e-DE"/>
        </w:rPr>
      </w:pPr>
      <w:r w:rsidRPr="00FB3B86">
        <w:rPr>
          <w:lang w:val="de-DE"/>
        </w:rPr>
        <w:t xml:space="preserve">Als u logbestanden, </w:t>
      </w:r>
      <w:proofErr w:type="spellStart"/>
      <w:r w:rsidRPr="00FB3B86">
        <w:rPr>
          <w:lang w:val="de-DE"/>
        </w:rPr>
        <w:t>screenshots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video’s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pakketopnamen</w:t>
      </w:r>
      <w:proofErr w:type="spellEnd"/>
      <w:r w:rsidRPr="00FB3B86">
        <w:rPr>
          <w:lang w:val="de-DE"/>
        </w:rPr>
        <w:t xml:space="preserve"> of </w:t>
      </w:r>
      <w:proofErr w:type="spellStart"/>
      <w:r w:rsidRPr="00FB3B86">
        <w:rPr>
          <w:lang w:val="de-DE"/>
        </w:rPr>
        <w:t>proof</w:t>
      </w:r>
      <w:proofErr w:type="spellEnd"/>
      <w:r w:rsidRPr="00FB3B86">
        <w:rPr>
          <w:lang w:val="de-DE"/>
        </w:rPr>
        <w:t>-of-</w:t>
      </w:r>
      <w:proofErr w:type="spellStart"/>
      <w:r w:rsidRPr="00FB3B86">
        <w:rPr>
          <w:lang w:val="de-DE"/>
        </w:rPr>
        <w:t>concept</w:t>
      </w:r>
      <w:proofErr w:type="spellEnd"/>
      <w:r w:rsidRPr="00FB3B86">
        <w:rPr>
          <w:lang w:val="de-DE"/>
        </w:rPr>
        <w:t>-</w:t>
      </w:r>
      <w:proofErr w:type="spellStart"/>
      <w:r w:rsidRPr="00FB3B86">
        <w:rPr>
          <w:lang w:val="de-DE"/>
        </w:rPr>
        <w:t>materiaal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toevoegt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verwijder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dan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vóór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indiening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onnodige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persoonsgegevens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klantgegevens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wachtwoorden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authenticatietokens</w:t>
      </w:r>
      <w:proofErr w:type="spellEnd"/>
      <w:r w:rsidRPr="00FB3B86">
        <w:rPr>
          <w:lang w:val="de-DE"/>
        </w:rPr>
        <w:t xml:space="preserve">, </w:t>
      </w:r>
      <w:proofErr w:type="spellStart"/>
      <w:r w:rsidRPr="00FB3B86">
        <w:rPr>
          <w:lang w:val="de-DE"/>
        </w:rPr>
        <w:t>privésleutels</w:t>
      </w:r>
      <w:proofErr w:type="spellEnd"/>
      <w:r w:rsidRPr="00FB3B86">
        <w:rPr>
          <w:lang w:val="de-DE"/>
        </w:rPr>
        <w:t xml:space="preserve"> of andere </w:t>
      </w:r>
      <w:proofErr w:type="spellStart"/>
      <w:r w:rsidRPr="00FB3B86">
        <w:rPr>
          <w:lang w:val="de-DE"/>
        </w:rPr>
        <w:t>gevoelige</w:t>
      </w:r>
      <w:proofErr w:type="spellEnd"/>
      <w:r w:rsidRPr="00FB3B86">
        <w:rPr>
          <w:lang w:val="de-DE"/>
        </w:rPr>
        <w:t xml:space="preserve"> </w:t>
      </w:r>
      <w:proofErr w:type="spellStart"/>
      <w:r w:rsidRPr="00FB3B86">
        <w:rPr>
          <w:lang w:val="de-DE"/>
        </w:rPr>
        <w:t>informatie</w:t>
      </w:r>
      <w:proofErr w:type="spellEnd"/>
      <w:r w:rsidRPr="00FB3B86">
        <w:rPr>
          <w:lang w:val="de-DE"/>
        </w:rPr>
        <w:t>.</w:t>
      </w:r>
    </w:p>
    <w:p w14:paraId="38E505FA" w14:textId="77777777" w:rsidR="00400CD9" w:rsidRPr="00FB3B86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de-DE"/>
        </w:rPr>
      </w:pPr>
    </w:p>
    <w:p w14:paraId="3B991FF6" w14:textId="34CC02C3" w:rsidR="00A5425F" w:rsidRPr="00FB3B86" w:rsidRDefault="00A5425F" w:rsidP="00A5425F">
      <w:pPr>
        <w:pStyle w:val="Heading2"/>
        <w:spacing w:after="80"/>
        <w:rPr>
          <w:lang w:val="da-DK"/>
        </w:rPr>
      </w:pPr>
      <w:bookmarkStart w:id="10" w:name="_Toc239339922"/>
      <w:r w:rsidRPr="00FB3B86">
        <w:rPr>
          <w:rFonts w:ascii="Ubuntu" w:eastAsia="Ubuntu" w:hAnsi="Ubuntu" w:cs="Ubuntu" w:hint="eastAsia"/>
          <w:u w:val="single"/>
          <w:lang w:val="da-DK"/>
        </w:rPr>
        <w:t xml:space="preserve">10. </w:t>
      </w:r>
      <w:proofErr w:type="spellStart"/>
      <w:r w:rsidRPr="00FB3B86">
        <w:rPr>
          <w:rFonts w:ascii="Ubuntu" w:eastAsia="Ubuntu" w:hAnsi="Ubuntu" w:cs="Ubuntu" w:hint="eastAsia"/>
          <w:u w:val="single"/>
          <w:lang w:val="da-DK"/>
        </w:rPr>
        <w:t>Verklaring</w:t>
      </w:r>
      <w:proofErr w:type="spellEnd"/>
      <w:r w:rsidRPr="00FB3B86">
        <w:rPr>
          <w:rFonts w:ascii="Ubuntu" w:eastAsia="Ubuntu" w:hAnsi="Ubuntu" w:cs="Ubuntu" w:hint="eastAsia"/>
          <w:u w:val="single"/>
          <w:lang w:val="da-DK"/>
        </w:rPr>
        <w:t xml:space="preserve"> van handelen te </w:t>
      </w:r>
      <w:proofErr w:type="spellStart"/>
      <w:r w:rsidRPr="00FB3B86">
        <w:rPr>
          <w:rFonts w:ascii="Ubuntu" w:eastAsia="Ubuntu" w:hAnsi="Ubuntu" w:cs="Ubuntu" w:hint="eastAsia"/>
          <w:u w:val="single"/>
          <w:lang w:val="da-DK"/>
        </w:rPr>
        <w:t>goeder</w:t>
      </w:r>
      <w:proofErr w:type="spellEnd"/>
      <w:r w:rsidRPr="00FB3B86">
        <w:rPr>
          <w:rFonts w:ascii="Ubuntu" w:eastAsia="Ubuntu" w:hAnsi="Ubuntu" w:cs="Ubuntu" w:hint="eastAsia"/>
          <w:u w:val="single"/>
          <w:lang w:val="da-DK"/>
        </w:rPr>
        <w:t xml:space="preserve"> </w:t>
      </w:r>
      <w:proofErr w:type="spellStart"/>
      <w:r w:rsidRPr="00FB3B86">
        <w:rPr>
          <w:rFonts w:ascii="Ubuntu" w:eastAsia="Ubuntu" w:hAnsi="Ubuntu" w:cs="Ubuntu" w:hint="eastAsia"/>
          <w:u w:val="single"/>
          <w:lang w:val="da-DK"/>
        </w:rPr>
        <w:t>trouw</w:t>
      </w:r>
      <w:bookmarkEnd w:id="10"/>
      <w:proofErr w:type="spellEnd"/>
    </w:p>
    <w:p w14:paraId="7C6C0657" w14:textId="77777777" w:rsidR="00A5425F" w:rsidRPr="00FB3B86" w:rsidRDefault="00A5425F" w:rsidP="00A5425F">
      <w:pPr>
        <w:spacing w:after="110" w:line="259" w:lineRule="auto"/>
        <w:rPr>
          <w:rFonts w:hint="eastAsia"/>
          <w:lang w:val="de-DE"/>
        </w:rPr>
      </w:pPr>
      <w:r w:rsidRPr="00FB3B86">
        <w:rPr>
          <w:rFonts w:eastAsia="Myriad Pro" w:cs="Myriad Pro" w:hint="eastAsia"/>
          <w:lang w:val="de-DE"/>
        </w:rPr>
        <w:t xml:space="preserve">Door </w:t>
      </w:r>
      <w:proofErr w:type="spellStart"/>
      <w:r w:rsidRPr="00FB3B86">
        <w:rPr>
          <w:rFonts w:eastAsia="Myriad Pro" w:cs="Myriad Pro" w:hint="eastAsia"/>
          <w:lang w:val="de-DE"/>
        </w:rPr>
        <w:t>deze</w:t>
      </w:r>
      <w:proofErr w:type="spellEnd"/>
      <w:r w:rsidRPr="00FB3B86">
        <w:rPr>
          <w:rFonts w:eastAsia="Myriad Pro" w:cs="Myriad Pro" w:hint="eastAsia"/>
          <w:lang w:val="de-DE"/>
        </w:rPr>
        <w:t xml:space="preserve"> </w:t>
      </w:r>
      <w:proofErr w:type="spellStart"/>
      <w:r w:rsidRPr="00FB3B86">
        <w:rPr>
          <w:rFonts w:eastAsia="Myriad Pro" w:cs="Myriad Pro" w:hint="eastAsia"/>
          <w:lang w:val="de-DE"/>
        </w:rPr>
        <w:t>melding</w:t>
      </w:r>
      <w:proofErr w:type="spellEnd"/>
      <w:r w:rsidRPr="00FB3B86">
        <w:rPr>
          <w:rFonts w:eastAsia="Myriad Pro" w:cs="Myriad Pro" w:hint="eastAsia"/>
          <w:lang w:val="de-DE"/>
        </w:rPr>
        <w:t xml:space="preserve"> in </w:t>
      </w:r>
      <w:proofErr w:type="spellStart"/>
      <w:r w:rsidRPr="00FB3B86">
        <w:rPr>
          <w:rFonts w:eastAsia="Myriad Pro" w:cs="Myriad Pro" w:hint="eastAsia"/>
          <w:lang w:val="de-DE"/>
        </w:rPr>
        <w:t>te</w:t>
      </w:r>
      <w:proofErr w:type="spellEnd"/>
      <w:r w:rsidRPr="00FB3B86">
        <w:rPr>
          <w:rFonts w:eastAsia="Myriad Pro" w:cs="Myriad Pro" w:hint="eastAsia"/>
          <w:lang w:val="de-DE"/>
        </w:rPr>
        <w:t xml:space="preserve"> dienen, </w:t>
      </w:r>
      <w:proofErr w:type="spellStart"/>
      <w:r w:rsidRPr="00FB3B86">
        <w:rPr>
          <w:rFonts w:eastAsia="Myriad Pro" w:cs="Myriad Pro" w:hint="eastAsia"/>
          <w:lang w:val="de-DE"/>
        </w:rPr>
        <w:t>bevestigt</w:t>
      </w:r>
      <w:proofErr w:type="spellEnd"/>
      <w:r w:rsidRPr="00FB3B86">
        <w:rPr>
          <w:rFonts w:eastAsia="Myriad Pro" w:cs="Myriad Pro" w:hint="eastAsia"/>
          <w:lang w:val="de-DE"/>
        </w:rPr>
        <w:t xml:space="preserve"> de </w:t>
      </w:r>
      <w:proofErr w:type="spellStart"/>
      <w:r w:rsidRPr="00FB3B86">
        <w:rPr>
          <w:rFonts w:eastAsia="Myriad Pro" w:cs="Myriad Pro" w:hint="eastAsia"/>
          <w:lang w:val="de-DE"/>
        </w:rPr>
        <w:t>melder</w:t>
      </w:r>
      <w:proofErr w:type="spellEnd"/>
      <w:r w:rsidRPr="00FB3B86">
        <w:rPr>
          <w:rFonts w:eastAsia="Myriad Pro" w:cs="Myriad Pro" w:hint="eastAsia"/>
          <w:lang w:val="de-DE"/>
        </w:rPr>
        <w:t xml:space="preserve"> </w:t>
      </w:r>
      <w:proofErr w:type="spellStart"/>
      <w:r w:rsidRPr="00FB3B86">
        <w:rPr>
          <w:rFonts w:eastAsia="Myriad Pro" w:cs="Myriad Pro" w:hint="eastAsia"/>
          <w:lang w:val="de-DE"/>
        </w:rPr>
        <w:t>naar</w:t>
      </w:r>
      <w:proofErr w:type="spellEnd"/>
      <w:r w:rsidRPr="00FB3B86">
        <w:rPr>
          <w:rFonts w:eastAsia="Myriad Pro" w:cs="Myriad Pro" w:hint="eastAsia"/>
          <w:lang w:val="de-DE"/>
        </w:rPr>
        <w:t xml:space="preserve"> beste </w:t>
      </w:r>
      <w:proofErr w:type="spellStart"/>
      <w:r w:rsidRPr="00FB3B86">
        <w:rPr>
          <w:rFonts w:eastAsia="Myriad Pro" w:cs="Myriad Pro" w:hint="eastAsia"/>
          <w:lang w:val="de-DE"/>
        </w:rPr>
        <w:t>weten</w:t>
      </w:r>
      <w:proofErr w:type="spellEnd"/>
      <w:r w:rsidRPr="00FB3B86">
        <w:rPr>
          <w:rFonts w:eastAsia="Myriad Pro" w:cs="Myriad Pro" w:hint="eastAsia"/>
          <w:lang w:val="de-DE"/>
        </w:rPr>
        <w:t xml:space="preserve"> dat:</w:t>
      </w:r>
    </w:p>
    <w:p w14:paraId="573C3FF9" w14:textId="641BBC39" w:rsidR="00A5425F" w:rsidRDefault="003765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De melding is juist en is verkregen door beveiligingsonderzoek te goeder trouw.</w:t>
      </w:r>
    </w:p>
    <w:p w14:paraId="3D6F23C6" w14:textId="3D6E9E1F" w:rsidR="00A5425F" w:rsidRDefault="003765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Testing was limited to systems, devices, accounts and data the reporting party owns or was </w:t>
      </w:r>
      <w:r w:rsidR="004B4647">
        <w:rPr>
          <w:rFonts w:eastAsia="Myriad Pro" w:cs="Myriad Pro"/>
          <w:szCs w:val="21"/>
        </w:rPr>
        <w:t>authori</w:t>
      </w:r>
      <w:r w:rsidR="00CC2FDE">
        <w:rPr>
          <w:rFonts w:eastAsia="Myriad Pro" w:cs="Myriad Pro"/>
          <w:szCs w:val="21"/>
        </w:rPr>
        <w:t>s</w:t>
      </w:r>
      <w:r w:rsidR="004B4647">
        <w:rPr>
          <w:rFonts w:eastAsia="Myriad Pro" w:cs="Myriad Pro"/>
          <w:szCs w:val="21"/>
        </w:rPr>
        <w:t>ed</w:t>
      </w:r>
      <w:r w:rsidR="00A5425F">
        <w:rPr>
          <w:rFonts w:eastAsia="Myriad Pro" w:cs="Myriad Pro" w:hint="eastAsia"/>
          <w:szCs w:val="21"/>
        </w:rPr>
        <w:t xml:space="preserve"> to test.</w:t>
      </w:r>
    </w:p>
    <w:p w14:paraId="6BBC477B" w14:textId="77777777" w:rsidR="00A5425F" w:rsidRDefault="003765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>
            <w:rPr>
              <w:rFonts w:ascii="Segoe UI Symbol" w:eastAsia="Arial Unicode MS" w:hAnsi="Segoe UI Symbol" w:cs="Segoe UI Symbol"/>
              <w:color w:val="000000"/>
              <w:szCs w:val="21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Onnodige toegang tot, bewaring van of openbaarmaking van niet-openbare gegevens is vermeden.</w:t>
      </w:r>
    </w:p>
    <w:p w14:paraId="310F30BF" w14:textId="77777777" w:rsidR="00A5425F" w:rsidRPr="00BF3105" w:rsidRDefault="003765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>
            <w:rPr>
              <w:rFonts w:ascii="Segoe UI Symbol" w:eastAsia="Arial Unicode MS" w:hAnsi="Segoe UI Symbol" w:cs="Segoe UI Symbol"/>
              <w:color w:val="000000"/>
              <w:szCs w:val="21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De melder zal de openbaarmaking coördineren overeenkomstig het gepubliceerde beleid, met inachtneming van de toepasselijke wetgeving en eventuele dringende wijzigingen in het risico voor gebruikers.</w:t>
      </w:r>
    </w:p>
    <w:p w14:paraId="19C68360" w14:textId="1BC9F46C" w:rsidR="009D2F24" w:rsidRDefault="00376544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BF3105">
        <w:t xml:space="preserve"> Ik bevestig dat ik niet opzettelijk wachtwoorden, authenticatietokens, privésleutels of onnodige persoonsgegevens/klantgegevens heb opgenomen.</w:t>
      </w:r>
    </w:p>
    <w:p w14:paraId="6C180A1B" w14:textId="180F33F7" w:rsidR="009D2F24" w:rsidRPr="00FB3B86" w:rsidRDefault="009D2F24" w:rsidP="009D2F24">
      <w:pPr>
        <w:spacing w:after="110" w:line="259" w:lineRule="auto"/>
        <w:rPr>
          <w:rFonts w:eastAsia="Myriad Pro" w:cs="Myriad Pro"/>
          <w:lang w:val="da-DK"/>
        </w:rPr>
      </w:pPr>
      <w:r w:rsidRPr="00FB3B86">
        <w:rPr>
          <w:rFonts w:eastAsia="Myriad Pro" w:cs="Myriad Pro" w:hint="eastAsia"/>
          <w:b/>
          <w:lang w:val="da-DK"/>
        </w:rPr>
        <w:t xml:space="preserve">Datum van </w:t>
      </w:r>
      <w:proofErr w:type="spellStart"/>
      <w:r w:rsidRPr="00FB3B86">
        <w:rPr>
          <w:rFonts w:eastAsia="Myriad Pro" w:cs="Myriad Pro" w:hint="eastAsia"/>
          <w:b/>
          <w:lang w:val="da-DK"/>
        </w:rPr>
        <w:t>indiening</w:t>
      </w:r>
      <w:proofErr w:type="spellEnd"/>
      <w:r w:rsidRPr="00FB3B86">
        <w:rPr>
          <w:rFonts w:eastAsia="Myriad Pro" w:cs="Myriad Pro" w:hint="eastAsia"/>
          <w:b/>
          <w:lang w:val="da-DK"/>
        </w:rPr>
        <w:t>: ____________________</w:t>
      </w:r>
    </w:p>
    <w:p w14:paraId="683EA517" w14:textId="40E3522B" w:rsidR="009B6E2A" w:rsidRPr="00FB3B86" w:rsidRDefault="009B6E2A" w:rsidP="009B6E2A">
      <w:pPr>
        <w:spacing w:after="110" w:line="259" w:lineRule="auto"/>
        <w:rPr>
          <w:rFonts w:hint="eastAsia"/>
          <w:lang w:val="da-DK"/>
        </w:rPr>
      </w:pPr>
      <w:proofErr w:type="spellStart"/>
      <w:r w:rsidRPr="00FB3B86">
        <w:rPr>
          <w:rFonts w:eastAsia="Myriad Pro" w:cs="Myriad Pro" w:hint="eastAsia"/>
          <w:b/>
          <w:lang w:val="da-DK"/>
        </w:rPr>
        <w:t>Naam</w:t>
      </w:r>
      <w:proofErr w:type="spellEnd"/>
      <w:r w:rsidRPr="00FB3B86">
        <w:rPr>
          <w:rFonts w:eastAsia="Myriad Pro" w:cs="Myriad Pro" w:hint="eastAsia"/>
          <w:b/>
          <w:lang w:val="da-DK"/>
        </w:rPr>
        <w:t xml:space="preserve"> of alias van de melder, </w:t>
      </w:r>
      <w:proofErr w:type="spellStart"/>
      <w:r w:rsidRPr="00FB3B86">
        <w:rPr>
          <w:rFonts w:eastAsia="Myriad Pro" w:cs="Myriad Pro" w:hint="eastAsia"/>
          <w:b/>
          <w:lang w:val="da-DK"/>
        </w:rPr>
        <w:t>indien</w:t>
      </w:r>
      <w:proofErr w:type="spellEnd"/>
      <w:r w:rsidRPr="00FB3B86">
        <w:rPr>
          <w:rFonts w:eastAsia="Myriad Pro" w:cs="Myriad Pro" w:hint="eastAsia"/>
          <w:b/>
          <w:lang w:val="da-DK"/>
        </w:rPr>
        <w:t xml:space="preserve"> </w:t>
      </w:r>
      <w:proofErr w:type="spellStart"/>
      <w:r w:rsidRPr="00FB3B86">
        <w:rPr>
          <w:rFonts w:eastAsia="Myriad Pro" w:cs="Myriad Pro" w:hint="eastAsia"/>
          <w:b/>
          <w:lang w:val="da-DK"/>
        </w:rPr>
        <w:t>opgegeven</w:t>
      </w:r>
      <w:proofErr w:type="spellEnd"/>
      <w:r w:rsidRPr="00FB3B86">
        <w:rPr>
          <w:rFonts w:eastAsia="Myriad Pro" w:cs="Myriad Pro" w:hint="eastAsia"/>
          <w:b/>
          <w:lang w:val="da-DK"/>
        </w:rPr>
        <w:t>: ____________________________________________________________________</w:t>
      </w:r>
    </w:p>
    <w:p w14:paraId="2BE015E7" w14:textId="77777777" w:rsidR="0054095F" w:rsidRPr="00FB3B86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  <w:lang w:val="da-DK"/>
        </w:rPr>
      </w:pPr>
    </w:p>
    <w:p w14:paraId="1C2FC0BF" w14:textId="77777777" w:rsidR="00A67FD7" w:rsidRPr="00FB3B86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e-DE"/>
        </w:rPr>
      </w:pPr>
      <w:r w:rsidRPr="00FB3B86">
        <w:rPr>
          <w:rStyle w:val="Strong"/>
          <w:lang w:val="de-DE"/>
        </w:rPr>
        <w:t xml:space="preserve">Zo dient u </w:t>
      </w:r>
      <w:proofErr w:type="spellStart"/>
      <w:r w:rsidRPr="00FB3B86">
        <w:rPr>
          <w:rStyle w:val="Strong"/>
          <w:lang w:val="de-DE"/>
        </w:rPr>
        <w:t>deze</w:t>
      </w:r>
      <w:proofErr w:type="spellEnd"/>
      <w:r w:rsidRPr="00FB3B86">
        <w:rPr>
          <w:rStyle w:val="Strong"/>
          <w:lang w:val="de-DE"/>
        </w:rPr>
        <w:t xml:space="preserve"> </w:t>
      </w:r>
      <w:proofErr w:type="spellStart"/>
      <w:r w:rsidRPr="00FB3B86">
        <w:rPr>
          <w:rStyle w:val="Strong"/>
          <w:lang w:val="de-DE"/>
        </w:rPr>
        <w:t>melding</w:t>
      </w:r>
      <w:proofErr w:type="spellEnd"/>
      <w:r w:rsidRPr="00FB3B86">
        <w:rPr>
          <w:rStyle w:val="Strong"/>
          <w:lang w:val="de-DE"/>
        </w:rPr>
        <w:t xml:space="preserve"> in</w:t>
      </w:r>
    </w:p>
    <w:p w14:paraId="79C3CF60" w14:textId="1DAF4D50" w:rsidR="0054095F" w:rsidRPr="00FB3B86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da-DK"/>
        </w:rPr>
      </w:pPr>
      <w:proofErr w:type="spellStart"/>
      <w:r w:rsidRPr="00FB3B86">
        <w:rPr>
          <w:lang w:val="da-DK"/>
        </w:rPr>
        <w:t>Stuur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het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ingevulde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formulier</w:t>
      </w:r>
      <w:proofErr w:type="spellEnd"/>
      <w:r w:rsidRPr="00FB3B86">
        <w:rPr>
          <w:lang w:val="da-DK"/>
        </w:rPr>
        <w:t xml:space="preserve"> per e-mail </w:t>
      </w:r>
      <w:proofErr w:type="spellStart"/>
      <w:r w:rsidRPr="00FB3B86">
        <w:rPr>
          <w:lang w:val="da-DK"/>
        </w:rPr>
        <w:t>naar</w:t>
      </w:r>
      <w:proofErr w:type="spellEnd"/>
      <w:r w:rsidRPr="00FB3B86">
        <w:rPr>
          <w:lang w:val="da-DK"/>
        </w:rPr>
        <w:t>: security@saluscontrols.com</w:t>
      </w:r>
    </w:p>
    <w:p w14:paraId="6211C366" w14:textId="01191CA7" w:rsidR="006C1235" w:rsidRPr="00FB3B86" w:rsidRDefault="0054095F" w:rsidP="00FB3B86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FB3B86">
        <w:rPr>
          <w:lang w:val="da-DK"/>
        </w:rPr>
        <w:t xml:space="preserve">U </w:t>
      </w:r>
      <w:proofErr w:type="spellStart"/>
      <w:r w:rsidRPr="00FB3B86">
        <w:rPr>
          <w:lang w:val="da-DK"/>
        </w:rPr>
        <w:t>kunt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een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vermoedelijke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kwetsbaarheid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ook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rechtstreeks</w:t>
      </w:r>
      <w:proofErr w:type="spellEnd"/>
      <w:r w:rsidRPr="00FB3B86">
        <w:rPr>
          <w:lang w:val="da-DK"/>
        </w:rPr>
        <w:t xml:space="preserve"> per e-mail </w:t>
      </w:r>
      <w:proofErr w:type="spellStart"/>
      <w:r w:rsidRPr="00FB3B86">
        <w:rPr>
          <w:lang w:val="da-DK"/>
        </w:rPr>
        <w:t>melden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zonder</w:t>
      </w:r>
      <w:proofErr w:type="spellEnd"/>
      <w:r w:rsidRPr="00FB3B86">
        <w:rPr>
          <w:lang w:val="da-DK"/>
        </w:rPr>
        <w:t xml:space="preserve"> dit </w:t>
      </w:r>
      <w:proofErr w:type="spellStart"/>
      <w:r w:rsidRPr="00FB3B86">
        <w:rPr>
          <w:lang w:val="da-DK"/>
        </w:rPr>
        <w:t>formulier</w:t>
      </w:r>
      <w:proofErr w:type="spellEnd"/>
      <w:r w:rsidRPr="00FB3B86">
        <w:rPr>
          <w:lang w:val="da-DK"/>
        </w:rPr>
        <w:t xml:space="preserve"> te </w:t>
      </w:r>
      <w:proofErr w:type="spellStart"/>
      <w:r w:rsidRPr="00FB3B86">
        <w:rPr>
          <w:lang w:val="da-DK"/>
        </w:rPr>
        <w:t>gebruiken</w:t>
      </w:r>
      <w:proofErr w:type="spellEnd"/>
      <w:r w:rsidRPr="00FB3B86">
        <w:rPr>
          <w:lang w:val="da-DK"/>
        </w:rPr>
        <w:t xml:space="preserve">. Het </w:t>
      </w:r>
      <w:proofErr w:type="spellStart"/>
      <w:r w:rsidRPr="00FB3B86">
        <w:rPr>
          <w:lang w:val="da-DK"/>
        </w:rPr>
        <w:t>gebruik</w:t>
      </w:r>
      <w:proofErr w:type="spellEnd"/>
      <w:r w:rsidRPr="00FB3B86">
        <w:rPr>
          <w:lang w:val="da-DK"/>
        </w:rPr>
        <w:t xml:space="preserve"> van dit </w:t>
      </w:r>
      <w:proofErr w:type="spellStart"/>
      <w:r w:rsidRPr="00FB3B86">
        <w:rPr>
          <w:lang w:val="da-DK"/>
        </w:rPr>
        <w:t>formulier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wordt</w:t>
      </w:r>
      <w:proofErr w:type="spellEnd"/>
      <w:r w:rsidRPr="00FB3B86">
        <w:rPr>
          <w:lang w:val="da-DK"/>
        </w:rPr>
        <w:t xml:space="preserve"> </w:t>
      </w:r>
      <w:proofErr w:type="spellStart"/>
      <w:r w:rsidRPr="00FB3B86">
        <w:rPr>
          <w:lang w:val="da-DK"/>
        </w:rPr>
        <w:t>aanbevolen</w:t>
      </w:r>
      <w:proofErr w:type="spellEnd"/>
      <w:r w:rsidRPr="00FB3B86">
        <w:rPr>
          <w:lang w:val="da-DK"/>
        </w:rPr>
        <w:t xml:space="preserve">, </w:t>
      </w:r>
      <w:proofErr w:type="spellStart"/>
      <w:r w:rsidRPr="00FB3B86">
        <w:rPr>
          <w:lang w:val="da-DK"/>
        </w:rPr>
        <w:t>omdat</w:t>
      </w:r>
      <w:proofErr w:type="spellEnd"/>
      <w:r w:rsidRPr="00FB3B86">
        <w:rPr>
          <w:lang w:val="da-DK"/>
        </w:rPr>
        <w:t xml:space="preserve"> SALUS Controls PLC </w:t>
      </w:r>
      <w:proofErr w:type="spellStart"/>
      <w:r w:rsidRPr="00FB3B86">
        <w:rPr>
          <w:lang w:val="da-DK"/>
        </w:rPr>
        <w:t>hiermee</w:t>
      </w:r>
      <w:proofErr w:type="spellEnd"/>
      <w:r w:rsidRPr="00FB3B86">
        <w:rPr>
          <w:lang w:val="da-DK"/>
        </w:rPr>
        <w:t xml:space="preserve"> de </w:t>
      </w:r>
      <w:proofErr w:type="spellStart"/>
      <w:r w:rsidRPr="00FB3B86">
        <w:rPr>
          <w:lang w:val="da-DK"/>
        </w:rPr>
        <w:t>informatie</w:t>
      </w:r>
      <w:proofErr w:type="spellEnd"/>
      <w:r w:rsidRPr="00FB3B86">
        <w:rPr>
          <w:lang w:val="da-DK"/>
        </w:rPr>
        <w:t xml:space="preserve"> kan </w:t>
      </w:r>
      <w:proofErr w:type="spellStart"/>
      <w:r w:rsidRPr="00FB3B86">
        <w:rPr>
          <w:lang w:val="da-DK"/>
        </w:rPr>
        <w:t>verzamelen</w:t>
      </w:r>
      <w:proofErr w:type="spellEnd"/>
      <w:r w:rsidRPr="00FB3B86">
        <w:rPr>
          <w:lang w:val="da-DK"/>
        </w:rPr>
        <w:t xml:space="preserve"> die </w:t>
      </w:r>
      <w:proofErr w:type="spellStart"/>
      <w:r w:rsidRPr="00FB3B86">
        <w:rPr>
          <w:lang w:val="da-DK"/>
        </w:rPr>
        <w:t>nodig</w:t>
      </w:r>
      <w:proofErr w:type="spellEnd"/>
      <w:r w:rsidRPr="00FB3B86">
        <w:rPr>
          <w:lang w:val="da-DK"/>
        </w:rPr>
        <w:t xml:space="preserve"> is om de melding </w:t>
      </w:r>
      <w:proofErr w:type="spellStart"/>
      <w:r w:rsidRPr="00FB3B86">
        <w:rPr>
          <w:lang w:val="da-DK"/>
        </w:rPr>
        <w:t>efficiënt</w:t>
      </w:r>
      <w:proofErr w:type="spellEnd"/>
      <w:r w:rsidRPr="00FB3B86">
        <w:rPr>
          <w:lang w:val="da-DK"/>
        </w:rPr>
        <w:t xml:space="preserve"> te </w:t>
      </w:r>
      <w:proofErr w:type="spellStart"/>
      <w:r w:rsidRPr="00FB3B86">
        <w:rPr>
          <w:lang w:val="da-DK"/>
        </w:rPr>
        <w:t>beoordelen</w:t>
      </w:r>
      <w:proofErr w:type="spellEnd"/>
      <w:r w:rsidRPr="00FB3B86">
        <w:rPr>
          <w:lang w:val="da-DK"/>
        </w:rPr>
        <w:t>.</w:t>
      </w:r>
    </w:p>
    <w:sectPr w:rsidR="006C1235" w:rsidRPr="00FB3B86" w:rsidSect="00034616">
      <w:headerReference w:type="default" r:id="rId9"/>
      <w:footerReference w:type="default" r:id="rId10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DB99" w14:textId="77777777" w:rsidR="00376544" w:rsidRDefault="0037654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17E3CE" w14:textId="77777777" w:rsidR="00376544" w:rsidRDefault="0037654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Page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FE6D4" w14:textId="77777777" w:rsidR="00376544" w:rsidRDefault="0037654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430F01A" w14:textId="77777777" w:rsidR="00376544" w:rsidRDefault="0037654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76544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B3B86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saluscontro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7434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2026-10-08T07:03:00Z</dcterms:created>
  <dcterms:modified xsi:type="dcterms:W3CDTF">2026-10-08T07:03:00Z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