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BA509" w14:textId="767251EA" w:rsidR="00A5425F" w:rsidRDefault="00824A2A" w:rsidP="00A5425F">
      <w:pPr>
        <w:pStyle w:val="Heading1"/>
        <w:spacing w:after="120"/>
        <w:rPr>
          <w:rFonts w:ascii="Ubuntu" w:eastAsia="Ubuntu" w:hAnsi="Ubuntu" w:cs="Ubuntu"/>
          <w:color w:val="00AEEF"/>
          <w:u w:val="single"/>
        </w:rPr>
      </w:pPr>
      <w:bookmarkStart w:id="0" w:name="_Toc239339911"/>
      <w:r>
        <w:rPr>
          <w:rFonts w:ascii="Ubuntu" w:eastAsia="Ubuntu" w:hAnsi="Ubuntu" w:cs="Ubuntu"/>
          <w:color w:val="00AEEF"/>
          <w:u w:val="single"/>
        </w:rPr>
        <w:t>SALUS Controls PLC - Pranešimo apie įtariamą saugumo pažeidžiamumą forma</w:t>
      </w:r>
      <w:bookmarkEnd w:id="0"/>
    </w:p>
    <w:p w14:paraId="0C47EA57" w14:textId="77777777" w:rsidR="005B511E" w:rsidRPr="005B511E" w:rsidRDefault="005B511E" w:rsidP="005B511E">
      <w:pPr>
        <w:rPr>
          <w:rFonts w:hint="eastAsia"/>
        </w:rPr>
      </w:pPr>
    </w:p>
    <w:p w14:paraId="5C65BB70" w14:textId="69AA841B" w:rsidR="005B511E" w:rsidRPr="00DF7C4F" w:rsidRDefault="005B511E" w:rsidP="002A3313">
      <w:pPr>
        <w:pStyle w:val="ListBullet"/>
        <w:numPr>
          <w:ilvl w:val="0"/>
          <w:numId w:val="0"/>
        </w:numPr>
        <w:ind w:left="360"/>
        <w:rPr>
          <w:rFonts w:hint="eastAsia"/>
        </w:rPr>
      </w:pPr>
      <w:r w:rsidRPr="00DF7C4F">
        <w:t>Naudokite šią formą pranešti apie įtariamą saugumo pažeidžiamumą, susijusį su SALUS produktu, programa, debesijos paslauga ar svetaine.</w:t>
      </w:r>
    </w:p>
    <w:p w14:paraId="45D4999E" w14:textId="77777777" w:rsidR="005B511E" w:rsidRPr="000715DF" w:rsidRDefault="005B511E" w:rsidP="002A3313">
      <w:pPr>
        <w:pStyle w:val="ListBullet"/>
        <w:numPr>
          <w:ilvl w:val="0"/>
          <w:numId w:val="0"/>
        </w:numPr>
        <w:ind w:left="360"/>
        <w:rPr>
          <w:rFonts w:hint="eastAsia"/>
          <w:lang w:val="de-DE"/>
        </w:rPr>
      </w:pPr>
      <w:proofErr w:type="spellStart"/>
      <w:r w:rsidRPr="000715DF">
        <w:rPr>
          <w:lang w:val="de-DE"/>
        </w:rPr>
        <w:t>Pateikite</w:t>
      </w:r>
      <w:proofErr w:type="spellEnd"/>
      <w:r w:rsidRPr="000715DF">
        <w:rPr>
          <w:lang w:val="de-DE"/>
        </w:rPr>
        <w:t xml:space="preserve"> </w:t>
      </w:r>
      <w:proofErr w:type="spellStart"/>
      <w:r w:rsidRPr="000715DF">
        <w:rPr>
          <w:lang w:val="de-DE"/>
        </w:rPr>
        <w:t>kuo</w:t>
      </w:r>
      <w:proofErr w:type="spellEnd"/>
      <w:r w:rsidRPr="000715DF">
        <w:rPr>
          <w:lang w:val="de-DE"/>
        </w:rPr>
        <w:t xml:space="preserve"> </w:t>
      </w:r>
      <w:proofErr w:type="spellStart"/>
      <w:r w:rsidRPr="000715DF">
        <w:rPr>
          <w:lang w:val="de-DE"/>
        </w:rPr>
        <w:t>daugiau</w:t>
      </w:r>
      <w:proofErr w:type="spellEnd"/>
      <w:r w:rsidRPr="000715DF">
        <w:rPr>
          <w:lang w:val="de-DE"/>
        </w:rPr>
        <w:t xml:space="preserve"> </w:t>
      </w:r>
      <w:proofErr w:type="spellStart"/>
      <w:r w:rsidRPr="000715DF">
        <w:rPr>
          <w:lang w:val="de-DE"/>
        </w:rPr>
        <w:t>turimos</w:t>
      </w:r>
      <w:proofErr w:type="spellEnd"/>
      <w:r w:rsidRPr="000715DF">
        <w:rPr>
          <w:lang w:val="de-DE"/>
        </w:rPr>
        <w:t xml:space="preserve"> </w:t>
      </w:r>
      <w:proofErr w:type="spellStart"/>
      <w:r w:rsidRPr="000715DF">
        <w:rPr>
          <w:lang w:val="de-DE"/>
        </w:rPr>
        <w:t>informacijos</w:t>
      </w:r>
      <w:proofErr w:type="spellEnd"/>
      <w:r w:rsidRPr="000715DF">
        <w:rPr>
          <w:lang w:val="de-DE"/>
        </w:rPr>
        <w:t xml:space="preserve">. Kad </w:t>
      </w:r>
      <w:proofErr w:type="spellStart"/>
      <w:r w:rsidRPr="000715DF">
        <w:rPr>
          <w:lang w:val="de-DE"/>
        </w:rPr>
        <w:t>galėtume</w:t>
      </w:r>
      <w:proofErr w:type="spellEnd"/>
      <w:r w:rsidRPr="000715DF">
        <w:rPr>
          <w:lang w:val="de-DE"/>
        </w:rPr>
        <w:t xml:space="preserve"> </w:t>
      </w:r>
      <w:proofErr w:type="spellStart"/>
      <w:r w:rsidRPr="000715DF">
        <w:rPr>
          <w:lang w:val="de-DE"/>
        </w:rPr>
        <w:t>priimti</w:t>
      </w:r>
      <w:proofErr w:type="spellEnd"/>
      <w:r w:rsidRPr="000715DF">
        <w:rPr>
          <w:lang w:val="de-DE"/>
        </w:rPr>
        <w:t xml:space="preserve"> </w:t>
      </w:r>
      <w:proofErr w:type="spellStart"/>
      <w:r w:rsidRPr="000715DF">
        <w:rPr>
          <w:lang w:val="de-DE"/>
        </w:rPr>
        <w:t>jūsų</w:t>
      </w:r>
      <w:proofErr w:type="spellEnd"/>
      <w:r w:rsidRPr="000715DF">
        <w:rPr>
          <w:lang w:val="de-DE"/>
        </w:rPr>
        <w:t xml:space="preserve"> </w:t>
      </w:r>
      <w:proofErr w:type="spellStart"/>
      <w:r w:rsidRPr="000715DF">
        <w:rPr>
          <w:lang w:val="de-DE"/>
        </w:rPr>
        <w:t>pranešimą</w:t>
      </w:r>
      <w:proofErr w:type="spellEnd"/>
      <w:r w:rsidRPr="000715DF">
        <w:rPr>
          <w:lang w:val="de-DE"/>
        </w:rPr>
        <w:t xml:space="preserve">, </w:t>
      </w:r>
      <w:proofErr w:type="spellStart"/>
      <w:r w:rsidRPr="000715DF">
        <w:rPr>
          <w:lang w:val="de-DE"/>
        </w:rPr>
        <w:t>nebūtina</w:t>
      </w:r>
      <w:proofErr w:type="spellEnd"/>
      <w:r w:rsidRPr="000715DF">
        <w:rPr>
          <w:lang w:val="de-DE"/>
        </w:rPr>
        <w:t xml:space="preserve"> </w:t>
      </w:r>
      <w:proofErr w:type="spellStart"/>
      <w:r w:rsidRPr="000715DF">
        <w:rPr>
          <w:lang w:val="de-DE"/>
        </w:rPr>
        <w:t>užpildyti</w:t>
      </w:r>
      <w:proofErr w:type="spellEnd"/>
      <w:r w:rsidRPr="000715DF">
        <w:rPr>
          <w:lang w:val="de-DE"/>
        </w:rPr>
        <w:t xml:space="preserve"> </w:t>
      </w:r>
      <w:proofErr w:type="spellStart"/>
      <w:r w:rsidRPr="000715DF">
        <w:rPr>
          <w:lang w:val="de-DE"/>
        </w:rPr>
        <w:t>visų</w:t>
      </w:r>
      <w:proofErr w:type="spellEnd"/>
      <w:r w:rsidRPr="000715DF">
        <w:rPr>
          <w:lang w:val="de-DE"/>
        </w:rPr>
        <w:t xml:space="preserve"> </w:t>
      </w:r>
      <w:proofErr w:type="spellStart"/>
      <w:r w:rsidRPr="000715DF">
        <w:rPr>
          <w:lang w:val="de-DE"/>
        </w:rPr>
        <w:t>laukų</w:t>
      </w:r>
      <w:proofErr w:type="spellEnd"/>
      <w:r w:rsidRPr="000715DF">
        <w:rPr>
          <w:lang w:val="de-DE"/>
        </w:rPr>
        <w:t>.</w:t>
      </w:r>
    </w:p>
    <w:p w14:paraId="08162BC0" w14:textId="77777777" w:rsidR="005B511E" w:rsidRPr="000715DF" w:rsidRDefault="005B511E" w:rsidP="002A3313">
      <w:pPr>
        <w:pStyle w:val="ListBullet"/>
        <w:numPr>
          <w:ilvl w:val="0"/>
          <w:numId w:val="0"/>
        </w:numPr>
        <w:ind w:left="360"/>
        <w:rPr>
          <w:rFonts w:hint="eastAsia"/>
          <w:lang w:val="de-DE"/>
        </w:rPr>
      </w:pPr>
      <w:proofErr w:type="spellStart"/>
      <w:r w:rsidRPr="000715DF">
        <w:rPr>
          <w:lang w:val="de-DE"/>
        </w:rPr>
        <w:t>Pranešimą</w:t>
      </w:r>
      <w:proofErr w:type="spellEnd"/>
      <w:r w:rsidRPr="000715DF">
        <w:rPr>
          <w:lang w:val="de-DE"/>
        </w:rPr>
        <w:t xml:space="preserve"> </w:t>
      </w:r>
      <w:proofErr w:type="spellStart"/>
      <w:r w:rsidRPr="000715DF">
        <w:rPr>
          <w:lang w:val="de-DE"/>
        </w:rPr>
        <w:t>galite</w:t>
      </w:r>
      <w:proofErr w:type="spellEnd"/>
      <w:r w:rsidRPr="000715DF">
        <w:rPr>
          <w:lang w:val="de-DE"/>
        </w:rPr>
        <w:t xml:space="preserve"> </w:t>
      </w:r>
      <w:proofErr w:type="spellStart"/>
      <w:r w:rsidRPr="000715DF">
        <w:rPr>
          <w:lang w:val="de-DE"/>
        </w:rPr>
        <w:t>pateikti</w:t>
      </w:r>
      <w:proofErr w:type="spellEnd"/>
      <w:r w:rsidRPr="000715DF">
        <w:rPr>
          <w:lang w:val="de-DE"/>
        </w:rPr>
        <w:t xml:space="preserve"> </w:t>
      </w:r>
      <w:proofErr w:type="spellStart"/>
      <w:r w:rsidRPr="000715DF">
        <w:rPr>
          <w:lang w:val="de-DE"/>
        </w:rPr>
        <w:t>anonimiškai</w:t>
      </w:r>
      <w:proofErr w:type="spellEnd"/>
      <w:r w:rsidRPr="000715DF">
        <w:rPr>
          <w:lang w:val="de-DE"/>
        </w:rPr>
        <w:t xml:space="preserve">. </w:t>
      </w:r>
      <w:proofErr w:type="spellStart"/>
      <w:r w:rsidRPr="000715DF">
        <w:rPr>
          <w:lang w:val="de-DE"/>
        </w:rPr>
        <w:t>Tačiau</w:t>
      </w:r>
      <w:proofErr w:type="spellEnd"/>
      <w:r w:rsidRPr="000715DF">
        <w:rPr>
          <w:lang w:val="de-DE"/>
        </w:rPr>
        <w:t xml:space="preserve">, </w:t>
      </w:r>
      <w:proofErr w:type="spellStart"/>
      <w:r w:rsidRPr="000715DF">
        <w:rPr>
          <w:lang w:val="de-DE"/>
        </w:rPr>
        <w:t>jei</w:t>
      </w:r>
      <w:proofErr w:type="spellEnd"/>
      <w:r w:rsidRPr="000715DF">
        <w:rPr>
          <w:lang w:val="de-DE"/>
        </w:rPr>
        <w:t xml:space="preserve"> </w:t>
      </w:r>
      <w:proofErr w:type="spellStart"/>
      <w:r w:rsidRPr="000715DF">
        <w:rPr>
          <w:lang w:val="de-DE"/>
        </w:rPr>
        <w:t>nepateiksite</w:t>
      </w:r>
      <w:proofErr w:type="spellEnd"/>
      <w:r w:rsidRPr="000715DF">
        <w:rPr>
          <w:lang w:val="de-DE"/>
        </w:rPr>
        <w:t xml:space="preserve"> </w:t>
      </w:r>
      <w:proofErr w:type="spellStart"/>
      <w:r w:rsidRPr="000715DF">
        <w:rPr>
          <w:lang w:val="de-DE"/>
        </w:rPr>
        <w:t>kontaktinių</w:t>
      </w:r>
      <w:proofErr w:type="spellEnd"/>
      <w:r w:rsidRPr="000715DF">
        <w:rPr>
          <w:lang w:val="de-DE"/>
        </w:rPr>
        <w:t xml:space="preserve"> </w:t>
      </w:r>
      <w:proofErr w:type="spellStart"/>
      <w:r w:rsidRPr="000715DF">
        <w:rPr>
          <w:lang w:val="de-DE"/>
        </w:rPr>
        <w:t>duomenų</w:t>
      </w:r>
      <w:proofErr w:type="spellEnd"/>
      <w:r w:rsidRPr="000715DF">
        <w:rPr>
          <w:lang w:val="de-DE"/>
        </w:rPr>
        <w:t xml:space="preserve">, </w:t>
      </w:r>
      <w:proofErr w:type="spellStart"/>
      <w:r w:rsidRPr="000715DF">
        <w:rPr>
          <w:lang w:val="de-DE"/>
        </w:rPr>
        <w:t>galime</w:t>
      </w:r>
      <w:proofErr w:type="spellEnd"/>
      <w:r w:rsidRPr="000715DF">
        <w:rPr>
          <w:lang w:val="de-DE"/>
        </w:rPr>
        <w:t xml:space="preserve"> </w:t>
      </w:r>
      <w:proofErr w:type="spellStart"/>
      <w:r w:rsidRPr="000715DF">
        <w:rPr>
          <w:lang w:val="de-DE"/>
        </w:rPr>
        <w:t>neturėti</w:t>
      </w:r>
      <w:proofErr w:type="spellEnd"/>
      <w:r w:rsidRPr="000715DF">
        <w:rPr>
          <w:lang w:val="de-DE"/>
        </w:rPr>
        <w:t xml:space="preserve"> </w:t>
      </w:r>
      <w:proofErr w:type="spellStart"/>
      <w:r w:rsidRPr="000715DF">
        <w:rPr>
          <w:lang w:val="de-DE"/>
        </w:rPr>
        <w:t>galimybės</w:t>
      </w:r>
      <w:proofErr w:type="spellEnd"/>
      <w:r w:rsidRPr="000715DF">
        <w:rPr>
          <w:lang w:val="de-DE"/>
        </w:rPr>
        <w:t xml:space="preserve"> </w:t>
      </w:r>
      <w:proofErr w:type="spellStart"/>
      <w:r w:rsidRPr="000715DF">
        <w:rPr>
          <w:lang w:val="de-DE"/>
        </w:rPr>
        <w:t>paprašyti</w:t>
      </w:r>
      <w:proofErr w:type="spellEnd"/>
      <w:r w:rsidRPr="000715DF">
        <w:rPr>
          <w:lang w:val="de-DE"/>
        </w:rPr>
        <w:t xml:space="preserve"> </w:t>
      </w:r>
      <w:proofErr w:type="spellStart"/>
      <w:r w:rsidRPr="000715DF">
        <w:rPr>
          <w:lang w:val="de-DE"/>
        </w:rPr>
        <w:t>papildomos</w:t>
      </w:r>
      <w:proofErr w:type="spellEnd"/>
      <w:r w:rsidRPr="000715DF">
        <w:rPr>
          <w:lang w:val="de-DE"/>
        </w:rPr>
        <w:t xml:space="preserve"> </w:t>
      </w:r>
      <w:proofErr w:type="spellStart"/>
      <w:r w:rsidRPr="000715DF">
        <w:rPr>
          <w:lang w:val="de-DE"/>
        </w:rPr>
        <w:t>informacijos</w:t>
      </w:r>
      <w:proofErr w:type="spellEnd"/>
      <w:r w:rsidRPr="000715DF">
        <w:rPr>
          <w:lang w:val="de-DE"/>
        </w:rPr>
        <w:t xml:space="preserve"> </w:t>
      </w:r>
      <w:proofErr w:type="spellStart"/>
      <w:r w:rsidRPr="000715DF">
        <w:rPr>
          <w:lang w:val="de-DE"/>
        </w:rPr>
        <w:t>ar</w:t>
      </w:r>
      <w:proofErr w:type="spellEnd"/>
      <w:r w:rsidRPr="000715DF">
        <w:rPr>
          <w:lang w:val="de-DE"/>
        </w:rPr>
        <w:t xml:space="preserve"> </w:t>
      </w:r>
      <w:proofErr w:type="spellStart"/>
      <w:r w:rsidRPr="000715DF">
        <w:rPr>
          <w:lang w:val="de-DE"/>
        </w:rPr>
        <w:t>informuoti</w:t>
      </w:r>
      <w:proofErr w:type="spellEnd"/>
      <w:r w:rsidRPr="000715DF">
        <w:rPr>
          <w:lang w:val="de-DE"/>
        </w:rPr>
        <w:t xml:space="preserve"> </w:t>
      </w:r>
      <w:proofErr w:type="spellStart"/>
      <w:r w:rsidRPr="000715DF">
        <w:rPr>
          <w:lang w:val="de-DE"/>
        </w:rPr>
        <w:t>jus</w:t>
      </w:r>
      <w:proofErr w:type="spellEnd"/>
      <w:r w:rsidRPr="000715DF">
        <w:rPr>
          <w:lang w:val="de-DE"/>
        </w:rPr>
        <w:t xml:space="preserve"> </w:t>
      </w:r>
      <w:proofErr w:type="spellStart"/>
      <w:r w:rsidRPr="000715DF">
        <w:rPr>
          <w:lang w:val="de-DE"/>
        </w:rPr>
        <w:t>apie</w:t>
      </w:r>
      <w:proofErr w:type="spellEnd"/>
      <w:r w:rsidRPr="000715DF">
        <w:rPr>
          <w:lang w:val="de-DE"/>
        </w:rPr>
        <w:t xml:space="preserve"> </w:t>
      </w:r>
      <w:proofErr w:type="spellStart"/>
      <w:r w:rsidRPr="000715DF">
        <w:rPr>
          <w:lang w:val="de-DE"/>
        </w:rPr>
        <w:t>pranešimo</w:t>
      </w:r>
      <w:proofErr w:type="spellEnd"/>
      <w:r w:rsidRPr="000715DF">
        <w:rPr>
          <w:lang w:val="de-DE"/>
        </w:rPr>
        <w:t xml:space="preserve"> </w:t>
      </w:r>
      <w:proofErr w:type="spellStart"/>
      <w:r w:rsidRPr="000715DF">
        <w:rPr>
          <w:lang w:val="de-DE"/>
        </w:rPr>
        <w:t>nagrinėjimo</w:t>
      </w:r>
      <w:proofErr w:type="spellEnd"/>
      <w:r w:rsidRPr="000715DF">
        <w:rPr>
          <w:lang w:val="de-DE"/>
        </w:rPr>
        <w:t xml:space="preserve"> </w:t>
      </w:r>
      <w:proofErr w:type="spellStart"/>
      <w:r w:rsidRPr="000715DF">
        <w:rPr>
          <w:lang w:val="de-DE"/>
        </w:rPr>
        <w:t>eigą</w:t>
      </w:r>
      <w:proofErr w:type="spellEnd"/>
      <w:r w:rsidRPr="000715DF">
        <w:rPr>
          <w:lang w:val="de-DE"/>
        </w:rPr>
        <w:t>.</w:t>
      </w:r>
    </w:p>
    <w:p w14:paraId="55992710" w14:textId="77777777" w:rsidR="005B511E" w:rsidRPr="000715DF" w:rsidRDefault="005B511E" w:rsidP="002A3313">
      <w:pPr>
        <w:pStyle w:val="ListBullet"/>
        <w:numPr>
          <w:ilvl w:val="0"/>
          <w:numId w:val="0"/>
        </w:numPr>
        <w:ind w:left="360"/>
        <w:rPr>
          <w:rFonts w:hint="eastAsia"/>
          <w:lang w:val="de-DE"/>
        </w:rPr>
      </w:pPr>
      <w:proofErr w:type="spellStart"/>
      <w:r w:rsidRPr="000715DF">
        <w:rPr>
          <w:lang w:val="de-DE"/>
        </w:rPr>
        <w:t>Užpildytą</w:t>
      </w:r>
      <w:proofErr w:type="spellEnd"/>
      <w:r w:rsidRPr="000715DF">
        <w:rPr>
          <w:lang w:val="de-DE"/>
        </w:rPr>
        <w:t xml:space="preserve"> </w:t>
      </w:r>
      <w:proofErr w:type="spellStart"/>
      <w:r w:rsidRPr="000715DF">
        <w:rPr>
          <w:lang w:val="de-DE"/>
        </w:rPr>
        <w:t>formą</w:t>
      </w:r>
      <w:proofErr w:type="spellEnd"/>
      <w:r w:rsidRPr="000715DF">
        <w:rPr>
          <w:lang w:val="de-DE"/>
        </w:rPr>
        <w:t xml:space="preserve"> </w:t>
      </w:r>
      <w:proofErr w:type="spellStart"/>
      <w:r w:rsidRPr="000715DF">
        <w:rPr>
          <w:lang w:val="de-DE"/>
        </w:rPr>
        <w:t>siųskite</w:t>
      </w:r>
      <w:proofErr w:type="spellEnd"/>
      <w:r w:rsidRPr="000715DF">
        <w:rPr>
          <w:lang w:val="de-DE"/>
        </w:rPr>
        <w:t xml:space="preserve"> </w:t>
      </w:r>
      <w:proofErr w:type="spellStart"/>
      <w:r w:rsidRPr="000715DF">
        <w:rPr>
          <w:lang w:val="de-DE"/>
        </w:rPr>
        <w:t>adresu</w:t>
      </w:r>
      <w:proofErr w:type="spellEnd"/>
      <w:r w:rsidRPr="000715DF">
        <w:rPr>
          <w:lang w:val="de-DE"/>
        </w:rPr>
        <w:t xml:space="preserve"> security@saluscontrols.com.</w:t>
      </w:r>
    </w:p>
    <w:p w14:paraId="6F7C6122" w14:textId="77777777" w:rsidR="005B511E" w:rsidRPr="000715DF" w:rsidRDefault="005B511E" w:rsidP="002A3313">
      <w:pPr>
        <w:pStyle w:val="ListBullet"/>
        <w:numPr>
          <w:ilvl w:val="0"/>
          <w:numId w:val="0"/>
        </w:numPr>
        <w:ind w:left="360"/>
        <w:rPr>
          <w:rStyle w:val="Strong"/>
          <w:rFonts w:hint="eastAsia"/>
          <w:szCs w:val="21"/>
          <w:lang w:val="de-DE"/>
        </w:rPr>
      </w:pPr>
      <w:proofErr w:type="spellStart"/>
      <w:r w:rsidRPr="000715DF">
        <w:rPr>
          <w:rStyle w:val="Strong"/>
          <w:szCs w:val="21"/>
          <w:lang w:val="de-DE"/>
        </w:rPr>
        <w:t>Neįtraukite</w:t>
      </w:r>
      <w:proofErr w:type="spellEnd"/>
      <w:r w:rsidRPr="000715DF">
        <w:rPr>
          <w:rStyle w:val="Strong"/>
          <w:szCs w:val="21"/>
          <w:lang w:val="de-DE"/>
        </w:rPr>
        <w:t xml:space="preserve"> </w:t>
      </w:r>
      <w:proofErr w:type="spellStart"/>
      <w:r w:rsidRPr="000715DF">
        <w:rPr>
          <w:rStyle w:val="Strong"/>
          <w:szCs w:val="21"/>
          <w:lang w:val="de-DE"/>
        </w:rPr>
        <w:t>slaptažodžių</w:t>
      </w:r>
      <w:proofErr w:type="spellEnd"/>
      <w:r w:rsidRPr="000715DF">
        <w:rPr>
          <w:rStyle w:val="Strong"/>
          <w:szCs w:val="21"/>
          <w:lang w:val="de-DE"/>
        </w:rPr>
        <w:t xml:space="preserve">, </w:t>
      </w:r>
      <w:proofErr w:type="spellStart"/>
      <w:r w:rsidRPr="000715DF">
        <w:rPr>
          <w:rStyle w:val="Strong"/>
          <w:szCs w:val="21"/>
          <w:lang w:val="de-DE"/>
        </w:rPr>
        <w:t>autentifikavimo</w:t>
      </w:r>
      <w:proofErr w:type="spellEnd"/>
      <w:r w:rsidRPr="000715DF">
        <w:rPr>
          <w:rStyle w:val="Strong"/>
          <w:szCs w:val="21"/>
          <w:lang w:val="de-DE"/>
        </w:rPr>
        <w:t xml:space="preserve"> </w:t>
      </w:r>
      <w:proofErr w:type="spellStart"/>
      <w:r w:rsidRPr="000715DF">
        <w:rPr>
          <w:rStyle w:val="Strong"/>
          <w:szCs w:val="21"/>
          <w:lang w:val="de-DE"/>
        </w:rPr>
        <w:t>žetonų</w:t>
      </w:r>
      <w:proofErr w:type="spellEnd"/>
      <w:r w:rsidRPr="000715DF">
        <w:rPr>
          <w:rStyle w:val="Strong"/>
          <w:szCs w:val="21"/>
          <w:lang w:val="de-DE"/>
        </w:rPr>
        <w:t xml:space="preserve">, </w:t>
      </w:r>
      <w:proofErr w:type="spellStart"/>
      <w:r w:rsidRPr="000715DF">
        <w:rPr>
          <w:rStyle w:val="Strong"/>
          <w:szCs w:val="21"/>
          <w:lang w:val="de-DE"/>
        </w:rPr>
        <w:t>privačių</w:t>
      </w:r>
      <w:proofErr w:type="spellEnd"/>
      <w:r w:rsidRPr="000715DF">
        <w:rPr>
          <w:rStyle w:val="Strong"/>
          <w:szCs w:val="21"/>
          <w:lang w:val="de-DE"/>
        </w:rPr>
        <w:t xml:space="preserve"> </w:t>
      </w:r>
      <w:proofErr w:type="spellStart"/>
      <w:r w:rsidRPr="000715DF">
        <w:rPr>
          <w:rStyle w:val="Strong"/>
          <w:szCs w:val="21"/>
          <w:lang w:val="de-DE"/>
        </w:rPr>
        <w:t>raktų</w:t>
      </w:r>
      <w:proofErr w:type="spellEnd"/>
      <w:r w:rsidRPr="000715DF">
        <w:rPr>
          <w:rStyle w:val="Strong"/>
          <w:szCs w:val="21"/>
          <w:lang w:val="de-DE"/>
        </w:rPr>
        <w:t xml:space="preserve"> </w:t>
      </w:r>
      <w:proofErr w:type="spellStart"/>
      <w:r w:rsidRPr="000715DF">
        <w:rPr>
          <w:rStyle w:val="Strong"/>
          <w:szCs w:val="21"/>
          <w:lang w:val="de-DE"/>
        </w:rPr>
        <w:t>ar</w:t>
      </w:r>
      <w:proofErr w:type="spellEnd"/>
      <w:r w:rsidRPr="000715DF">
        <w:rPr>
          <w:rStyle w:val="Strong"/>
          <w:szCs w:val="21"/>
          <w:lang w:val="de-DE"/>
        </w:rPr>
        <w:t xml:space="preserve"> </w:t>
      </w:r>
      <w:proofErr w:type="spellStart"/>
      <w:r w:rsidRPr="000715DF">
        <w:rPr>
          <w:rStyle w:val="Strong"/>
          <w:szCs w:val="21"/>
          <w:lang w:val="de-DE"/>
        </w:rPr>
        <w:t>nereikalingų</w:t>
      </w:r>
      <w:proofErr w:type="spellEnd"/>
      <w:r w:rsidRPr="000715DF">
        <w:rPr>
          <w:rStyle w:val="Strong"/>
          <w:szCs w:val="21"/>
          <w:lang w:val="de-DE"/>
        </w:rPr>
        <w:t xml:space="preserve"> </w:t>
      </w:r>
      <w:proofErr w:type="spellStart"/>
      <w:r w:rsidRPr="000715DF">
        <w:rPr>
          <w:rStyle w:val="Strong"/>
          <w:szCs w:val="21"/>
          <w:lang w:val="de-DE"/>
        </w:rPr>
        <w:t>asmens</w:t>
      </w:r>
      <w:proofErr w:type="spellEnd"/>
      <w:r w:rsidRPr="000715DF">
        <w:rPr>
          <w:rStyle w:val="Strong"/>
          <w:szCs w:val="21"/>
          <w:lang w:val="de-DE"/>
        </w:rPr>
        <w:t xml:space="preserve"> / </w:t>
      </w:r>
      <w:proofErr w:type="spellStart"/>
      <w:r w:rsidRPr="000715DF">
        <w:rPr>
          <w:rStyle w:val="Strong"/>
          <w:szCs w:val="21"/>
          <w:lang w:val="de-DE"/>
        </w:rPr>
        <w:t>klientų</w:t>
      </w:r>
      <w:proofErr w:type="spellEnd"/>
      <w:r w:rsidRPr="000715DF">
        <w:rPr>
          <w:rStyle w:val="Strong"/>
          <w:szCs w:val="21"/>
          <w:lang w:val="de-DE"/>
        </w:rPr>
        <w:t xml:space="preserve"> </w:t>
      </w:r>
      <w:proofErr w:type="spellStart"/>
      <w:r w:rsidRPr="000715DF">
        <w:rPr>
          <w:rStyle w:val="Strong"/>
          <w:szCs w:val="21"/>
          <w:lang w:val="de-DE"/>
        </w:rPr>
        <w:t>duomenų</w:t>
      </w:r>
      <w:proofErr w:type="spellEnd"/>
      <w:r w:rsidRPr="000715DF">
        <w:rPr>
          <w:rStyle w:val="Strong"/>
          <w:szCs w:val="21"/>
          <w:lang w:val="de-DE"/>
        </w:rPr>
        <w:t>.</w:t>
      </w:r>
    </w:p>
    <w:p w14:paraId="461345A0" w14:textId="27CF629C" w:rsidR="00D54783" w:rsidRPr="000715DF" w:rsidRDefault="00D54783" w:rsidP="002A3313">
      <w:pPr>
        <w:pStyle w:val="ListBullet"/>
        <w:numPr>
          <w:ilvl w:val="0"/>
          <w:numId w:val="0"/>
        </w:numPr>
        <w:ind w:left="360"/>
        <w:rPr>
          <w:rFonts w:hint="eastAsia"/>
          <w:lang w:val="de-DE"/>
        </w:rPr>
      </w:pPr>
      <w:proofErr w:type="spellStart"/>
      <w:r w:rsidRPr="000715DF">
        <w:rPr>
          <w:lang w:val="de-DE"/>
        </w:rPr>
        <w:t>Laukai</w:t>
      </w:r>
      <w:proofErr w:type="spellEnd"/>
      <w:r w:rsidRPr="000715DF">
        <w:rPr>
          <w:lang w:val="de-DE"/>
        </w:rPr>
        <w:t xml:space="preserve">, </w:t>
      </w:r>
      <w:proofErr w:type="spellStart"/>
      <w:r w:rsidRPr="000715DF">
        <w:rPr>
          <w:lang w:val="de-DE"/>
        </w:rPr>
        <w:t>pažymėti</w:t>
      </w:r>
      <w:proofErr w:type="spellEnd"/>
      <w:r w:rsidRPr="000715DF">
        <w:rPr>
          <w:lang w:val="de-DE"/>
        </w:rPr>
        <w:t xml:space="preserve"> „</w:t>
      </w:r>
      <w:proofErr w:type="spellStart"/>
      <w:r w:rsidRPr="000715DF">
        <w:rPr>
          <w:lang w:val="de-DE"/>
        </w:rPr>
        <w:t>Privaloma</w:t>
      </w:r>
      <w:proofErr w:type="spellEnd"/>
      <w:r w:rsidRPr="000715DF">
        <w:rPr>
          <w:lang w:val="de-DE"/>
        </w:rPr>
        <w:t xml:space="preserve">“, </w:t>
      </w:r>
      <w:proofErr w:type="spellStart"/>
      <w:r w:rsidRPr="000715DF">
        <w:rPr>
          <w:lang w:val="de-DE"/>
        </w:rPr>
        <w:t>yra</w:t>
      </w:r>
      <w:proofErr w:type="spellEnd"/>
      <w:r w:rsidRPr="000715DF">
        <w:rPr>
          <w:lang w:val="de-DE"/>
        </w:rPr>
        <w:t xml:space="preserve"> </w:t>
      </w:r>
      <w:proofErr w:type="spellStart"/>
      <w:r w:rsidRPr="000715DF">
        <w:rPr>
          <w:lang w:val="de-DE"/>
        </w:rPr>
        <w:t>privalomi</w:t>
      </w:r>
      <w:proofErr w:type="spellEnd"/>
      <w:r w:rsidRPr="000715DF">
        <w:rPr>
          <w:lang w:val="de-DE"/>
        </w:rPr>
        <w:t xml:space="preserve"> </w:t>
      </w:r>
      <w:proofErr w:type="spellStart"/>
      <w:r w:rsidRPr="000715DF">
        <w:rPr>
          <w:lang w:val="de-DE"/>
        </w:rPr>
        <w:t>tik</w:t>
      </w:r>
      <w:proofErr w:type="spellEnd"/>
      <w:r w:rsidRPr="000715DF">
        <w:rPr>
          <w:lang w:val="de-DE"/>
        </w:rPr>
        <w:t xml:space="preserve"> </w:t>
      </w:r>
      <w:proofErr w:type="spellStart"/>
      <w:r w:rsidRPr="000715DF">
        <w:rPr>
          <w:lang w:val="de-DE"/>
        </w:rPr>
        <w:t>tada</w:t>
      </w:r>
      <w:proofErr w:type="spellEnd"/>
      <w:r w:rsidRPr="000715DF">
        <w:rPr>
          <w:lang w:val="de-DE"/>
        </w:rPr>
        <w:t xml:space="preserve">, </w:t>
      </w:r>
      <w:proofErr w:type="spellStart"/>
      <w:r w:rsidRPr="000715DF">
        <w:rPr>
          <w:lang w:val="de-DE"/>
        </w:rPr>
        <w:t>kai</w:t>
      </w:r>
      <w:proofErr w:type="spellEnd"/>
      <w:r w:rsidRPr="000715DF">
        <w:rPr>
          <w:lang w:val="de-DE"/>
        </w:rPr>
        <w:t xml:space="preserve"> </w:t>
      </w:r>
      <w:proofErr w:type="spellStart"/>
      <w:r w:rsidRPr="000715DF">
        <w:rPr>
          <w:lang w:val="de-DE"/>
        </w:rPr>
        <w:t>atitinkama</w:t>
      </w:r>
      <w:proofErr w:type="spellEnd"/>
      <w:r w:rsidRPr="000715DF">
        <w:rPr>
          <w:lang w:val="de-DE"/>
        </w:rPr>
        <w:t xml:space="preserve"> </w:t>
      </w:r>
      <w:proofErr w:type="spellStart"/>
      <w:r w:rsidRPr="000715DF">
        <w:rPr>
          <w:lang w:val="de-DE"/>
        </w:rPr>
        <w:t>informacija</w:t>
      </w:r>
      <w:proofErr w:type="spellEnd"/>
      <w:r w:rsidRPr="000715DF">
        <w:rPr>
          <w:lang w:val="de-DE"/>
        </w:rPr>
        <w:t xml:space="preserve"> </w:t>
      </w:r>
      <w:proofErr w:type="spellStart"/>
      <w:r w:rsidRPr="000715DF">
        <w:rPr>
          <w:lang w:val="de-DE"/>
        </w:rPr>
        <w:t>pagrįstai</w:t>
      </w:r>
      <w:proofErr w:type="spellEnd"/>
      <w:r w:rsidRPr="000715DF">
        <w:rPr>
          <w:lang w:val="de-DE"/>
        </w:rPr>
        <w:t xml:space="preserve"> </w:t>
      </w:r>
      <w:proofErr w:type="spellStart"/>
      <w:r w:rsidRPr="000715DF">
        <w:rPr>
          <w:lang w:val="de-DE"/>
        </w:rPr>
        <w:t>prieinama</w:t>
      </w:r>
      <w:proofErr w:type="spellEnd"/>
      <w:r w:rsidRPr="000715DF">
        <w:rPr>
          <w:lang w:val="de-DE"/>
        </w:rPr>
        <w:t xml:space="preserve">. Net </w:t>
      </w:r>
      <w:proofErr w:type="spellStart"/>
      <w:r w:rsidRPr="000715DF">
        <w:rPr>
          <w:lang w:val="de-DE"/>
        </w:rPr>
        <w:t>jei</w:t>
      </w:r>
      <w:proofErr w:type="spellEnd"/>
      <w:r w:rsidRPr="000715DF">
        <w:rPr>
          <w:lang w:val="de-DE"/>
        </w:rPr>
        <w:t xml:space="preserve"> </w:t>
      </w:r>
      <w:proofErr w:type="spellStart"/>
      <w:r w:rsidRPr="000715DF">
        <w:rPr>
          <w:lang w:val="de-DE"/>
        </w:rPr>
        <w:t>neturite</w:t>
      </w:r>
      <w:proofErr w:type="spellEnd"/>
      <w:r w:rsidRPr="000715DF">
        <w:rPr>
          <w:lang w:val="de-DE"/>
        </w:rPr>
        <w:t xml:space="preserve"> </w:t>
      </w:r>
      <w:proofErr w:type="spellStart"/>
      <w:r w:rsidRPr="000715DF">
        <w:rPr>
          <w:lang w:val="de-DE"/>
        </w:rPr>
        <w:t>visos</w:t>
      </w:r>
      <w:proofErr w:type="spellEnd"/>
      <w:r w:rsidRPr="000715DF">
        <w:rPr>
          <w:lang w:val="de-DE"/>
        </w:rPr>
        <w:t xml:space="preserve"> </w:t>
      </w:r>
      <w:proofErr w:type="spellStart"/>
      <w:r w:rsidRPr="000715DF">
        <w:rPr>
          <w:lang w:val="de-DE"/>
        </w:rPr>
        <w:t>informacijos</w:t>
      </w:r>
      <w:proofErr w:type="spellEnd"/>
      <w:r w:rsidRPr="000715DF">
        <w:rPr>
          <w:lang w:val="de-DE"/>
        </w:rPr>
        <w:t xml:space="preserve">, </w:t>
      </w:r>
      <w:proofErr w:type="spellStart"/>
      <w:r w:rsidRPr="000715DF">
        <w:rPr>
          <w:lang w:val="de-DE"/>
        </w:rPr>
        <w:t>pranešimą</w:t>
      </w:r>
      <w:proofErr w:type="spellEnd"/>
      <w:r w:rsidRPr="000715DF">
        <w:rPr>
          <w:lang w:val="de-DE"/>
        </w:rPr>
        <w:t xml:space="preserve"> </w:t>
      </w:r>
      <w:proofErr w:type="spellStart"/>
      <w:r w:rsidRPr="000715DF">
        <w:rPr>
          <w:lang w:val="de-DE"/>
        </w:rPr>
        <w:t>vis</w:t>
      </w:r>
      <w:proofErr w:type="spellEnd"/>
      <w:r w:rsidRPr="000715DF">
        <w:rPr>
          <w:lang w:val="de-DE"/>
        </w:rPr>
        <w:t xml:space="preserve"> </w:t>
      </w:r>
      <w:proofErr w:type="spellStart"/>
      <w:r w:rsidRPr="000715DF">
        <w:rPr>
          <w:lang w:val="de-DE"/>
        </w:rPr>
        <w:t>tiek</w:t>
      </w:r>
      <w:proofErr w:type="spellEnd"/>
      <w:r w:rsidRPr="000715DF">
        <w:rPr>
          <w:lang w:val="de-DE"/>
        </w:rPr>
        <w:t xml:space="preserve"> </w:t>
      </w:r>
      <w:proofErr w:type="spellStart"/>
      <w:r w:rsidRPr="000715DF">
        <w:rPr>
          <w:lang w:val="de-DE"/>
        </w:rPr>
        <w:t>galite</w:t>
      </w:r>
      <w:proofErr w:type="spellEnd"/>
      <w:r w:rsidRPr="000715DF">
        <w:rPr>
          <w:lang w:val="de-DE"/>
        </w:rPr>
        <w:t xml:space="preserve"> </w:t>
      </w:r>
      <w:proofErr w:type="spellStart"/>
      <w:r w:rsidRPr="000715DF">
        <w:rPr>
          <w:lang w:val="de-DE"/>
        </w:rPr>
        <w:t>pateikti</w:t>
      </w:r>
      <w:proofErr w:type="spellEnd"/>
      <w:r w:rsidRPr="000715DF">
        <w:rPr>
          <w:lang w:val="de-DE"/>
        </w:rPr>
        <w:t>.</w:t>
      </w:r>
    </w:p>
    <w:p w14:paraId="5F8D13B4" w14:textId="77777777" w:rsidR="00A5425F" w:rsidRPr="000715DF" w:rsidRDefault="00A5425F" w:rsidP="00A5425F">
      <w:pPr>
        <w:pStyle w:val="Title"/>
        <w:spacing w:after="160" w:line="259" w:lineRule="auto"/>
        <w:rPr>
          <w:lang w:val="de-DE"/>
        </w:rPr>
      </w:pPr>
      <w:proofErr w:type="spellStart"/>
      <w:r w:rsidRPr="000715DF">
        <w:rPr>
          <w:rFonts w:ascii="Ubuntu" w:eastAsia="Ubuntu" w:hAnsi="Ubuntu" w:cs="Ubuntu" w:hint="eastAsia"/>
          <w:u w:val="single"/>
          <w:lang w:val="de-DE"/>
        </w:rPr>
        <w:t>Pranešimas</w:t>
      </w:r>
      <w:proofErr w:type="spellEnd"/>
      <w:r w:rsidRPr="000715DF">
        <w:rPr>
          <w:rFonts w:ascii="Ubuntu" w:eastAsia="Ubuntu" w:hAnsi="Ubuntu" w:cs="Ubuntu" w:hint="eastAsia"/>
          <w:u w:val="single"/>
          <w:lang w:val="de-DE"/>
        </w:rPr>
        <w:t xml:space="preserve"> </w:t>
      </w:r>
      <w:proofErr w:type="spellStart"/>
      <w:r w:rsidRPr="000715DF">
        <w:rPr>
          <w:rFonts w:ascii="Ubuntu" w:eastAsia="Ubuntu" w:hAnsi="Ubuntu" w:cs="Ubuntu" w:hint="eastAsia"/>
          <w:u w:val="single"/>
          <w:lang w:val="de-DE"/>
        </w:rPr>
        <w:t>apie</w:t>
      </w:r>
      <w:proofErr w:type="spellEnd"/>
      <w:r w:rsidRPr="000715DF">
        <w:rPr>
          <w:rFonts w:ascii="Ubuntu" w:eastAsia="Ubuntu" w:hAnsi="Ubuntu" w:cs="Ubuntu" w:hint="eastAsia"/>
          <w:u w:val="single"/>
          <w:lang w:val="de-DE"/>
        </w:rPr>
        <w:t xml:space="preserve"> </w:t>
      </w:r>
      <w:proofErr w:type="spellStart"/>
      <w:r w:rsidRPr="000715DF">
        <w:rPr>
          <w:rFonts w:ascii="Ubuntu" w:eastAsia="Ubuntu" w:hAnsi="Ubuntu" w:cs="Ubuntu" w:hint="eastAsia"/>
          <w:u w:val="single"/>
          <w:lang w:val="de-DE"/>
        </w:rPr>
        <w:t>įtariamą</w:t>
      </w:r>
      <w:proofErr w:type="spellEnd"/>
      <w:r w:rsidRPr="000715DF">
        <w:rPr>
          <w:rFonts w:ascii="Ubuntu" w:eastAsia="Ubuntu" w:hAnsi="Ubuntu" w:cs="Ubuntu" w:hint="eastAsia"/>
          <w:u w:val="single"/>
          <w:lang w:val="de-DE"/>
        </w:rPr>
        <w:t xml:space="preserve"> </w:t>
      </w:r>
      <w:proofErr w:type="spellStart"/>
      <w:r w:rsidRPr="000715DF">
        <w:rPr>
          <w:rFonts w:ascii="Ubuntu" w:eastAsia="Ubuntu" w:hAnsi="Ubuntu" w:cs="Ubuntu" w:hint="eastAsia"/>
          <w:u w:val="single"/>
          <w:lang w:val="de-DE"/>
        </w:rPr>
        <w:t>saugumo</w:t>
      </w:r>
      <w:proofErr w:type="spellEnd"/>
      <w:r w:rsidRPr="000715DF">
        <w:rPr>
          <w:rFonts w:ascii="Ubuntu" w:eastAsia="Ubuntu" w:hAnsi="Ubuntu" w:cs="Ubuntu" w:hint="eastAsia"/>
          <w:u w:val="single"/>
          <w:lang w:val="de-DE"/>
        </w:rPr>
        <w:t xml:space="preserve"> </w:t>
      </w:r>
      <w:proofErr w:type="spellStart"/>
      <w:r w:rsidRPr="000715DF">
        <w:rPr>
          <w:rFonts w:ascii="Ubuntu" w:eastAsia="Ubuntu" w:hAnsi="Ubuntu" w:cs="Ubuntu" w:hint="eastAsia"/>
          <w:u w:val="single"/>
          <w:lang w:val="de-DE"/>
        </w:rPr>
        <w:t>pažeidžiamumą</w:t>
      </w:r>
      <w:proofErr w:type="spellEnd"/>
    </w:p>
    <w:p w14:paraId="4239CF82" w14:textId="77777777" w:rsidR="00A5425F" w:rsidRDefault="00A5425F" w:rsidP="00A5425F">
      <w:pPr>
        <w:pStyle w:val="Heading2"/>
        <w:spacing w:after="80"/>
      </w:pPr>
      <w:bookmarkStart w:id="1" w:name="_Toc239339912"/>
      <w:r>
        <w:rPr>
          <w:rFonts w:ascii="Ubuntu" w:eastAsia="Ubuntu" w:hAnsi="Ubuntu" w:cs="Ubuntu" w:hint="eastAsia"/>
          <w:u w:val="single"/>
        </w:rPr>
        <w:t>1. Pranešėjo informacija</w:t>
      </w:r>
      <w:bookmarkEnd w:id="1"/>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A5425F" w14:paraId="2615F057" w14:textId="77777777" w:rsidTr="000B505C">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3EDA9661" w14:textId="77777777" w:rsidR="00A5425F" w:rsidRDefault="00A5425F" w:rsidP="000B505C">
            <w:pPr>
              <w:spacing w:after="0" w:line="240" w:lineRule="auto"/>
              <w:rPr>
                <w:rFonts w:hint="eastAsia"/>
              </w:rPr>
            </w:pPr>
            <w:r>
              <w:rPr>
                <w:rFonts w:ascii="Ubuntu" w:eastAsia="Ubuntu" w:hAnsi="Ubuntu" w:cs="Ubuntu" w:hint="eastAsia"/>
                <w:b/>
                <w:color w:val="FFFFFF"/>
                <w:sz w:val="18"/>
              </w:rPr>
              <w:t>Laukas</w:t>
            </w:r>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62C7CD25" w14:textId="77777777" w:rsidR="00A5425F" w:rsidRDefault="00A5425F" w:rsidP="000B505C">
            <w:pPr>
              <w:spacing w:after="0" w:line="240" w:lineRule="auto"/>
              <w:rPr>
                <w:rFonts w:hint="eastAsia"/>
              </w:rPr>
            </w:pPr>
            <w:r>
              <w:rPr>
                <w:rFonts w:ascii="Ubuntu" w:eastAsia="Ubuntu" w:hAnsi="Ubuntu" w:cs="Ubuntu" w:hint="eastAsia"/>
                <w:b/>
                <w:color w:val="FFFFFF"/>
                <w:sz w:val="18"/>
              </w:rPr>
              <w:t>Atsakymas</w:t>
            </w:r>
          </w:p>
        </w:tc>
      </w:tr>
      <w:tr w:rsidR="00A5425F" w14:paraId="5A7253DF"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2B202A9" w14:textId="77777777" w:rsidR="00A5425F" w:rsidRDefault="00A5425F" w:rsidP="000B505C">
            <w:pPr>
              <w:spacing w:after="0" w:line="240" w:lineRule="auto"/>
              <w:rPr>
                <w:rFonts w:hint="eastAsia"/>
              </w:rPr>
            </w:pPr>
            <w:r>
              <w:rPr>
                <w:rFonts w:eastAsia="Myriad Pro" w:cs="Myriad Pro" w:hint="eastAsia"/>
                <w:b/>
                <w:color w:val="1D2958"/>
                <w:sz w:val="18"/>
              </w:rPr>
              <w:t>Vardas arba slapyvardis (neprivaloma)</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721CEB0D" w14:textId="77777777" w:rsidR="00A5425F" w:rsidRDefault="00A5425F" w:rsidP="000B505C">
            <w:pPr>
              <w:spacing w:after="0" w:line="240" w:lineRule="auto"/>
              <w:rPr>
                <w:rFonts w:hint="eastAsia"/>
              </w:rPr>
            </w:pPr>
          </w:p>
        </w:tc>
      </w:tr>
      <w:tr w:rsidR="00A5425F" w14:paraId="50C78C64"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F087F7B" w14:textId="52648E22" w:rsidR="00A5425F" w:rsidRDefault="004E0EDD" w:rsidP="000B505C">
            <w:pPr>
              <w:spacing w:after="0" w:line="240" w:lineRule="auto"/>
              <w:rPr>
                <w:rFonts w:hint="eastAsia"/>
              </w:rPr>
            </w:pPr>
            <w:proofErr w:type="spellStart"/>
            <w:r>
              <w:rPr>
                <w:rFonts w:eastAsia="Myriad Pro" w:cs="Myriad Pro"/>
                <w:b/>
                <w:color w:val="1D2958"/>
                <w:sz w:val="18"/>
              </w:rPr>
              <w:t>Organizacija</w:t>
            </w:r>
            <w:proofErr w:type="spellEnd"/>
            <w:r>
              <w:rPr>
                <w:rFonts w:eastAsia="Myriad Pro" w:cs="Myriad Pro"/>
                <w:b/>
                <w:color w:val="1D2958"/>
                <w:sz w:val="18"/>
              </w:rPr>
              <w:t xml:space="preserve"> (</w:t>
            </w:r>
            <w:proofErr w:type="spellStart"/>
            <w:r>
              <w:rPr>
                <w:rFonts w:eastAsia="Myriad Pro" w:cs="Myriad Pro"/>
                <w:b/>
                <w:color w:val="1D2958"/>
                <w:sz w:val="18"/>
              </w:rPr>
              <w:t>neprivaloma</w:t>
            </w:r>
            <w:proofErr w:type="spellEnd"/>
            <w:r>
              <w:rPr>
                <w:rFonts w:eastAsia="Myriad Pro" w:cs="Myriad Pro"/>
                <w:b/>
                <w:color w:val="1D2958"/>
                <w:sz w:val="18"/>
              </w:rPr>
              <w: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340F79FC" w14:textId="77777777" w:rsidR="00A5425F" w:rsidRDefault="00A5425F" w:rsidP="000B505C">
            <w:pPr>
              <w:spacing w:after="0" w:line="240" w:lineRule="auto"/>
              <w:rPr>
                <w:rFonts w:hint="eastAsia"/>
              </w:rPr>
            </w:pPr>
          </w:p>
        </w:tc>
      </w:tr>
      <w:tr w:rsidR="00A5425F" w14:paraId="18305F51"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261BBFC" w14:textId="60EC54FE" w:rsidR="00A5425F" w:rsidRDefault="004E0EDD" w:rsidP="000B505C">
            <w:pPr>
              <w:spacing w:after="0" w:line="240" w:lineRule="auto"/>
              <w:rPr>
                <w:rFonts w:hint="eastAsia"/>
              </w:rPr>
            </w:pPr>
            <w:r>
              <w:rPr>
                <w:rFonts w:eastAsia="Myriad Pro" w:cs="Myriad Pro"/>
                <w:b/>
                <w:color w:val="1D2958"/>
                <w:sz w:val="18"/>
              </w:rPr>
              <w:t>El. paštas / kontaktavimo būdas (privaloma, nebent pranešama anonimiškai)</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4A757C5A" w14:textId="276E2BF4" w:rsidR="00A5425F" w:rsidRDefault="00A5425F" w:rsidP="000B505C">
            <w:pPr>
              <w:spacing w:after="0" w:line="240" w:lineRule="auto"/>
              <w:rPr>
                <w:rFonts w:hint="eastAsia"/>
              </w:rPr>
            </w:pPr>
          </w:p>
        </w:tc>
      </w:tr>
      <w:tr w:rsidR="00A5425F" w14:paraId="3133B78F"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2C55901" w14:textId="16961870" w:rsidR="00A5425F" w:rsidRDefault="00A5425F" w:rsidP="000B505C">
            <w:pPr>
              <w:spacing w:after="0" w:line="240" w:lineRule="auto"/>
              <w:rPr>
                <w:rFonts w:hint="eastAsia"/>
              </w:rPr>
            </w:pPr>
            <w:r>
              <w:rPr>
                <w:rFonts w:eastAsia="Myriad Pro" w:cs="Myriad Pro" w:hint="eastAsia"/>
                <w:b/>
                <w:color w:val="1D2958"/>
                <w:sz w:val="18"/>
              </w:rPr>
              <w:t>Pageidaujama kalba (neprivaloma)</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37F44624" w14:textId="4898FAF2" w:rsidR="00A5425F" w:rsidRDefault="00A5425F" w:rsidP="000B505C">
            <w:pPr>
              <w:spacing w:after="0" w:line="240" w:lineRule="auto"/>
              <w:rPr>
                <w:rFonts w:hint="eastAsia"/>
              </w:rPr>
            </w:pPr>
          </w:p>
        </w:tc>
      </w:tr>
      <w:tr w:rsidR="00F54C66" w14:paraId="701B7A6C"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7722D52" w14:textId="71639B87" w:rsidR="00F54C66" w:rsidRDefault="00F54C66" w:rsidP="000B505C">
            <w:pPr>
              <w:spacing w:after="0" w:line="240" w:lineRule="auto"/>
              <w:rPr>
                <w:rFonts w:eastAsia="Myriad Pro" w:cs="Myriad Pro"/>
                <w:b/>
                <w:color w:val="1D2958"/>
                <w:sz w:val="18"/>
              </w:rPr>
            </w:pPr>
            <w:r>
              <w:rPr>
                <w:rFonts w:eastAsia="Myriad Pro" w:cs="Myriad Pro"/>
                <w:b/>
                <w:color w:val="1D2958"/>
                <w:sz w:val="18"/>
              </w:rPr>
              <w:t>Ar pranešate anonimiškai?</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7D4B5EC1" w14:textId="77777777" w:rsidR="00F54C66" w:rsidRDefault="007F6EF4" w:rsidP="00F54C66">
            <w:pPr>
              <w:spacing w:after="0" w:line="240" w:lineRule="auto"/>
              <w:rPr>
                <w:rFonts w:eastAsia="Myriad Pro" w:cs="Myriad Pro"/>
                <w:sz w:val="18"/>
                <w:szCs w:val="21"/>
              </w:rPr>
            </w:pPr>
            <w:sdt>
              <w:sdtPr>
                <w:alias w:val="Checkbox 9"/>
                <w:tag w:val="CHECKBOX_0009"/>
                <w:id w:val="1487208471"/>
                <w14:checkbox>
                  <w14:checked w14:val="0"/>
                  <w14:checkedState w14:val="2612" w14:font="Arial"/>
                  <w14:uncheckedState w14:val="2610" w14:font="Arial"/>
                </w14:checkbox>
              </w:sdtPr>
              <w:sdtEndPr/>
              <w:sdtContent>
                <w:r w:rsidR="00F54C66">
                  <w:rPr>
                    <w:rFonts w:ascii="Segoe UI Symbol" w:hAnsi="Segoe UI Symbol" w:cs="Segoe UI Symbol"/>
                  </w:rPr>
                  <w:t>☐</w:t>
                </w:r>
              </w:sdtContent>
            </w:sdt>
            <w:r w:rsidR="00F54C66">
              <w:rPr>
                <w:rFonts w:eastAsia="Myriad Pro" w:cs="Myriad Pro" w:hint="eastAsia"/>
                <w:sz w:val="18"/>
                <w:szCs w:val="21"/>
              </w:rPr>
              <w:t xml:space="preserve"> </w:t>
            </w:r>
            <w:r w:rsidR="00F54C66">
              <w:rPr>
                <w:rFonts w:eastAsia="Myriad Pro" w:cs="Myriad Pro"/>
                <w:sz w:val="18"/>
                <w:szCs w:val="21"/>
              </w:rPr>
              <w:t>Taip</w:t>
            </w:r>
            <w:r w:rsidR="00F54C66">
              <w:rPr>
                <w:rFonts w:eastAsia="Myriad Pro" w:cs="Myriad Pro" w:hint="eastAsia"/>
                <w:sz w:val="18"/>
                <w:szCs w:val="21"/>
              </w:rPr>
              <w:t xml:space="preserve"> </w:t>
            </w:r>
          </w:p>
          <w:p w14:paraId="124159B7" w14:textId="2333B155" w:rsidR="00F54C66" w:rsidRPr="00F54C66" w:rsidRDefault="007F6EF4" w:rsidP="000B505C">
            <w:pPr>
              <w:spacing w:after="0" w:line="240" w:lineRule="auto"/>
              <w:rPr>
                <w:rFonts w:eastAsia="Myriad Pro" w:cs="Myriad Pro"/>
                <w:sz w:val="18"/>
                <w:szCs w:val="21"/>
              </w:rPr>
            </w:pPr>
            <w:sdt>
              <w:sdtPr>
                <w:alias w:val="Checkbox 10"/>
                <w:tag w:val="CHECKBOX_0010"/>
                <w:id w:val="-1191147512"/>
                <w14:checkbox>
                  <w14:checked w14:val="0"/>
                  <w14:checkedState w14:val="2612" w14:font="Arial"/>
                  <w14:uncheckedState w14:val="2610" w14:font="Arial"/>
                </w14:checkbox>
              </w:sdtPr>
              <w:sdtEndPr/>
              <w:sdtContent>
                <w:r w:rsidR="00F54C66">
                  <w:rPr>
                    <w:rFonts w:ascii="Segoe UI Symbol" w:hAnsi="Segoe UI Symbol" w:cs="Segoe UI Symbol"/>
                  </w:rPr>
                  <w:t>☐</w:t>
                </w:r>
              </w:sdtContent>
            </w:sdt>
            <w:r w:rsidR="00F54C66">
              <w:rPr>
                <w:rFonts w:eastAsia="Myriad Pro" w:cs="Myriad Pro" w:hint="eastAsia"/>
                <w:sz w:val="18"/>
                <w:szCs w:val="21"/>
              </w:rPr>
              <w:t xml:space="preserve"> </w:t>
            </w:r>
            <w:r w:rsidR="00F54C66">
              <w:rPr>
                <w:rFonts w:eastAsia="Myriad Pro" w:cs="Myriad Pro"/>
                <w:sz w:val="18"/>
                <w:szCs w:val="21"/>
              </w:rPr>
              <w:t>Ne</w:t>
            </w:r>
            <w:r w:rsidR="00F54C66">
              <w:rPr>
                <w:rFonts w:eastAsia="Myriad Pro" w:cs="Myriad Pro" w:hint="eastAsia"/>
                <w:sz w:val="18"/>
                <w:szCs w:val="21"/>
              </w:rPr>
              <w:t xml:space="preserve"> </w:t>
            </w:r>
          </w:p>
        </w:tc>
      </w:tr>
    </w:tbl>
    <w:p w14:paraId="10BBCCC4" w14:textId="77777777" w:rsidR="00A5425F" w:rsidRDefault="00A5425F" w:rsidP="00A5425F">
      <w:pPr>
        <w:spacing w:after="110" w:line="259" w:lineRule="auto"/>
        <w:rPr>
          <w:rFonts w:hint="eastAsia"/>
        </w:rPr>
      </w:pPr>
    </w:p>
    <w:p w14:paraId="0FAB4383" w14:textId="77777777" w:rsidR="00A5425F" w:rsidRDefault="00A5425F" w:rsidP="00A5425F">
      <w:pPr>
        <w:pStyle w:val="Heading2"/>
        <w:spacing w:after="80"/>
      </w:pPr>
      <w:bookmarkStart w:id="2" w:name="_Toc239339913"/>
      <w:r>
        <w:rPr>
          <w:rFonts w:ascii="Ubuntu" w:eastAsia="Ubuntu" w:hAnsi="Ubuntu" w:cs="Ubuntu" w:hint="eastAsia"/>
          <w:u w:val="single"/>
        </w:rPr>
        <w:t>2. Paveiktas produktas arba komponentas</w:t>
      </w:r>
      <w:bookmarkEnd w:id="2"/>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A5425F" w14:paraId="17462D5F" w14:textId="77777777" w:rsidTr="000B505C">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3849B6EE" w14:textId="77777777" w:rsidR="00A5425F" w:rsidRDefault="00A5425F" w:rsidP="000B505C">
            <w:pPr>
              <w:spacing w:after="0" w:line="240" w:lineRule="auto"/>
              <w:rPr>
                <w:rFonts w:hint="eastAsia"/>
              </w:rPr>
            </w:pPr>
            <w:r>
              <w:rPr>
                <w:rFonts w:ascii="Ubuntu" w:eastAsia="Ubuntu" w:hAnsi="Ubuntu" w:cs="Ubuntu" w:hint="eastAsia"/>
                <w:b/>
                <w:color w:val="FFFFFF"/>
                <w:sz w:val="18"/>
              </w:rPr>
              <w:t>Laukas</w:t>
            </w:r>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7EFBA718" w14:textId="77777777" w:rsidR="00A5425F" w:rsidRDefault="00A5425F" w:rsidP="000B505C">
            <w:pPr>
              <w:spacing w:after="0" w:line="240" w:lineRule="auto"/>
              <w:rPr>
                <w:rFonts w:hint="eastAsia"/>
              </w:rPr>
            </w:pPr>
            <w:r>
              <w:rPr>
                <w:rFonts w:ascii="Ubuntu" w:eastAsia="Ubuntu" w:hAnsi="Ubuntu" w:cs="Ubuntu" w:hint="eastAsia"/>
                <w:b/>
                <w:color w:val="FFFFFF"/>
                <w:sz w:val="18"/>
              </w:rPr>
              <w:t>Atsakymas</w:t>
            </w:r>
          </w:p>
        </w:tc>
      </w:tr>
      <w:tr w:rsidR="00A5425F" w:rsidRPr="000715DF" w14:paraId="36F3761C"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7A474D7B" w14:textId="77777777" w:rsidR="00A5425F" w:rsidRPr="000715DF" w:rsidRDefault="00A5425F" w:rsidP="000B505C">
            <w:pPr>
              <w:spacing w:after="0" w:line="240" w:lineRule="auto"/>
              <w:rPr>
                <w:rFonts w:hint="eastAsia"/>
                <w:lang w:val="fr-FR"/>
              </w:rPr>
            </w:pPr>
            <w:proofErr w:type="spellStart"/>
            <w:r w:rsidRPr="000715DF">
              <w:rPr>
                <w:rFonts w:eastAsia="Myriad Pro" w:cs="Myriad Pro" w:hint="eastAsia"/>
                <w:b/>
                <w:color w:val="1D2958"/>
                <w:sz w:val="18"/>
                <w:lang w:val="fr-FR"/>
              </w:rPr>
              <w:t>Produkto</w:t>
            </w:r>
            <w:proofErr w:type="spellEnd"/>
            <w:r w:rsidRPr="000715DF">
              <w:rPr>
                <w:rFonts w:eastAsia="Myriad Pro" w:cs="Myriad Pro" w:hint="eastAsia"/>
                <w:b/>
                <w:color w:val="1D2958"/>
                <w:sz w:val="18"/>
                <w:lang w:val="fr-FR"/>
              </w:rPr>
              <w:t xml:space="preserve"> </w:t>
            </w:r>
            <w:proofErr w:type="spellStart"/>
            <w:r w:rsidRPr="000715DF">
              <w:rPr>
                <w:rFonts w:eastAsia="Myriad Pro" w:cs="Myriad Pro" w:hint="eastAsia"/>
                <w:b/>
                <w:color w:val="1D2958"/>
                <w:sz w:val="18"/>
                <w:lang w:val="fr-FR"/>
              </w:rPr>
              <w:t>arba</w:t>
            </w:r>
            <w:proofErr w:type="spellEnd"/>
            <w:r w:rsidRPr="000715DF">
              <w:rPr>
                <w:rFonts w:eastAsia="Myriad Pro" w:cs="Myriad Pro" w:hint="eastAsia"/>
                <w:b/>
                <w:color w:val="1D2958"/>
                <w:sz w:val="18"/>
                <w:lang w:val="fr-FR"/>
              </w:rPr>
              <w:t xml:space="preserve"> </w:t>
            </w:r>
            <w:proofErr w:type="spellStart"/>
            <w:r w:rsidRPr="000715DF">
              <w:rPr>
                <w:rFonts w:eastAsia="Myriad Pro" w:cs="Myriad Pro" w:hint="eastAsia"/>
                <w:b/>
                <w:color w:val="1D2958"/>
                <w:sz w:val="18"/>
                <w:lang w:val="fr-FR"/>
              </w:rPr>
              <w:t>paslaugos</w:t>
            </w:r>
            <w:proofErr w:type="spellEnd"/>
            <w:r w:rsidRPr="000715DF">
              <w:rPr>
                <w:rFonts w:eastAsia="Myriad Pro" w:cs="Myriad Pro" w:hint="eastAsia"/>
                <w:b/>
                <w:color w:val="1D2958"/>
                <w:sz w:val="18"/>
                <w:lang w:val="fr-FR"/>
              </w:rPr>
              <w:t xml:space="preserve"> </w:t>
            </w:r>
            <w:proofErr w:type="spellStart"/>
            <w:r w:rsidRPr="000715DF">
              <w:rPr>
                <w:rFonts w:eastAsia="Myriad Pro" w:cs="Myriad Pro" w:hint="eastAsia"/>
                <w:b/>
                <w:color w:val="1D2958"/>
                <w:sz w:val="18"/>
                <w:lang w:val="fr-FR"/>
              </w:rPr>
              <w:t>pavadinimas</w:t>
            </w:r>
            <w:proofErr w:type="spellEnd"/>
            <w:r w:rsidRPr="000715DF">
              <w:rPr>
                <w:rFonts w:eastAsia="Myriad Pro" w:cs="Myriad Pro" w:hint="eastAsia"/>
                <w:b/>
                <w:color w:val="1D2958"/>
                <w:sz w:val="18"/>
                <w:lang w:val="fr-FR"/>
              </w:rPr>
              <w:t xml:space="preserve"> (</w:t>
            </w:r>
            <w:proofErr w:type="spellStart"/>
            <w:r w:rsidRPr="000715DF">
              <w:rPr>
                <w:rFonts w:eastAsia="Myriad Pro" w:cs="Myriad Pro" w:hint="eastAsia"/>
                <w:b/>
                <w:color w:val="1D2958"/>
                <w:sz w:val="18"/>
                <w:lang w:val="fr-FR"/>
              </w:rPr>
              <w:t>privaloma</w:t>
            </w:r>
            <w:proofErr w:type="spellEnd"/>
            <w:r w:rsidRPr="000715DF">
              <w:rPr>
                <w:rFonts w:eastAsia="Myriad Pro" w:cs="Myriad Pro" w:hint="eastAsia"/>
                <w:b/>
                <w:color w:val="1D2958"/>
                <w:sz w:val="18"/>
                <w:lang w:val="fr-FR"/>
              </w:rPr>
              <w: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1C745BD3" w14:textId="77777777" w:rsidR="00A5425F" w:rsidRPr="000715DF" w:rsidRDefault="00A5425F" w:rsidP="000B505C">
            <w:pPr>
              <w:spacing w:after="0" w:line="240" w:lineRule="auto"/>
              <w:rPr>
                <w:rFonts w:hint="eastAsia"/>
                <w:lang w:val="fr-FR"/>
              </w:rPr>
            </w:pPr>
          </w:p>
        </w:tc>
      </w:tr>
      <w:tr w:rsidR="00A5425F" w14:paraId="427AA205"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506DC73" w14:textId="374D70EE" w:rsidR="00A5425F" w:rsidRDefault="00A5425F" w:rsidP="000B505C">
            <w:pPr>
              <w:spacing w:after="0" w:line="240" w:lineRule="auto"/>
              <w:rPr>
                <w:rFonts w:hint="eastAsia"/>
              </w:rPr>
            </w:pPr>
            <w:proofErr w:type="spellStart"/>
            <w:r>
              <w:rPr>
                <w:rFonts w:eastAsia="Myriad Pro" w:cs="Myriad Pro" w:hint="eastAsia"/>
                <w:b/>
                <w:color w:val="1D2958"/>
                <w:sz w:val="18"/>
              </w:rPr>
              <w:t>Modelis</w:t>
            </w:r>
            <w:proofErr w:type="spellEnd"/>
            <w:r>
              <w:rPr>
                <w:rFonts w:eastAsia="Myriad Pro" w:cs="Myriad Pro" w:hint="eastAsia"/>
                <w:b/>
                <w:color w:val="1D2958"/>
                <w:sz w:val="18"/>
              </w:rPr>
              <w:t xml:space="preserve"> (</w:t>
            </w:r>
            <w:proofErr w:type="spellStart"/>
            <w:r>
              <w:rPr>
                <w:rFonts w:eastAsia="Myriad Pro" w:cs="Myriad Pro" w:hint="eastAsia"/>
                <w:b/>
                <w:color w:val="1D2958"/>
                <w:sz w:val="18"/>
              </w:rPr>
              <w:t>jei</w:t>
            </w:r>
            <w:proofErr w:type="spellEnd"/>
            <w:r>
              <w:rPr>
                <w:rFonts w:eastAsia="Myriad Pro" w:cs="Myriad Pro" w:hint="eastAsia"/>
                <w:b/>
                <w:color w:val="1D2958"/>
                <w:sz w:val="18"/>
              </w:rPr>
              <w:t xml:space="preserve"> </w:t>
            </w:r>
            <w:proofErr w:type="spellStart"/>
            <w:r>
              <w:rPr>
                <w:rFonts w:eastAsia="Myriad Pro" w:cs="Myriad Pro" w:hint="eastAsia"/>
                <w:b/>
                <w:color w:val="1D2958"/>
                <w:sz w:val="18"/>
              </w:rPr>
              <w:t>taikoma</w:t>
            </w:r>
            <w:proofErr w:type="spellEnd"/>
            <w:r>
              <w:rPr>
                <w:rFonts w:eastAsia="Myriad Pro" w:cs="Myriad Pro" w:hint="eastAsia"/>
                <w:b/>
                <w:color w:val="1D2958"/>
                <w:sz w:val="18"/>
              </w:rPr>
              <w: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6343FE2B" w14:textId="77777777" w:rsidR="00A5425F" w:rsidRDefault="00A5425F" w:rsidP="000B505C">
            <w:pPr>
              <w:spacing w:after="0" w:line="240" w:lineRule="auto"/>
              <w:rPr>
                <w:rFonts w:hint="eastAsia"/>
              </w:rPr>
            </w:pPr>
          </w:p>
        </w:tc>
      </w:tr>
      <w:tr w:rsidR="00A5425F" w14:paraId="29597FDE"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75A670F4" w14:textId="29C35B81" w:rsidR="00A5425F" w:rsidRDefault="00A5425F" w:rsidP="000B505C">
            <w:pPr>
              <w:spacing w:after="0" w:line="240" w:lineRule="auto"/>
              <w:rPr>
                <w:rFonts w:hint="eastAsia"/>
              </w:rPr>
            </w:pPr>
            <w:r>
              <w:rPr>
                <w:rFonts w:eastAsia="Myriad Pro" w:cs="Myriad Pro" w:hint="eastAsia"/>
                <w:b/>
                <w:color w:val="1D2958"/>
                <w:sz w:val="18"/>
              </w:rPr>
              <w:t>Aparatinės įrangos versija (jei žinoma)</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0D484A5D" w14:textId="77777777" w:rsidR="00A5425F" w:rsidRDefault="00A5425F" w:rsidP="000B505C">
            <w:pPr>
              <w:spacing w:after="0" w:line="240" w:lineRule="auto"/>
              <w:rPr>
                <w:rFonts w:hint="eastAsia"/>
              </w:rPr>
            </w:pPr>
          </w:p>
        </w:tc>
      </w:tr>
      <w:tr w:rsidR="00A5425F" w14:paraId="21CB9F50"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98B3652" w14:textId="511FB920" w:rsidR="00A5425F" w:rsidRDefault="00A73F26" w:rsidP="000B505C">
            <w:pPr>
              <w:spacing w:after="0" w:line="240" w:lineRule="auto"/>
              <w:rPr>
                <w:rFonts w:hint="eastAsia"/>
              </w:rPr>
            </w:pPr>
            <w:r>
              <w:rPr>
                <w:rFonts w:eastAsia="Myriad Pro" w:cs="Myriad Pro"/>
                <w:b/>
                <w:color w:val="1D2958"/>
                <w:sz w:val="18"/>
              </w:rPr>
              <w:t>Programinės aparatinės įrangos / programinės įrangos / programos versija (jei žinoma)</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1CAFDD5B" w14:textId="77777777" w:rsidR="00A5425F" w:rsidRDefault="00A5425F" w:rsidP="000B505C">
            <w:pPr>
              <w:spacing w:after="0" w:line="240" w:lineRule="auto"/>
              <w:rPr>
                <w:rFonts w:hint="eastAsia"/>
              </w:rPr>
            </w:pPr>
          </w:p>
        </w:tc>
      </w:tr>
      <w:tr w:rsidR="00A5425F" w14:paraId="73D070AA"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BAB7CD5" w14:textId="48876666" w:rsidR="00A5425F" w:rsidRDefault="007D6092" w:rsidP="000B505C">
            <w:pPr>
              <w:spacing w:after="0" w:line="240" w:lineRule="auto"/>
              <w:rPr>
                <w:rFonts w:hint="eastAsia"/>
              </w:rPr>
            </w:pPr>
            <w:r>
              <w:rPr>
                <w:rFonts w:eastAsia="Myriad Pro" w:cs="Myriad Pro"/>
                <w:b/>
                <w:color w:val="1D2958"/>
                <w:sz w:val="18"/>
              </w:rPr>
              <w:lastRenderedPageBreak/>
              <w:t>Šalis / regionas</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1CE0B6C5" w14:textId="77777777" w:rsidR="00A5425F" w:rsidRDefault="00A5425F" w:rsidP="000B505C">
            <w:pPr>
              <w:spacing w:after="0" w:line="240" w:lineRule="auto"/>
              <w:rPr>
                <w:rFonts w:hint="eastAsia"/>
              </w:rPr>
            </w:pPr>
          </w:p>
        </w:tc>
      </w:tr>
      <w:tr w:rsidR="00A5425F" w14:paraId="0743AC2A"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E7F2671" w14:textId="493072AB" w:rsidR="00A5425F" w:rsidRDefault="007D6092" w:rsidP="000B505C">
            <w:pPr>
              <w:spacing w:after="0" w:line="240" w:lineRule="auto"/>
              <w:rPr>
                <w:rFonts w:hint="eastAsia"/>
              </w:rPr>
            </w:pPr>
            <w:r>
              <w:rPr>
                <w:rFonts w:eastAsia="Myriad Pro" w:cs="Myriad Pro"/>
                <w:b/>
                <w:color w:val="1D2958"/>
                <w:sz w:val="18"/>
              </w:rPr>
              <w:t>Kita svarbi konfigūracijos informacija</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0EF27A1F" w14:textId="77777777" w:rsidR="00A5425F" w:rsidRDefault="00A5425F" w:rsidP="000B505C">
            <w:pPr>
              <w:spacing w:after="0" w:line="240" w:lineRule="auto"/>
              <w:rPr>
                <w:rFonts w:hint="eastAsia"/>
              </w:rPr>
            </w:pPr>
          </w:p>
        </w:tc>
      </w:tr>
    </w:tbl>
    <w:p w14:paraId="3454BA03" w14:textId="77777777" w:rsidR="00A5425F" w:rsidRDefault="00A5425F" w:rsidP="00A5425F">
      <w:pPr>
        <w:spacing w:after="110" w:line="259" w:lineRule="auto"/>
        <w:rPr>
          <w:rFonts w:hint="eastAsia"/>
        </w:rPr>
      </w:pPr>
    </w:p>
    <w:p w14:paraId="3170C933" w14:textId="4E1DD7FD" w:rsidR="00A5425F" w:rsidRDefault="00A5425F" w:rsidP="00A5425F">
      <w:pPr>
        <w:pStyle w:val="Heading2"/>
        <w:spacing w:after="80"/>
      </w:pPr>
      <w:bookmarkStart w:id="3" w:name="_Toc239339914"/>
      <w:r>
        <w:rPr>
          <w:rFonts w:ascii="Ubuntu" w:eastAsia="Ubuntu" w:hAnsi="Ubuntu" w:cs="Ubuntu" w:hint="eastAsia"/>
          <w:u w:val="single"/>
        </w:rPr>
        <w:t>3. Įtariamo saugumo pažeidžiamumo aprašymas</w:t>
      </w:r>
      <w:bookmarkEnd w:id="3"/>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A5425F" w14:paraId="2542AB73" w14:textId="77777777" w:rsidTr="000B505C">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4EE387A3" w14:textId="77777777" w:rsidR="00A5425F" w:rsidRDefault="00A5425F" w:rsidP="000B505C">
            <w:pPr>
              <w:spacing w:after="0" w:line="240" w:lineRule="auto"/>
              <w:rPr>
                <w:rFonts w:hint="eastAsia"/>
              </w:rPr>
            </w:pPr>
            <w:r>
              <w:rPr>
                <w:rFonts w:ascii="Ubuntu" w:eastAsia="Ubuntu" w:hAnsi="Ubuntu" w:cs="Ubuntu" w:hint="eastAsia"/>
                <w:b/>
                <w:color w:val="FFFFFF"/>
                <w:sz w:val="18"/>
              </w:rPr>
              <w:t>Laukas</w:t>
            </w:r>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09D75774" w14:textId="77777777" w:rsidR="00A5425F" w:rsidRDefault="00A5425F" w:rsidP="000B505C">
            <w:pPr>
              <w:spacing w:after="0" w:line="240" w:lineRule="auto"/>
              <w:rPr>
                <w:rFonts w:hint="eastAsia"/>
              </w:rPr>
            </w:pPr>
            <w:r>
              <w:rPr>
                <w:rFonts w:ascii="Ubuntu" w:eastAsia="Ubuntu" w:hAnsi="Ubuntu" w:cs="Ubuntu" w:hint="eastAsia"/>
                <w:b/>
                <w:color w:val="FFFFFF"/>
                <w:sz w:val="18"/>
              </w:rPr>
              <w:t>Atsakymas</w:t>
            </w:r>
          </w:p>
        </w:tc>
      </w:tr>
      <w:tr w:rsidR="00A5425F" w14:paraId="411E80B2"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09B817FF" w14:textId="38033EC0" w:rsidR="00A5425F" w:rsidRDefault="0026323C" w:rsidP="000B505C">
            <w:pPr>
              <w:spacing w:after="0" w:line="240" w:lineRule="auto"/>
              <w:rPr>
                <w:rFonts w:hint="eastAsia"/>
              </w:rPr>
            </w:pPr>
            <w:r>
              <w:rPr>
                <w:rFonts w:eastAsia="Myriad Pro" w:cs="Myriad Pro"/>
                <w:b/>
                <w:color w:val="1D2958"/>
                <w:sz w:val="18"/>
              </w:rPr>
              <w:t>Trumpas pavadinimas (privaloma)</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767D5478" w14:textId="2FDFDE72" w:rsidR="00A5425F" w:rsidRDefault="00A5425F" w:rsidP="000B505C">
            <w:pPr>
              <w:spacing w:after="0" w:line="240" w:lineRule="auto"/>
              <w:rPr>
                <w:rFonts w:hint="eastAsia"/>
              </w:rPr>
            </w:pPr>
          </w:p>
        </w:tc>
      </w:tr>
      <w:tr w:rsidR="0026323C" w14:paraId="3E51C3AC"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4A0EB080" w14:textId="77777777" w:rsidR="0026323C" w:rsidRDefault="0026323C" w:rsidP="000B505C">
            <w:pPr>
              <w:spacing w:after="0" w:line="240" w:lineRule="auto"/>
              <w:rPr>
                <w:rFonts w:eastAsia="Myriad Pro" w:cs="Myriad Pro"/>
                <w:b/>
                <w:color w:val="1D2958"/>
                <w:sz w:val="18"/>
              </w:rPr>
            </w:pPr>
            <w:r>
              <w:rPr>
                <w:rFonts w:eastAsia="Myriad Pro" w:cs="Myriad Pro"/>
                <w:b/>
                <w:color w:val="1D2958"/>
                <w:sz w:val="18"/>
              </w:rPr>
              <w:t>Aprašykite nustatytą saugumo problemą (privaloma)</w:t>
            </w:r>
          </w:p>
          <w:p w14:paraId="5EDC6E74" w14:textId="044A2957" w:rsidR="00BF587A" w:rsidRDefault="00BF587A" w:rsidP="000B505C">
            <w:pPr>
              <w:spacing w:after="0" w:line="240" w:lineRule="auto"/>
              <w:rPr>
                <w:rFonts w:eastAsia="Myriad Pro" w:cs="Myriad Pro"/>
                <w:b/>
                <w:color w:val="1D2958"/>
                <w:sz w:val="18"/>
              </w:rPr>
            </w:pP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49863FFE" w14:textId="3A658EA9" w:rsidR="0026323C" w:rsidRPr="00957EDE" w:rsidRDefault="0026323C" w:rsidP="000B505C">
            <w:pPr>
              <w:spacing w:after="0" w:line="240" w:lineRule="auto"/>
              <w:rPr>
                <w:rFonts w:hint="eastAsia"/>
              </w:rPr>
            </w:pPr>
          </w:p>
        </w:tc>
      </w:tr>
      <w:tr w:rsidR="00F517B9" w:rsidRPr="000715DF" w14:paraId="0D93E63C"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5642C5A" w14:textId="10D9169C" w:rsidR="00F517B9" w:rsidRPr="000715DF" w:rsidRDefault="00F517B9" w:rsidP="000B505C">
            <w:pPr>
              <w:spacing w:after="0" w:line="240" w:lineRule="auto"/>
              <w:rPr>
                <w:rFonts w:eastAsia="Myriad Pro" w:cs="Myriad Pro"/>
                <w:b/>
                <w:color w:val="1D2958"/>
                <w:sz w:val="18"/>
                <w:lang w:val="pl-PL"/>
              </w:rPr>
            </w:pPr>
            <w:proofErr w:type="spellStart"/>
            <w:r w:rsidRPr="000715DF">
              <w:rPr>
                <w:rFonts w:eastAsia="Myriad Pro" w:cs="Myriad Pro"/>
                <w:b/>
                <w:color w:val="1D2958"/>
                <w:sz w:val="18"/>
                <w:lang w:val="pl-PL"/>
              </w:rPr>
              <w:t>Kada</w:t>
            </w:r>
            <w:proofErr w:type="spellEnd"/>
            <w:r w:rsidRPr="000715DF">
              <w:rPr>
                <w:rFonts w:eastAsia="Myriad Pro" w:cs="Myriad Pro"/>
                <w:b/>
                <w:color w:val="1D2958"/>
                <w:sz w:val="18"/>
                <w:lang w:val="pl-PL"/>
              </w:rPr>
              <w:t xml:space="preserve"> </w:t>
            </w:r>
            <w:proofErr w:type="spellStart"/>
            <w:r w:rsidRPr="000715DF">
              <w:rPr>
                <w:rFonts w:eastAsia="Myriad Pro" w:cs="Myriad Pro"/>
                <w:b/>
                <w:color w:val="1D2958"/>
                <w:sz w:val="18"/>
                <w:lang w:val="pl-PL"/>
              </w:rPr>
              <w:t>pirmą</w:t>
            </w:r>
            <w:proofErr w:type="spellEnd"/>
            <w:r w:rsidRPr="000715DF">
              <w:rPr>
                <w:rFonts w:eastAsia="Myriad Pro" w:cs="Myriad Pro"/>
                <w:b/>
                <w:color w:val="1D2958"/>
                <w:sz w:val="18"/>
                <w:lang w:val="pl-PL"/>
              </w:rPr>
              <w:t xml:space="preserve"> kartą </w:t>
            </w:r>
            <w:proofErr w:type="spellStart"/>
            <w:r w:rsidRPr="000715DF">
              <w:rPr>
                <w:rFonts w:eastAsia="Myriad Pro" w:cs="Myriad Pro"/>
                <w:b/>
                <w:color w:val="1D2958"/>
                <w:sz w:val="18"/>
                <w:lang w:val="pl-PL"/>
              </w:rPr>
              <w:t>pastebėjote</w:t>
            </w:r>
            <w:proofErr w:type="spellEnd"/>
            <w:r w:rsidRPr="000715DF">
              <w:rPr>
                <w:rFonts w:eastAsia="Myriad Pro" w:cs="Myriad Pro"/>
                <w:b/>
                <w:color w:val="1D2958"/>
                <w:sz w:val="18"/>
                <w:lang w:val="pl-PL"/>
              </w:rPr>
              <w:t xml:space="preserve"> </w:t>
            </w:r>
            <w:proofErr w:type="spellStart"/>
            <w:r w:rsidRPr="000715DF">
              <w:rPr>
                <w:rFonts w:eastAsia="Myriad Pro" w:cs="Myriad Pro"/>
                <w:b/>
                <w:color w:val="1D2958"/>
                <w:sz w:val="18"/>
                <w:lang w:val="pl-PL"/>
              </w:rPr>
              <w:t>problemą</w:t>
            </w:r>
            <w:proofErr w:type="spellEnd"/>
            <w:r w:rsidRPr="000715DF">
              <w:rPr>
                <w:rFonts w:eastAsia="Myriad Pro" w:cs="Myriad Pro"/>
                <w:b/>
                <w:color w:val="1D2958"/>
                <w:sz w:val="18"/>
                <w:lang w:val="pl-PL"/>
              </w:rPr>
              <w: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5F063E61" w14:textId="77777777" w:rsidR="00F517B9" w:rsidRPr="000715DF" w:rsidRDefault="00F517B9" w:rsidP="000B505C">
            <w:pPr>
              <w:spacing w:after="0" w:line="240" w:lineRule="auto"/>
              <w:rPr>
                <w:rFonts w:hint="eastAsia"/>
                <w:lang w:val="pl-PL"/>
              </w:rPr>
            </w:pPr>
          </w:p>
        </w:tc>
      </w:tr>
      <w:tr w:rsidR="00F517B9" w14:paraId="4ACE11EA"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AB48F10" w14:textId="2F53ABD5" w:rsidR="00F517B9" w:rsidRDefault="00F517B9" w:rsidP="000B505C">
            <w:pPr>
              <w:spacing w:after="0" w:line="240" w:lineRule="auto"/>
              <w:rPr>
                <w:rFonts w:eastAsia="Myriad Pro" w:cs="Myriad Pro"/>
                <w:b/>
                <w:color w:val="1D2958"/>
                <w:sz w:val="18"/>
              </w:rPr>
            </w:pPr>
            <w:r>
              <w:rPr>
                <w:rFonts w:eastAsia="Myriad Pro" w:cs="Myriad Pro"/>
                <w:b/>
                <w:color w:val="1D2958"/>
                <w:sz w:val="18"/>
              </w:rPr>
              <w:t xml:space="preserve">Ko </w:t>
            </w:r>
            <w:proofErr w:type="spellStart"/>
            <w:r>
              <w:rPr>
                <w:rFonts w:eastAsia="Myriad Pro" w:cs="Myriad Pro"/>
                <w:b/>
                <w:color w:val="1D2958"/>
                <w:sz w:val="18"/>
              </w:rPr>
              <w:t>tikėjotės</w:t>
            </w:r>
            <w:proofErr w:type="spellEnd"/>
            <w:r>
              <w:rPr>
                <w:rFonts w:eastAsia="Myriad Pro" w:cs="Myriad Pro"/>
                <w:b/>
                <w:color w:val="1D2958"/>
                <w:sz w:val="18"/>
              </w:rPr>
              <w:t>?</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3BE13C2B" w14:textId="77777777" w:rsidR="00F517B9" w:rsidRDefault="00F517B9" w:rsidP="000B505C">
            <w:pPr>
              <w:spacing w:after="0" w:line="240" w:lineRule="auto"/>
              <w:rPr>
                <w:rFonts w:hint="eastAsia"/>
              </w:rPr>
            </w:pPr>
          </w:p>
        </w:tc>
      </w:tr>
      <w:tr w:rsidR="00F517B9" w14:paraId="286F1837"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4B2B756C" w14:textId="2A7DB67B" w:rsidR="00F517B9" w:rsidRDefault="00F517B9" w:rsidP="000B505C">
            <w:pPr>
              <w:spacing w:after="0" w:line="240" w:lineRule="auto"/>
              <w:rPr>
                <w:rFonts w:eastAsia="Myriad Pro" w:cs="Myriad Pro"/>
                <w:b/>
                <w:color w:val="1D2958"/>
                <w:sz w:val="18"/>
              </w:rPr>
            </w:pPr>
            <w:r>
              <w:rPr>
                <w:rFonts w:eastAsia="Myriad Pro" w:cs="Myriad Pro"/>
                <w:b/>
                <w:color w:val="1D2958"/>
                <w:sz w:val="18"/>
              </w:rPr>
              <w:t>Kas iš tikrųjų įvyko?</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5D448354" w14:textId="77777777" w:rsidR="00F517B9" w:rsidRDefault="00F517B9" w:rsidP="000B505C">
            <w:pPr>
              <w:spacing w:after="0" w:line="240" w:lineRule="auto"/>
              <w:rPr>
                <w:rFonts w:hint="eastAsia"/>
              </w:rPr>
            </w:pPr>
          </w:p>
        </w:tc>
      </w:tr>
      <w:tr w:rsidR="00F517B9" w14:paraId="10F038E4"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590309AD" w14:textId="56738CC4" w:rsidR="00F517B9" w:rsidRDefault="00F517B9" w:rsidP="000B505C">
            <w:pPr>
              <w:spacing w:after="0" w:line="240" w:lineRule="auto"/>
              <w:rPr>
                <w:rFonts w:eastAsia="Myriad Pro" w:cs="Myriad Pro"/>
                <w:b/>
                <w:color w:val="1D2958"/>
                <w:sz w:val="18"/>
              </w:rPr>
            </w:pPr>
            <w:r>
              <w:rPr>
                <w:rFonts w:eastAsia="Myriad Pro" w:cs="Myriad Pro"/>
                <w:b/>
                <w:color w:val="1D2958"/>
                <w:sz w:val="18"/>
              </w:rPr>
              <w:t>Ar galite atkurti problemą?</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649706E4" w14:textId="2CA31542" w:rsidR="002F0A10" w:rsidRPr="00224AE7" w:rsidRDefault="007F6EF4" w:rsidP="000B505C">
            <w:pPr>
              <w:spacing w:after="0" w:line="240" w:lineRule="auto"/>
              <w:rPr>
                <w:rFonts w:eastAsia="Myriad Pro" w:cs="Myriad Pro"/>
                <w:sz w:val="18"/>
                <w:szCs w:val="21"/>
              </w:rPr>
            </w:pPr>
            <w:sdt>
              <w:sdtPr>
                <w:alias w:val="Checkbox 9"/>
                <w:tag w:val="CHECKBOX_0009"/>
                <w:id w:val="219563174"/>
                <w14:checkbox>
                  <w14:checked w14:val="0"/>
                  <w14:checkedState w14:val="2612" w14:font="Arial"/>
                  <w14:uncheckedState w14:val="2610" w14:font="Arial"/>
                </w14:checkbox>
              </w:sdtPr>
              <w:sdtEndPr/>
              <w:sdtContent>
                <w:r w:rsidR="00F517B9">
                  <w:rPr>
                    <w:rFonts w:ascii="Arial" w:hAnsi="Arial" w:cs="Arial"/>
                  </w:rPr>
                  <w:t>☐</w:t>
                </w:r>
              </w:sdtContent>
            </w:sdt>
            <w:r w:rsidR="00F517B9">
              <w:rPr>
                <w:rFonts w:eastAsia="Myriad Pro" w:cs="Myriad Pro" w:hint="eastAsia"/>
                <w:sz w:val="18"/>
                <w:szCs w:val="21"/>
              </w:rPr>
              <w:t xml:space="preserve"> </w:t>
            </w:r>
            <w:r w:rsidR="00F517B9">
              <w:rPr>
                <w:rFonts w:eastAsia="Myriad Pro" w:cs="Myriad Pro"/>
                <w:sz w:val="18"/>
                <w:szCs w:val="21"/>
              </w:rPr>
              <w:t>Taip</w:t>
            </w:r>
            <w:r w:rsidR="00F517B9">
              <w:rPr>
                <w:rFonts w:eastAsia="Myriad Pro" w:cs="Myriad Pro" w:hint="eastAsia"/>
                <w:sz w:val="18"/>
                <w:szCs w:val="21"/>
              </w:rPr>
              <w:t xml:space="preserve"> </w:t>
            </w:r>
            <w:sdt>
              <w:sdtPr>
                <w:alias w:val="Checkbox 10"/>
                <w:tag w:val="CHECKBOX_0010"/>
                <w:id w:val="-192616713"/>
                <w14:checkbox>
                  <w14:checked w14:val="0"/>
                  <w14:checkedState w14:val="2612" w14:font="Arial"/>
                  <w14:uncheckedState w14:val="2610" w14:font="Arial"/>
                </w14:checkbox>
              </w:sdtPr>
              <w:sdtEndPr/>
              <w:sdtContent>
                <w:r w:rsidR="00F517B9">
                  <w:rPr>
                    <w:rFonts w:ascii="Arial" w:hAnsi="Arial" w:cs="Arial"/>
                  </w:rPr>
                  <w:t>☐</w:t>
                </w:r>
              </w:sdtContent>
            </w:sdt>
            <w:r w:rsidR="00F517B9">
              <w:rPr>
                <w:rFonts w:eastAsia="Myriad Pro" w:cs="Myriad Pro" w:hint="eastAsia"/>
                <w:sz w:val="18"/>
                <w:szCs w:val="21"/>
              </w:rPr>
              <w:t xml:space="preserve"> </w:t>
            </w:r>
            <w:r w:rsidR="00F517B9">
              <w:rPr>
                <w:rFonts w:eastAsia="Myriad Pro" w:cs="Myriad Pro"/>
                <w:sz w:val="18"/>
                <w:szCs w:val="21"/>
              </w:rPr>
              <w:t>Ne</w:t>
            </w:r>
            <w:r w:rsidR="00F517B9">
              <w:rPr>
                <w:rFonts w:eastAsia="Myriad Pro" w:cs="Myriad Pro" w:hint="eastAsia"/>
                <w:sz w:val="18"/>
                <w:szCs w:val="21"/>
              </w:rPr>
              <w:t xml:space="preserve"> </w:t>
            </w:r>
            <w:sdt>
              <w:sdtPr>
                <w:alias w:val="Checkbox 11"/>
                <w:tag w:val="CHECKBOX_0011"/>
                <w:id w:val="-44069672"/>
                <w14:checkbox>
                  <w14:checked w14:val="0"/>
                  <w14:checkedState w14:val="2612" w14:font="Arial"/>
                  <w14:uncheckedState w14:val="2610" w14:font="Arial"/>
                </w14:checkbox>
              </w:sdtPr>
              <w:sdtEndPr/>
              <w:sdtContent>
                <w:r w:rsidR="00F517B9">
                  <w:rPr>
                    <w:rFonts w:ascii="Arial" w:hAnsi="Arial" w:cs="Arial"/>
                  </w:rPr>
                  <w:t>☐</w:t>
                </w:r>
              </w:sdtContent>
            </w:sdt>
            <w:r w:rsidR="00F517B9">
              <w:rPr>
                <w:rFonts w:eastAsia="Myriad Pro" w:cs="Myriad Pro" w:hint="eastAsia"/>
                <w:sz w:val="18"/>
                <w:szCs w:val="21"/>
              </w:rPr>
              <w:t xml:space="preserve"> </w:t>
            </w:r>
            <w:r w:rsidR="00F517B9">
              <w:rPr>
                <w:rFonts w:eastAsia="Myriad Pro" w:cs="Myriad Pro"/>
                <w:sz w:val="18"/>
                <w:szCs w:val="21"/>
              </w:rPr>
              <w:t>Kartais</w:t>
            </w:r>
            <w:r w:rsidR="00B0684D">
              <w:rPr>
                <w:rFonts w:eastAsia="Myriad Pro" w:cs="Myriad Pro"/>
                <w:sz w:val="18"/>
                <w:szCs w:val="21"/>
              </w:rPr>
              <w:t xml:space="preserve"> </w:t>
            </w:r>
            <w:r w:rsidR="002F0A10" w:rsidRPr="002F0A10">
              <w:rPr>
                <w:rFonts w:ascii="Segoe UI Symbol" w:eastAsia="Myriad Pro" w:hAnsi="Segoe UI Symbol" w:cs="Segoe UI Symbol"/>
                <w:sz w:val="18"/>
                <w:szCs w:val="21"/>
              </w:rPr>
              <w:t>☐</w:t>
            </w:r>
            <w:r w:rsidR="002F0A10" w:rsidRPr="002F0A10">
              <w:rPr>
                <w:rFonts w:eastAsia="Myriad Pro" w:cs="Myriad Pro"/>
                <w:sz w:val="18"/>
                <w:szCs w:val="21"/>
              </w:rPr>
              <w:t xml:space="preserve"> Nežinoma</w:t>
            </w:r>
          </w:p>
        </w:tc>
      </w:tr>
      <w:tr w:rsidR="00BF587A" w14:paraId="77C5801A"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D7EF609" w14:textId="07735993" w:rsidR="00BF587A" w:rsidRDefault="00BF587A" w:rsidP="000B505C">
            <w:pPr>
              <w:spacing w:after="0" w:line="240" w:lineRule="auto"/>
              <w:rPr>
                <w:rFonts w:eastAsia="Myriad Pro" w:cs="Myriad Pro"/>
                <w:b/>
                <w:color w:val="1D2958"/>
                <w:sz w:val="18"/>
              </w:rPr>
            </w:pPr>
            <w:r>
              <w:rPr>
                <w:rFonts w:eastAsia="Myriad Pro" w:cs="Myriad Pro"/>
                <w:b/>
                <w:color w:val="1D2958"/>
                <w:sz w:val="18"/>
              </w:rPr>
              <w:t>Jei įmanoma, aprašykite veiksmus, reikalingus problemai atkurti:</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2AB18845" w14:textId="77777777" w:rsidR="00BF587A" w:rsidRDefault="00BF587A" w:rsidP="000B505C">
            <w:pPr>
              <w:spacing w:after="0" w:line="240" w:lineRule="auto"/>
              <w:rPr>
                <w:rFonts w:hint="eastAsia"/>
              </w:rPr>
            </w:pPr>
          </w:p>
        </w:tc>
      </w:tr>
      <w:tr w:rsidR="0074711A" w14:paraId="68B35F76"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24AFAF5" w14:textId="1CB2ECAF" w:rsidR="0074711A" w:rsidRDefault="0074711A" w:rsidP="000B505C">
            <w:pPr>
              <w:spacing w:after="0" w:line="240" w:lineRule="auto"/>
              <w:rPr>
                <w:rFonts w:eastAsia="Myriad Pro" w:cs="Myriad Pro"/>
                <w:b/>
                <w:color w:val="1D2958"/>
                <w:sz w:val="18"/>
              </w:rPr>
            </w:pPr>
            <w:r>
              <w:rPr>
                <w:rFonts w:eastAsia="Myriad Pro" w:cs="Myriad Pro"/>
                <w:b/>
                <w:color w:val="1D2958"/>
                <w:sz w:val="18"/>
              </w:rPr>
              <w:t>Kokį poveikį saugumui, jūsų nuomone, gali turėti ši problema?</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718A7B91" w14:textId="77777777" w:rsidR="0074711A" w:rsidRDefault="0074711A" w:rsidP="000B505C">
            <w:pPr>
              <w:spacing w:after="0" w:line="240" w:lineRule="auto"/>
              <w:rPr>
                <w:rFonts w:hint="eastAsia"/>
              </w:rPr>
            </w:pPr>
          </w:p>
        </w:tc>
      </w:tr>
      <w:tr w:rsidR="0074711A" w14:paraId="7859C677"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52D79EED" w14:textId="71E3F874" w:rsidR="0074711A" w:rsidRDefault="0074711A" w:rsidP="000B505C">
            <w:pPr>
              <w:spacing w:after="0" w:line="240" w:lineRule="auto"/>
              <w:rPr>
                <w:rFonts w:eastAsia="Myriad Pro" w:cs="Myriad Pro"/>
                <w:b/>
                <w:color w:val="1D2958"/>
                <w:sz w:val="18"/>
              </w:rPr>
            </w:pPr>
            <w:r>
              <w:rPr>
                <w:rFonts w:eastAsia="Myriad Pro" w:cs="Myriad Pro"/>
                <w:b/>
                <w:color w:val="1D2958"/>
                <w:sz w:val="18"/>
              </w:rPr>
              <w:t>Ar pridėta priedų?</w:t>
            </w:r>
          </w:p>
          <w:p w14:paraId="797325B8" w14:textId="65CCB756" w:rsidR="0074711A" w:rsidRPr="0074711A" w:rsidRDefault="0074711A" w:rsidP="000B505C">
            <w:pPr>
              <w:spacing w:after="0" w:line="240" w:lineRule="auto"/>
              <w:rPr>
                <w:rFonts w:eastAsia="Myriad Pro" w:cs="Myriad Pro"/>
                <w:bCs/>
                <w:color w:val="1D2958"/>
                <w:sz w:val="18"/>
              </w:rPr>
            </w:pPr>
            <w:r w:rsidRPr="0074711A">
              <w:rPr>
                <w:rFonts w:eastAsia="Myriad Pro" w:cs="Myriad Pro"/>
                <w:bCs/>
                <w:color w:val="1D2958"/>
                <w:sz w:val="18"/>
              </w:rPr>
              <w:t>Galite pridėti susijusias ekrano kopijas, žurnalus, vaizdo įrašus ar koncepcijos įrodymo informaciją.</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4C5E145C" w14:textId="77777777" w:rsidR="00C07344" w:rsidRDefault="007F6EF4" w:rsidP="00D82881">
            <w:pPr>
              <w:spacing w:after="0" w:line="240" w:lineRule="auto"/>
              <w:rPr>
                <w:rFonts w:eastAsia="Myriad Pro" w:cs="Myriad Pro"/>
                <w:sz w:val="18"/>
                <w:szCs w:val="21"/>
              </w:rPr>
            </w:pPr>
            <w:sdt>
              <w:sdtPr>
                <w:alias w:val="Checkbox 9"/>
                <w:tag w:val="CHECKBOX_0009"/>
                <w:id w:val="135007956"/>
                <w14:checkbox>
                  <w14:checked w14:val="0"/>
                  <w14:checkedState w14:val="2612" w14:font="Arial"/>
                  <w14:uncheckedState w14:val="2610" w14:font="Arial"/>
                </w14:checkbox>
              </w:sdtPr>
              <w:sdtEndPr/>
              <w:sdtContent>
                <w:r w:rsidR="00D82881">
                  <w:rPr>
                    <w:rFonts w:ascii="Segoe UI Symbol" w:hAnsi="Segoe UI Symbol" w:cs="Segoe UI Symbol"/>
                  </w:rPr>
                  <w:t>☐</w:t>
                </w:r>
              </w:sdtContent>
            </w:sdt>
            <w:r w:rsidR="00D82881">
              <w:rPr>
                <w:rFonts w:eastAsia="Myriad Pro" w:cs="Myriad Pro" w:hint="eastAsia"/>
                <w:sz w:val="18"/>
                <w:szCs w:val="21"/>
              </w:rPr>
              <w:t xml:space="preserve"> </w:t>
            </w:r>
            <w:r w:rsidR="00D82881">
              <w:rPr>
                <w:rFonts w:eastAsia="Myriad Pro" w:cs="Myriad Pro"/>
                <w:sz w:val="18"/>
                <w:szCs w:val="21"/>
              </w:rPr>
              <w:t>Taip</w:t>
            </w:r>
            <w:r w:rsidR="00D82881">
              <w:rPr>
                <w:rFonts w:eastAsia="Myriad Pro" w:cs="Myriad Pro" w:hint="eastAsia"/>
                <w:sz w:val="18"/>
                <w:szCs w:val="21"/>
              </w:rPr>
              <w:t xml:space="preserve"> </w:t>
            </w:r>
          </w:p>
          <w:p w14:paraId="517B0ACA" w14:textId="47EC3946" w:rsidR="0074711A" w:rsidRPr="0024320A" w:rsidRDefault="007F6EF4" w:rsidP="00D82881">
            <w:pPr>
              <w:spacing w:after="0" w:line="240" w:lineRule="auto"/>
              <w:rPr>
                <w:rFonts w:eastAsia="Myriad Pro" w:cs="Myriad Pro"/>
                <w:sz w:val="18"/>
                <w:szCs w:val="21"/>
              </w:rPr>
            </w:pPr>
            <w:sdt>
              <w:sdtPr>
                <w:alias w:val="Checkbox 10"/>
                <w:tag w:val="CHECKBOX_0010"/>
                <w:id w:val="394556111"/>
                <w14:checkbox>
                  <w14:checked w14:val="0"/>
                  <w14:checkedState w14:val="2612" w14:font="Arial"/>
                  <w14:uncheckedState w14:val="2610" w14:font="Arial"/>
                </w14:checkbox>
              </w:sdtPr>
              <w:sdtEndPr/>
              <w:sdtContent>
                <w:r w:rsidR="00D82881">
                  <w:rPr>
                    <w:rFonts w:ascii="Segoe UI Symbol" w:hAnsi="Segoe UI Symbol" w:cs="Segoe UI Symbol"/>
                  </w:rPr>
                  <w:t>☐</w:t>
                </w:r>
              </w:sdtContent>
            </w:sdt>
            <w:r w:rsidR="00D82881">
              <w:rPr>
                <w:rFonts w:eastAsia="Myriad Pro" w:cs="Myriad Pro" w:hint="eastAsia"/>
                <w:sz w:val="18"/>
                <w:szCs w:val="21"/>
              </w:rPr>
              <w:t xml:space="preserve"> </w:t>
            </w:r>
            <w:r w:rsidR="00D82881">
              <w:rPr>
                <w:rFonts w:eastAsia="Myriad Pro" w:cs="Myriad Pro"/>
                <w:sz w:val="18"/>
                <w:szCs w:val="21"/>
              </w:rPr>
              <w:t>Ne</w:t>
            </w:r>
          </w:p>
        </w:tc>
      </w:tr>
    </w:tbl>
    <w:p w14:paraId="1BCD7171" w14:textId="77777777" w:rsidR="0074711A" w:rsidRDefault="0074711A" w:rsidP="00A5425F">
      <w:pPr>
        <w:spacing w:after="110" w:line="259" w:lineRule="auto"/>
        <w:rPr>
          <w:rFonts w:hint="eastAsia"/>
        </w:rPr>
      </w:pPr>
    </w:p>
    <w:p w14:paraId="4CD86165" w14:textId="3B1C3BA1" w:rsidR="0074711A" w:rsidRDefault="0074711A" w:rsidP="0074711A">
      <w:pPr>
        <w:pStyle w:val="Heading2"/>
        <w:spacing w:after="80"/>
      </w:pPr>
      <w:r>
        <w:rPr>
          <w:rFonts w:ascii="Ubuntu" w:eastAsia="Ubuntu" w:hAnsi="Ubuntu" w:cs="Ubuntu"/>
          <w:u w:val="single"/>
        </w:rPr>
        <w:t>Papildoma techninė informacija (neprivaloma – saugumo tyrėjams)</w:t>
      </w:r>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74711A" w14:paraId="1F603EE2" w14:textId="77777777" w:rsidTr="00096C7B">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241D42F9" w14:textId="77777777" w:rsidR="0074711A" w:rsidRDefault="0074711A" w:rsidP="00096C7B">
            <w:pPr>
              <w:spacing w:after="0" w:line="240" w:lineRule="auto"/>
              <w:rPr>
                <w:rFonts w:hint="eastAsia"/>
              </w:rPr>
            </w:pPr>
            <w:r>
              <w:rPr>
                <w:rFonts w:ascii="Ubuntu" w:eastAsia="Ubuntu" w:hAnsi="Ubuntu" w:cs="Ubuntu" w:hint="eastAsia"/>
                <w:b/>
                <w:color w:val="FFFFFF"/>
                <w:sz w:val="18"/>
              </w:rPr>
              <w:t>Laukas</w:t>
            </w:r>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119F17C9" w14:textId="77777777" w:rsidR="0074711A" w:rsidRDefault="0074711A" w:rsidP="00096C7B">
            <w:pPr>
              <w:spacing w:after="0" w:line="240" w:lineRule="auto"/>
              <w:rPr>
                <w:rFonts w:hint="eastAsia"/>
              </w:rPr>
            </w:pPr>
            <w:r>
              <w:rPr>
                <w:rFonts w:ascii="Ubuntu" w:eastAsia="Ubuntu" w:hAnsi="Ubuntu" w:cs="Ubuntu" w:hint="eastAsia"/>
                <w:b/>
                <w:color w:val="FFFFFF"/>
                <w:sz w:val="18"/>
              </w:rPr>
              <w:t>Atsakymas</w:t>
            </w:r>
          </w:p>
        </w:tc>
      </w:tr>
      <w:tr w:rsidR="0074711A" w14:paraId="076F0620" w14:textId="77777777" w:rsidTr="00096C7B">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4A5914CE" w14:textId="119AFD78" w:rsidR="0074711A" w:rsidRDefault="0074711A" w:rsidP="00096C7B">
            <w:pPr>
              <w:spacing w:after="0" w:line="240" w:lineRule="auto"/>
              <w:rPr>
                <w:rFonts w:hint="eastAsia"/>
              </w:rPr>
            </w:pPr>
            <w:r>
              <w:rPr>
                <w:rFonts w:eastAsia="Myriad Pro" w:cs="Myriad Pro" w:hint="eastAsia"/>
                <w:b/>
                <w:color w:val="1D2958"/>
                <w:sz w:val="18"/>
              </w:rPr>
              <w:t>Pažeidžiamumo tipas (autentifikavimo apėjimas, injekcija, atminties pažeidimas ir kt.), jei žinomas</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567FFF39" w14:textId="35F4B46F" w:rsidR="0074711A" w:rsidRDefault="0074711A" w:rsidP="00096C7B">
            <w:pPr>
              <w:spacing w:after="0" w:line="240" w:lineRule="auto"/>
              <w:rPr>
                <w:rFonts w:hint="eastAsia"/>
              </w:rPr>
            </w:pPr>
          </w:p>
        </w:tc>
      </w:tr>
      <w:tr w:rsidR="0074711A" w14:paraId="3792CFFC" w14:textId="77777777" w:rsidTr="00096C7B">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494AB9FD" w14:textId="03CD2231" w:rsidR="0074711A" w:rsidRDefault="0074711A" w:rsidP="00096C7B">
            <w:pPr>
              <w:spacing w:after="0" w:line="240" w:lineRule="auto"/>
              <w:rPr>
                <w:rFonts w:eastAsia="Myriad Pro" w:cs="Myriad Pro"/>
                <w:b/>
                <w:color w:val="1D2958"/>
                <w:sz w:val="18"/>
              </w:rPr>
            </w:pPr>
            <w:r>
              <w:rPr>
                <w:rFonts w:eastAsia="Myriad Pro" w:cs="Myriad Pro"/>
                <w:b/>
                <w:color w:val="1D2958"/>
                <w:sz w:val="18"/>
              </w:rPr>
              <w:t>CWE / CVE, jei žinoma</w:t>
            </w:r>
          </w:p>
          <w:p w14:paraId="52CDF9DF" w14:textId="77777777" w:rsidR="0074711A" w:rsidRDefault="0074711A" w:rsidP="00096C7B">
            <w:pPr>
              <w:spacing w:after="0" w:line="240" w:lineRule="auto"/>
              <w:rPr>
                <w:rFonts w:eastAsia="Myriad Pro" w:cs="Myriad Pro"/>
                <w:b/>
                <w:color w:val="1D2958"/>
                <w:sz w:val="18"/>
              </w:rPr>
            </w:pP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42F7CD7B" w14:textId="6FA55D2F" w:rsidR="0074711A" w:rsidRPr="00957EDE" w:rsidRDefault="0074711A" w:rsidP="00096C7B">
            <w:pPr>
              <w:spacing w:after="0" w:line="240" w:lineRule="auto"/>
              <w:rPr>
                <w:rFonts w:hint="eastAsia"/>
              </w:rPr>
            </w:pPr>
          </w:p>
        </w:tc>
      </w:tr>
      <w:tr w:rsidR="0074711A" w14:paraId="59362A5A" w14:textId="77777777" w:rsidTr="00096C7B">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641CA65" w14:textId="04EDE49F" w:rsidR="0074711A" w:rsidRDefault="0074711A" w:rsidP="00096C7B">
            <w:pPr>
              <w:spacing w:after="0" w:line="240" w:lineRule="auto"/>
              <w:rPr>
                <w:rFonts w:eastAsia="Myriad Pro" w:cs="Myriad Pro"/>
                <w:b/>
                <w:color w:val="1D2958"/>
                <w:sz w:val="18"/>
              </w:rPr>
            </w:pPr>
            <w:r>
              <w:rPr>
                <w:rFonts w:eastAsia="Myriad Pro" w:cs="Myriad Pro"/>
                <w:b/>
                <w:color w:val="1D2958"/>
                <w:sz w:val="18"/>
              </w:rPr>
              <w:t>Techninė priežastis / išsami informacija</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74FE41FB" w14:textId="77777777" w:rsidR="0074711A" w:rsidRDefault="0074711A" w:rsidP="00096C7B">
            <w:pPr>
              <w:spacing w:after="0" w:line="240" w:lineRule="auto"/>
              <w:rPr>
                <w:rFonts w:hint="eastAsia"/>
              </w:rPr>
            </w:pPr>
          </w:p>
        </w:tc>
      </w:tr>
      <w:tr w:rsidR="0074711A" w14:paraId="61EE1608" w14:textId="77777777" w:rsidTr="00096C7B">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0E039564" w14:textId="7F55FDC4" w:rsidR="0074711A" w:rsidRDefault="0074711A" w:rsidP="00096C7B">
            <w:pPr>
              <w:spacing w:after="0" w:line="240" w:lineRule="auto"/>
              <w:rPr>
                <w:rFonts w:eastAsia="Myriad Pro" w:cs="Myriad Pro"/>
                <w:b/>
                <w:color w:val="1D2958"/>
                <w:sz w:val="18"/>
              </w:rPr>
            </w:pPr>
            <w:r>
              <w:rPr>
                <w:rFonts w:eastAsia="Myriad Pro" w:cs="Myriad Pro"/>
                <w:b/>
                <w:color w:val="1D2958"/>
                <w:sz w:val="18"/>
              </w:rPr>
              <w:t>Testavimo aplinka / konfigūracija</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3A86D6E0" w14:textId="77777777" w:rsidR="0074711A" w:rsidRDefault="0074711A" w:rsidP="00096C7B">
            <w:pPr>
              <w:spacing w:after="0" w:line="240" w:lineRule="auto"/>
              <w:rPr>
                <w:rFonts w:hint="eastAsia"/>
              </w:rPr>
            </w:pPr>
          </w:p>
        </w:tc>
      </w:tr>
      <w:tr w:rsidR="0074711A" w14:paraId="100BCDC5" w14:textId="77777777" w:rsidTr="00096C7B">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05D015C3" w14:textId="27D6331A" w:rsidR="0074711A" w:rsidRDefault="0074711A" w:rsidP="00096C7B">
            <w:pPr>
              <w:spacing w:after="0" w:line="240" w:lineRule="auto"/>
              <w:rPr>
                <w:rFonts w:eastAsia="Myriad Pro" w:cs="Myriad Pro"/>
                <w:b/>
                <w:color w:val="1D2958"/>
                <w:sz w:val="18"/>
              </w:rPr>
            </w:pPr>
            <w:r>
              <w:rPr>
                <w:rFonts w:eastAsia="Myriad Pro" w:cs="Myriad Pro"/>
                <w:b/>
                <w:color w:val="1D2958"/>
                <w:sz w:val="18"/>
              </w:rPr>
              <w:t>Koncepcijos įrodymas</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1ADFA00D" w14:textId="77777777" w:rsidR="0074711A" w:rsidRDefault="0074711A" w:rsidP="00096C7B">
            <w:pPr>
              <w:spacing w:after="0" w:line="240" w:lineRule="auto"/>
              <w:rPr>
                <w:rFonts w:hint="eastAsia"/>
              </w:rPr>
            </w:pPr>
          </w:p>
        </w:tc>
      </w:tr>
    </w:tbl>
    <w:p w14:paraId="25718C9C" w14:textId="77777777" w:rsidR="0074711A" w:rsidRDefault="0074711A" w:rsidP="00A5425F">
      <w:pPr>
        <w:spacing w:after="110" w:line="259" w:lineRule="auto"/>
        <w:rPr>
          <w:rFonts w:hint="eastAsia"/>
        </w:rPr>
      </w:pPr>
    </w:p>
    <w:p w14:paraId="6359F5E2" w14:textId="39F02005" w:rsidR="00A5425F" w:rsidRDefault="00DF7C4F" w:rsidP="00A5425F">
      <w:pPr>
        <w:pStyle w:val="Heading2"/>
        <w:spacing w:after="80"/>
      </w:pPr>
      <w:bookmarkStart w:id="4" w:name="_Toc239339916"/>
      <w:r>
        <w:rPr>
          <w:rFonts w:ascii="Ubuntu" w:eastAsia="Ubuntu" w:hAnsi="Ubuntu" w:cs="Ubuntu"/>
          <w:u w:val="single"/>
        </w:rPr>
        <w:lastRenderedPageBreak/>
        <w:t xml:space="preserve">4. </w:t>
      </w:r>
      <w:proofErr w:type="spellStart"/>
      <w:r>
        <w:rPr>
          <w:rFonts w:ascii="Ubuntu" w:eastAsia="Ubuntu" w:hAnsi="Ubuntu" w:cs="Ubuntu"/>
          <w:u w:val="single"/>
        </w:rPr>
        <w:t>Atakos</w:t>
      </w:r>
      <w:proofErr w:type="spellEnd"/>
      <w:r>
        <w:rPr>
          <w:rFonts w:ascii="Ubuntu" w:eastAsia="Ubuntu" w:hAnsi="Ubuntu" w:cs="Ubuntu"/>
          <w:u w:val="single"/>
        </w:rPr>
        <w:t xml:space="preserve"> </w:t>
      </w:r>
      <w:proofErr w:type="spellStart"/>
      <w:r>
        <w:rPr>
          <w:rFonts w:ascii="Ubuntu" w:eastAsia="Ubuntu" w:hAnsi="Ubuntu" w:cs="Ubuntu"/>
          <w:u w:val="single"/>
        </w:rPr>
        <w:t>scenarijus</w:t>
      </w:r>
      <w:bookmarkEnd w:id="4"/>
      <w:proofErr w:type="spellEnd"/>
    </w:p>
    <w:p w14:paraId="0D3AD5B7" w14:textId="77777777" w:rsidR="00A5425F" w:rsidRDefault="00A5425F" w:rsidP="00A5425F">
      <w:pPr>
        <w:spacing w:after="110" w:line="259" w:lineRule="auto"/>
        <w:rPr>
          <w:rFonts w:hint="eastAsia"/>
        </w:rPr>
      </w:pPr>
      <w:r>
        <w:rPr>
          <w:rFonts w:eastAsia="Myriad Pro" w:cs="Myriad Pro" w:hint="eastAsia"/>
        </w:rPr>
        <w:t>Atakos scenarijus skiriasi nuo problemos atkūrimo procedūros. Aprašykite, kaip realus užpuolikas galėtų išnaudoti šį pažeidžiamumą.</w:t>
      </w:r>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A5425F" w14:paraId="25EA6E2C" w14:textId="77777777" w:rsidTr="000B505C">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25259590" w14:textId="77777777" w:rsidR="00A5425F" w:rsidRDefault="00A5425F" w:rsidP="000B505C">
            <w:pPr>
              <w:spacing w:after="0" w:line="240" w:lineRule="auto"/>
              <w:rPr>
                <w:rFonts w:hint="eastAsia"/>
              </w:rPr>
            </w:pPr>
            <w:r>
              <w:rPr>
                <w:rFonts w:ascii="Ubuntu" w:eastAsia="Ubuntu" w:hAnsi="Ubuntu" w:cs="Ubuntu" w:hint="eastAsia"/>
                <w:b/>
                <w:color w:val="FFFFFF"/>
                <w:sz w:val="18"/>
              </w:rPr>
              <w:t>Laukas</w:t>
            </w:r>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2DE7851D" w14:textId="77777777" w:rsidR="00A5425F" w:rsidRDefault="00A5425F" w:rsidP="000B505C">
            <w:pPr>
              <w:spacing w:after="0" w:line="240" w:lineRule="auto"/>
              <w:rPr>
                <w:rFonts w:hint="eastAsia"/>
              </w:rPr>
            </w:pPr>
            <w:r>
              <w:rPr>
                <w:rFonts w:ascii="Ubuntu" w:eastAsia="Ubuntu" w:hAnsi="Ubuntu" w:cs="Ubuntu" w:hint="eastAsia"/>
                <w:b/>
                <w:color w:val="FFFFFF"/>
                <w:sz w:val="18"/>
              </w:rPr>
              <w:t>Atsakymas</w:t>
            </w:r>
          </w:p>
        </w:tc>
      </w:tr>
      <w:tr w:rsidR="00343182" w14:paraId="7454E3B3"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238295D4" w14:textId="77777777" w:rsidR="00343182" w:rsidRDefault="00343182" w:rsidP="000B505C">
            <w:pPr>
              <w:spacing w:after="0" w:line="240" w:lineRule="auto"/>
              <w:rPr>
                <w:rFonts w:eastAsia="Myriad Pro" w:cs="Myriad Pro"/>
                <w:b/>
                <w:color w:val="1D2958"/>
                <w:sz w:val="18"/>
              </w:rPr>
            </w:pPr>
            <w:r>
              <w:rPr>
                <w:rFonts w:eastAsia="Myriad Pro" w:cs="Myriad Pro"/>
                <w:b/>
                <w:color w:val="1D2958"/>
                <w:sz w:val="18"/>
              </w:rPr>
              <w:t>Jei žinoma, aprašykite, kaip kas nors galėtų išnaudoti šį pažeidžiamumą</w:t>
            </w:r>
          </w:p>
          <w:p w14:paraId="026665C3" w14:textId="77777777" w:rsidR="00343182" w:rsidRDefault="00343182" w:rsidP="000B505C">
            <w:pPr>
              <w:spacing w:after="0" w:line="240" w:lineRule="auto"/>
              <w:rPr>
                <w:rFonts w:eastAsia="Myriad Pro" w:cs="Myriad Pro"/>
                <w:b/>
                <w:color w:val="1D2958"/>
                <w:sz w:val="18"/>
              </w:rPr>
            </w:pPr>
          </w:p>
          <w:p w14:paraId="0FBC3C9E" w14:textId="3C75C607" w:rsidR="00343182" w:rsidRDefault="00343182" w:rsidP="000B505C">
            <w:pPr>
              <w:spacing w:after="0" w:line="240" w:lineRule="auto"/>
              <w:rPr>
                <w:rFonts w:eastAsia="Myriad Pro" w:cs="Myriad Pro"/>
                <w:b/>
                <w:color w:val="1D2958"/>
                <w:sz w:val="18"/>
              </w:rPr>
            </w:pP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6E1AE6BD" w14:textId="77777777" w:rsidR="00343182" w:rsidRDefault="00343182" w:rsidP="000B505C">
            <w:pPr>
              <w:spacing w:after="0" w:line="240" w:lineRule="auto"/>
              <w:rPr>
                <w:rFonts w:hint="eastAsia"/>
              </w:rPr>
            </w:pPr>
          </w:p>
          <w:p w14:paraId="436E2A2D" w14:textId="77777777" w:rsidR="00343182" w:rsidRDefault="00343182" w:rsidP="000B505C">
            <w:pPr>
              <w:spacing w:after="0" w:line="240" w:lineRule="auto"/>
              <w:rPr>
                <w:rFonts w:hint="eastAsia"/>
              </w:rPr>
            </w:pPr>
          </w:p>
        </w:tc>
      </w:tr>
      <w:tr w:rsidR="00A5425F" w14:paraId="6D282317"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2D915026" w14:textId="77777777" w:rsidR="00A5425F" w:rsidRDefault="00A5425F" w:rsidP="000B505C">
            <w:pPr>
              <w:spacing w:after="0" w:line="240" w:lineRule="auto"/>
              <w:rPr>
                <w:rFonts w:hint="eastAsia"/>
              </w:rPr>
            </w:pPr>
            <w:r>
              <w:rPr>
                <w:rFonts w:eastAsia="Myriad Pro" w:cs="Myriad Pro" w:hint="eastAsia"/>
                <w:b/>
                <w:color w:val="1D2958"/>
                <w:sz w:val="18"/>
              </w:rPr>
              <w:t>Užpuoliko prieiga</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68DC1FEF" w14:textId="77777777" w:rsidR="00343182" w:rsidRDefault="007F6EF4" w:rsidP="000B505C">
            <w:pPr>
              <w:spacing w:after="0" w:line="240" w:lineRule="auto"/>
              <w:rPr>
                <w:rFonts w:eastAsia="Myriad Pro" w:cs="Myriad Pro"/>
                <w:sz w:val="18"/>
                <w:szCs w:val="21"/>
              </w:rPr>
            </w:pPr>
            <w:sdt>
              <w:sdtPr>
                <w:alias w:val="Checkbox 5"/>
                <w:tag w:val="CHECKBOX_0005"/>
                <w:id w:val="100005"/>
                <w14:checkbox>
                  <w14:checked w14:val="0"/>
                  <w14:checkedState w14:val="2612" w14:font="Arial"/>
                  <w14:uncheckedState w14:val="2610" w14:font="Arial"/>
                </w14:checkbox>
              </w:sdtPr>
              <w:sdtEndPr/>
              <w:sdtContent>
                <w:r w:rsidR="00A5425F">
                  <w:rPr>
                    <w:rFonts w:ascii="Segoe UI Symbol" w:eastAsia="Arial Unicode MS" w:hAnsi="Segoe UI Symbol" w:cs="Segoe UI Symbol"/>
                    <w:color w:val="000000"/>
                    <w:szCs w:val="21"/>
                  </w:rPr>
                  <w:t>☐</w:t>
                </w:r>
              </w:sdtContent>
            </w:sdt>
            <w:r w:rsidR="00A5425F">
              <w:rPr>
                <w:rFonts w:eastAsia="Myriad Pro" w:cs="Myriad Pro" w:hint="eastAsia"/>
                <w:sz w:val="18"/>
                <w:szCs w:val="21"/>
              </w:rPr>
              <w:t xml:space="preserve"> Nuotolinis tinklas </w:t>
            </w:r>
          </w:p>
          <w:p w14:paraId="4D12F5DF" w14:textId="77777777" w:rsidR="00343182" w:rsidRDefault="007F6EF4" w:rsidP="000B505C">
            <w:pPr>
              <w:spacing w:after="0" w:line="240" w:lineRule="auto"/>
              <w:rPr>
                <w:rFonts w:eastAsia="Myriad Pro" w:cs="Myriad Pro"/>
                <w:sz w:val="18"/>
                <w:szCs w:val="21"/>
              </w:rPr>
            </w:pPr>
            <w:sdt>
              <w:sdtPr>
                <w:alias w:val="Checkbox 6"/>
                <w:tag w:val="CHECKBOX_0006"/>
                <w:id w:val="100006"/>
                <w14:checkbox>
                  <w14:checked w14:val="0"/>
                  <w14:checkedState w14:val="2612" w14:font="Arial"/>
                  <w14:uncheckedState w14:val="2610" w14:font="Arial"/>
                </w14:checkbox>
              </w:sdtPr>
              <w:sdtEndPr/>
              <w:sdtContent>
                <w:r w:rsidR="00A5425F">
                  <w:rPr>
                    <w:rFonts w:ascii="Segoe UI Symbol" w:eastAsia="Arial Unicode MS" w:hAnsi="Segoe UI Symbol" w:cs="Segoe UI Symbol"/>
                    <w:color w:val="000000"/>
                    <w:szCs w:val="21"/>
                  </w:rPr>
                  <w:t>☐</w:t>
                </w:r>
              </w:sdtContent>
            </w:sdt>
            <w:r w:rsidR="00A5425F">
              <w:rPr>
                <w:rFonts w:eastAsia="Myriad Pro" w:cs="Myriad Pro" w:hint="eastAsia"/>
                <w:sz w:val="18"/>
                <w:szCs w:val="21"/>
              </w:rPr>
              <w:t xml:space="preserve"> Gretimas tinklas </w:t>
            </w:r>
          </w:p>
          <w:p w14:paraId="73AFB7D8" w14:textId="347DD23A" w:rsidR="00237A73" w:rsidRDefault="007F6EF4" w:rsidP="000B505C">
            <w:pPr>
              <w:spacing w:after="0" w:line="240" w:lineRule="auto"/>
              <w:rPr>
                <w:rFonts w:eastAsia="Myriad Pro" w:cs="Myriad Pro"/>
                <w:sz w:val="18"/>
                <w:szCs w:val="21"/>
              </w:rPr>
            </w:pPr>
            <w:sdt>
              <w:sdtPr>
                <w:alias w:val="Checkbox 7"/>
                <w:tag w:val="CHECKBOX_0007"/>
                <w:id w:val="100007"/>
                <w14:checkbox>
                  <w14:checked w14:val="0"/>
                  <w14:checkedState w14:val="2612" w14:font="Arial"/>
                  <w14:uncheckedState w14:val="2610" w14:font="Arial"/>
                </w14:checkbox>
              </w:sdtPr>
              <w:sdtEndPr/>
              <w:sdtContent>
                <w:r w:rsidR="00343182">
                  <w:rPr>
                    <w:rFonts w:ascii="Arial" w:hAnsi="Arial" w:cs="Arial"/>
                  </w:rPr>
                  <w:t>☐</w:t>
                </w:r>
              </w:sdtContent>
            </w:sdt>
            <w:r w:rsidR="00A5425F">
              <w:rPr>
                <w:rFonts w:eastAsia="Myriad Pro" w:cs="Myriad Pro" w:hint="eastAsia"/>
                <w:sz w:val="18"/>
                <w:szCs w:val="21"/>
              </w:rPr>
              <w:t xml:space="preserve"> Local </w:t>
            </w:r>
            <w:r w:rsidR="00237A73">
              <w:rPr>
                <w:rFonts w:eastAsia="Myriad Pro" w:cs="Myriad Pro"/>
                <w:sz w:val="18"/>
                <w:szCs w:val="21"/>
              </w:rPr>
              <w:t>network</w:t>
            </w:r>
          </w:p>
          <w:p w14:paraId="6F4EC592" w14:textId="56BCD02D" w:rsidR="00237A73" w:rsidRDefault="007F6EF4" w:rsidP="00237A73">
            <w:pPr>
              <w:spacing w:after="0" w:line="240" w:lineRule="auto"/>
              <w:rPr>
                <w:rFonts w:eastAsia="Myriad Pro" w:cs="Myriad Pro"/>
                <w:sz w:val="18"/>
                <w:szCs w:val="21"/>
              </w:rPr>
            </w:pPr>
            <w:sdt>
              <w:sdtPr>
                <w:alias w:val="Checkbox 7"/>
                <w:tag w:val="CHECKBOX_0007"/>
                <w:id w:val="-1819639481"/>
                <w14:checkbox>
                  <w14:checked w14:val="0"/>
                  <w14:checkedState w14:val="2612" w14:font="Arial"/>
                  <w14:uncheckedState w14:val="2610" w14:font="Arial"/>
                </w14:checkbox>
              </w:sdtPr>
              <w:sdtEndPr/>
              <w:sdtContent>
                <w:r w:rsidR="00237A73">
                  <w:rPr>
                    <w:rFonts w:ascii="Segoe UI Symbol" w:hAnsi="Segoe UI Symbol" w:cs="Segoe UI Symbol"/>
                  </w:rPr>
                  <w:t>☐</w:t>
                </w:r>
              </w:sdtContent>
            </w:sdt>
            <w:r w:rsidR="00237A73">
              <w:rPr>
                <w:rFonts w:eastAsia="Myriad Pro" w:cs="Myriad Pro" w:hint="eastAsia"/>
                <w:sz w:val="18"/>
                <w:szCs w:val="21"/>
              </w:rPr>
              <w:t xml:space="preserve"> Local </w:t>
            </w:r>
            <w:r w:rsidR="00237A73">
              <w:rPr>
                <w:rFonts w:eastAsia="Myriad Pro" w:cs="Myriad Pro"/>
                <w:sz w:val="18"/>
                <w:szCs w:val="21"/>
              </w:rPr>
              <w:t>device</w:t>
            </w:r>
          </w:p>
          <w:p w14:paraId="34B99A87" w14:textId="4F6A0469" w:rsidR="00237A73" w:rsidRDefault="007F6EF4" w:rsidP="00237A73">
            <w:pPr>
              <w:spacing w:after="0" w:line="240" w:lineRule="auto"/>
              <w:rPr>
                <w:rFonts w:eastAsia="Myriad Pro" w:cs="Myriad Pro"/>
                <w:sz w:val="18"/>
                <w:szCs w:val="21"/>
              </w:rPr>
            </w:pPr>
            <w:sdt>
              <w:sdtPr>
                <w:alias w:val="Checkbox 8"/>
                <w:tag w:val="CHECKBOX_0008"/>
                <w:id w:val="100008"/>
                <w14:checkbox>
                  <w14:checked w14:val="0"/>
                  <w14:checkedState w14:val="2612" w14:font="Arial"/>
                  <w14:uncheckedState w14:val="2610" w14:font="Arial"/>
                </w14:checkbox>
              </w:sdtPr>
              <w:sdtEndPr/>
              <w:sdtContent>
                <w:r w:rsidR="00237A73">
                  <w:rPr>
                    <w:rFonts w:ascii="Segoe UI Symbol" w:eastAsia="Arial Unicode MS" w:hAnsi="Segoe UI Symbol" w:cs="Segoe UI Symbol"/>
                    <w:color w:val="000000"/>
                    <w:szCs w:val="21"/>
                  </w:rPr>
                  <w:t>☐</w:t>
                </w:r>
              </w:sdtContent>
            </w:sdt>
            <w:r w:rsidR="00237A73">
              <w:rPr>
                <w:rFonts w:eastAsia="Myriad Pro" w:cs="Myriad Pro" w:hint="eastAsia"/>
                <w:sz w:val="18"/>
                <w:szCs w:val="21"/>
              </w:rPr>
              <w:t xml:space="preserve"> Physical</w:t>
            </w:r>
            <w:r w:rsidR="00237A73">
              <w:rPr>
                <w:rFonts w:eastAsia="Myriad Pro" w:cs="Myriad Pro"/>
                <w:sz w:val="18"/>
                <w:szCs w:val="21"/>
              </w:rPr>
              <w:t xml:space="preserve"> access</w:t>
            </w:r>
          </w:p>
          <w:p w14:paraId="3ABC8431" w14:textId="2CF6F2C2" w:rsidR="00A5425F" w:rsidRPr="00343182" w:rsidRDefault="007F6EF4" w:rsidP="000B505C">
            <w:pPr>
              <w:spacing w:after="0" w:line="240" w:lineRule="auto"/>
              <w:rPr>
                <w:rFonts w:eastAsia="Myriad Pro" w:cs="Myriad Pro"/>
                <w:sz w:val="18"/>
                <w:szCs w:val="21"/>
              </w:rPr>
            </w:pPr>
            <w:sdt>
              <w:sdtPr>
                <w:alias w:val="Checkbox 7"/>
                <w:tag w:val="CHECKBOX_0007"/>
                <w:id w:val="1226117428"/>
                <w14:checkbox>
                  <w14:checked w14:val="0"/>
                  <w14:checkedState w14:val="2612" w14:font="Arial"/>
                  <w14:uncheckedState w14:val="2610" w14:font="Arial"/>
                </w14:checkbox>
              </w:sdtPr>
              <w:sdtEndPr/>
              <w:sdtContent>
                <w:r w:rsidR="00237A73">
                  <w:rPr>
                    <w:rFonts w:ascii="Segoe UI Symbol" w:hAnsi="Segoe UI Symbol" w:cs="Segoe UI Symbol"/>
                  </w:rPr>
                  <w:t>☐</w:t>
                </w:r>
              </w:sdtContent>
            </w:sdt>
            <w:r w:rsidR="00237A73">
              <w:rPr>
                <w:rFonts w:eastAsia="Myriad Pro" w:cs="Myriad Pro" w:hint="eastAsia"/>
                <w:sz w:val="18"/>
                <w:szCs w:val="21"/>
              </w:rPr>
              <w:t xml:space="preserve"> </w:t>
            </w:r>
            <w:r w:rsidR="00237A73">
              <w:rPr>
                <w:rFonts w:eastAsia="Myriad Pro" w:cs="Myriad Pro"/>
                <w:sz w:val="18"/>
                <w:szCs w:val="21"/>
              </w:rPr>
              <w:t>Nežinoma</w:t>
            </w:r>
          </w:p>
        </w:tc>
      </w:tr>
      <w:tr w:rsidR="00A5425F" w14:paraId="1B6770E9"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7D71AA6" w14:textId="7457CDE0" w:rsidR="00A5425F" w:rsidRDefault="000678F2" w:rsidP="000B505C">
            <w:pPr>
              <w:spacing w:after="0" w:line="240" w:lineRule="auto"/>
              <w:rPr>
                <w:rFonts w:hint="eastAsia"/>
              </w:rPr>
            </w:pPr>
            <w:r>
              <w:rPr>
                <w:rFonts w:eastAsia="Myriad Pro" w:cs="Myriad Pro"/>
                <w:b/>
                <w:color w:val="1D2958"/>
                <w:sz w:val="18"/>
              </w:rPr>
              <w:t>Reikalinga naudotojo sąveika</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5F67674E" w14:textId="77777777" w:rsidR="000678F2" w:rsidRDefault="007F6EF4" w:rsidP="000B505C">
            <w:pPr>
              <w:spacing w:after="0" w:line="240" w:lineRule="auto"/>
              <w:rPr>
                <w:rFonts w:eastAsia="Myriad Pro" w:cs="Myriad Pro"/>
                <w:sz w:val="18"/>
                <w:szCs w:val="21"/>
              </w:rPr>
            </w:pPr>
            <w:sdt>
              <w:sdtPr>
                <w:alias w:val="Checkbox 9"/>
                <w:tag w:val="CHECKBOX_0009"/>
                <w:id w:val="100009"/>
                <w14:checkbox>
                  <w14:checked w14:val="0"/>
                  <w14:checkedState w14:val="2612" w14:font="Arial"/>
                  <w14:uncheckedState w14:val="2610" w14:font="Arial"/>
                </w14:checkbox>
              </w:sdtPr>
              <w:sdtEndPr/>
              <w:sdtContent>
                <w:r w:rsidR="00A5425F">
                  <w:rPr>
                    <w:rFonts w:ascii="Segoe UI Symbol" w:eastAsia="Arial Unicode MS" w:hAnsi="Segoe UI Symbol" w:cs="Segoe UI Symbol"/>
                    <w:color w:val="000000"/>
                    <w:szCs w:val="21"/>
                  </w:rPr>
                  <w:t>☐</w:t>
                </w:r>
              </w:sdtContent>
            </w:sdt>
            <w:r w:rsidR="00A5425F">
              <w:rPr>
                <w:rFonts w:eastAsia="Myriad Pro" w:cs="Myriad Pro" w:hint="eastAsia"/>
                <w:sz w:val="18"/>
                <w:szCs w:val="21"/>
              </w:rPr>
              <w:t xml:space="preserve"> </w:t>
            </w:r>
            <w:r w:rsidR="000678F2">
              <w:rPr>
                <w:rFonts w:eastAsia="Myriad Pro" w:cs="Myriad Pro"/>
                <w:sz w:val="18"/>
                <w:szCs w:val="21"/>
              </w:rPr>
              <w:t>Taip</w:t>
            </w:r>
          </w:p>
          <w:p w14:paraId="17512657" w14:textId="77777777" w:rsidR="000678F2" w:rsidRDefault="007F6EF4" w:rsidP="000B505C">
            <w:pPr>
              <w:spacing w:after="0" w:line="240" w:lineRule="auto"/>
              <w:rPr>
                <w:rFonts w:eastAsia="Myriad Pro" w:cs="Myriad Pro"/>
                <w:sz w:val="18"/>
                <w:szCs w:val="21"/>
              </w:rPr>
            </w:pPr>
            <w:sdt>
              <w:sdtPr>
                <w:alias w:val="Checkbox 10"/>
                <w:tag w:val="CHECKBOX_0010"/>
                <w:id w:val="100010"/>
                <w14:checkbox>
                  <w14:checked w14:val="0"/>
                  <w14:checkedState w14:val="2612" w14:font="Arial"/>
                  <w14:uncheckedState w14:val="2610" w14:font="Arial"/>
                </w14:checkbox>
              </w:sdtPr>
              <w:sdtEndPr/>
              <w:sdtContent>
                <w:r w:rsidR="00A5425F">
                  <w:rPr>
                    <w:rFonts w:ascii="Segoe UI Symbol" w:eastAsia="Arial Unicode MS" w:hAnsi="Segoe UI Symbol" w:cs="Segoe UI Symbol"/>
                    <w:color w:val="000000"/>
                    <w:szCs w:val="21"/>
                  </w:rPr>
                  <w:t>☐</w:t>
                </w:r>
              </w:sdtContent>
            </w:sdt>
            <w:r w:rsidR="00A5425F">
              <w:rPr>
                <w:rFonts w:eastAsia="Myriad Pro" w:cs="Myriad Pro" w:hint="eastAsia"/>
                <w:sz w:val="18"/>
                <w:szCs w:val="21"/>
              </w:rPr>
              <w:t xml:space="preserve"> </w:t>
            </w:r>
            <w:r w:rsidR="000678F2">
              <w:rPr>
                <w:rFonts w:eastAsia="Myriad Pro" w:cs="Myriad Pro"/>
                <w:sz w:val="18"/>
                <w:szCs w:val="21"/>
              </w:rPr>
              <w:t>Ne</w:t>
            </w:r>
            <w:r w:rsidR="00A5425F">
              <w:rPr>
                <w:rFonts w:eastAsia="Myriad Pro" w:cs="Myriad Pro" w:hint="eastAsia"/>
                <w:sz w:val="18"/>
                <w:szCs w:val="21"/>
              </w:rPr>
              <w:t xml:space="preserve"> </w:t>
            </w:r>
          </w:p>
          <w:p w14:paraId="52261E5B" w14:textId="7F5784D6" w:rsidR="00A5425F" w:rsidRDefault="007F6EF4" w:rsidP="000B505C">
            <w:pPr>
              <w:spacing w:after="0" w:line="240" w:lineRule="auto"/>
              <w:rPr>
                <w:rFonts w:hint="eastAsia"/>
              </w:rPr>
            </w:pPr>
            <w:sdt>
              <w:sdtPr>
                <w:alias w:val="Checkbox 11"/>
                <w:tag w:val="CHECKBOX_0011"/>
                <w:id w:val="100011"/>
                <w14:checkbox>
                  <w14:checked w14:val="0"/>
                  <w14:checkedState w14:val="2612" w14:font="Arial"/>
                  <w14:uncheckedState w14:val="2610" w14:font="Arial"/>
                </w14:checkbox>
              </w:sdtPr>
              <w:sdtEndPr/>
              <w:sdtContent>
                <w:r w:rsidR="00A5425F">
                  <w:rPr>
                    <w:rFonts w:ascii="Segoe UI Symbol" w:eastAsia="Arial Unicode MS" w:hAnsi="Segoe UI Symbol" w:cs="Segoe UI Symbol"/>
                    <w:color w:val="000000"/>
                    <w:szCs w:val="21"/>
                  </w:rPr>
                  <w:t>☐</w:t>
                </w:r>
              </w:sdtContent>
            </w:sdt>
            <w:r w:rsidR="00A5425F">
              <w:rPr>
                <w:rFonts w:eastAsia="Myriad Pro" w:cs="Myriad Pro" w:hint="eastAsia"/>
                <w:sz w:val="18"/>
                <w:szCs w:val="21"/>
              </w:rPr>
              <w:t xml:space="preserve"> </w:t>
            </w:r>
            <w:r w:rsidR="000678F2">
              <w:rPr>
                <w:rFonts w:eastAsia="Myriad Pro" w:cs="Myriad Pro"/>
                <w:sz w:val="18"/>
                <w:szCs w:val="21"/>
              </w:rPr>
              <w:t>Nežinoma</w:t>
            </w:r>
          </w:p>
        </w:tc>
      </w:tr>
      <w:tr w:rsidR="00A5425F" w14:paraId="58C67002"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A636B0A" w14:textId="1E8506CE" w:rsidR="00A5425F" w:rsidRDefault="008733AA" w:rsidP="000B505C">
            <w:pPr>
              <w:spacing w:after="0" w:line="240" w:lineRule="auto"/>
              <w:rPr>
                <w:rFonts w:hint="eastAsia"/>
              </w:rPr>
            </w:pPr>
            <w:r>
              <w:rPr>
                <w:rFonts w:eastAsia="Myriad Pro" w:cs="Myriad Pro"/>
                <w:b/>
                <w:color w:val="1D2958"/>
                <w:sz w:val="18"/>
              </w:rPr>
              <w:t>Reikalingi specialūs leidimai / paskyra</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1750508C" w14:textId="68872F1E" w:rsidR="008733AA" w:rsidRDefault="007F6EF4" w:rsidP="000B505C">
            <w:pPr>
              <w:spacing w:after="0" w:line="240" w:lineRule="auto"/>
              <w:rPr>
                <w:rFonts w:eastAsia="Myriad Pro" w:cs="Myriad Pro"/>
                <w:sz w:val="18"/>
                <w:szCs w:val="21"/>
              </w:rPr>
            </w:pPr>
            <w:sdt>
              <w:sdtPr>
                <w:alias w:val="Checkbox 12"/>
                <w:tag w:val="CHECKBOX_0012"/>
                <w:id w:val="100012"/>
                <w14:checkbox>
                  <w14:checked w14:val="0"/>
                  <w14:checkedState w14:val="2612" w14:font="Arial"/>
                  <w14:uncheckedState w14:val="2610" w14:font="Arial"/>
                </w14:checkbox>
              </w:sdtPr>
              <w:sdtEndPr/>
              <w:sdtContent>
                <w:r w:rsidR="00A5425F">
                  <w:rPr>
                    <w:rFonts w:ascii="Segoe UI Symbol" w:eastAsia="Arial Unicode MS" w:hAnsi="Segoe UI Symbol" w:cs="Segoe UI Symbol"/>
                    <w:color w:val="000000"/>
                    <w:szCs w:val="21"/>
                  </w:rPr>
                  <w:t>☐</w:t>
                </w:r>
              </w:sdtContent>
            </w:sdt>
            <w:r w:rsidR="00A5425F">
              <w:rPr>
                <w:rFonts w:eastAsia="Myriad Pro" w:cs="Myriad Pro" w:hint="eastAsia"/>
                <w:sz w:val="18"/>
                <w:szCs w:val="21"/>
              </w:rPr>
              <w:t xml:space="preserve"> </w:t>
            </w:r>
            <w:r w:rsidR="008733AA">
              <w:rPr>
                <w:rFonts w:eastAsia="Myriad Pro" w:cs="Myriad Pro"/>
                <w:sz w:val="18"/>
                <w:szCs w:val="21"/>
              </w:rPr>
              <w:t>Taip</w:t>
            </w:r>
          </w:p>
          <w:p w14:paraId="355E9533" w14:textId="69F9EE97" w:rsidR="00A5425F" w:rsidRDefault="007F6EF4" w:rsidP="000B505C">
            <w:pPr>
              <w:spacing w:after="0" w:line="240" w:lineRule="auto"/>
              <w:rPr>
                <w:rFonts w:eastAsia="Myriad Pro" w:cs="Myriad Pro"/>
                <w:sz w:val="18"/>
                <w:szCs w:val="21"/>
              </w:rPr>
            </w:pPr>
            <w:sdt>
              <w:sdtPr>
                <w:alias w:val="Checkbox 13"/>
                <w:tag w:val="CHECKBOX_0013"/>
                <w:id w:val="100013"/>
                <w14:checkbox>
                  <w14:checked w14:val="0"/>
                  <w14:checkedState w14:val="2612" w14:font="Arial"/>
                  <w14:uncheckedState w14:val="2610" w14:font="Arial"/>
                </w14:checkbox>
              </w:sdtPr>
              <w:sdtEndPr/>
              <w:sdtContent>
                <w:r w:rsidR="00D014AE">
                  <w:rPr>
                    <w:rFonts w:ascii="Arial" w:hAnsi="Arial" w:cs="Arial"/>
                  </w:rPr>
                  <w:t>☐</w:t>
                </w:r>
              </w:sdtContent>
            </w:sdt>
            <w:r w:rsidR="00A5425F">
              <w:rPr>
                <w:rFonts w:eastAsia="Myriad Pro" w:cs="Myriad Pro" w:hint="eastAsia"/>
                <w:sz w:val="18"/>
                <w:szCs w:val="21"/>
              </w:rPr>
              <w:t xml:space="preserve"> </w:t>
            </w:r>
            <w:r w:rsidR="008733AA">
              <w:rPr>
                <w:rFonts w:eastAsia="Myriad Pro" w:cs="Myriad Pro"/>
                <w:sz w:val="18"/>
                <w:szCs w:val="21"/>
              </w:rPr>
              <w:t>Ne</w:t>
            </w:r>
          </w:p>
          <w:p w14:paraId="3FF83E19" w14:textId="77777777" w:rsidR="008733AA" w:rsidRDefault="007F6EF4" w:rsidP="000B505C">
            <w:pPr>
              <w:spacing w:after="0" w:line="240" w:lineRule="auto"/>
              <w:rPr>
                <w:rFonts w:eastAsia="Myriad Pro" w:cs="Myriad Pro"/>
                <w:sz w:val="18"/>
                <w:szCs w:val="21"/>
              </w:rPr>
            </w:pPr>
            <w:sdt>
              <w:sdtPr>
                <w:alias w:val="Checkbox 13"/>
                <w:tag w:val="CHECKBOX_0013"/>
                <w:id w:val="287096016"/>
                <w14:checkbox>
                  <w14:checked w14:val="0"/>
                  <w14:checkedState w14:val="2612" w14:font="Arial"/>
                  <w14:uncheckedState w14:val="2610" w14:font="Arial"/>
                </w14:checkbox>
              </w:sdtPr>
              <w:sdtEndPr/>
              <w:sdtContent>
                <w:r w:rsidR="008733AA">
                  <w:rPr>
                    <w:rFonts w:ascii="Segoe UI Symbol" w:eastAsia="Arial Unicode MS" w:hAnsi="Segoe UI Symbol" w:cs="Segoe UI Symbol"/>
                    <w:color w:val="000000"/>
                    <w:szCs w:val="21"/>
                  </w:rPr>
                  <w:t>☐</w:t>
                </w:r>
              </w:sdtContent>
            </w:sdt>
            <w:r w:rsidR="008733AA">
              <w:rPr>
                <w:rFonts w:eastAsia="Myriad Pro" w:cs="Myriad Pro"/>
                <w:sz w:val="18"/>
                <w:szCs w:val="21"/>
              </w:rPr>
              <w:t xml:space="preserve"> Nežinoma</w:t>
            </w:r>
          </w:p>
          <w:p w14:paraId="030E5B05" w14:textId="1BDB2ACD" w:rsidR="00CF11FA" w:rsidRDefault="00CF11FA" w:rsidP="000B505C">
            <w:pPr>
              <w:spacing w:after="0" w:line="240" w:lineRule="auto"/>
              <w:rPr>
                <w:rFonts w:hint="eastAsia"/>
              </w:rPr>
            </w:pPr>
            <w:r>
              <w:rPr>
                <w:rFonts w:eastAsia="Myriad Pro" w:cs="Myriad Pro"/>
                <w:sz w:val="18"/>
                <w:szCs w:val="21"/>
              </w:rPr>
              <w:t xml:space="preserve">Jei taip, aprašykite reikalingus leidimus / paskyrą: </w:t>
            </w:r>
          </w:p>
        </w:tc>
      </w:tr>
    </w:tbl>
    <w:p w14:paraId="40E98F5A" w14:textId="77777777" w:rsidR="00C26D3C" w:rsidRDefault="00C26D3C" w:rsidP="00A5425F">
      <w:pPr>
        <w:spacing w:after="110" w:line="259" w:lineRule="auto"/>
        <w:rPr>
          <w:rFonts w:hint="eastAsia"/>
        </w:rPr>
      </w:pPr>
    </w:p>
    <w:p w14:paraId="1569BE0A" w14:textId="188B587E" w:rsidR="00A5425F" w:rsidRDefault="00DF7C4F" w:rsidP="00A5425F">
      <w:pPr>
        <w:pStyle w:val="Heading2"/>
        <w:spacing w:after="80"/>
        <w:rPr>
          <w:rFonts w:ascii="Ubuntu" w:eastAsia="Ubuntu" w:hAnsi="Ubuntu" w:cs="Ubuntu"/>
          <w:u w:val="single"/>
        </w:rPr>
      </w:pPr>
      <w:bookmarkStart w:id="5" w:name="_Toc239339917"/>
      <w:r>
        <w:rPr>
          <w:rFonts w:ascii="Ubuntu" w:eastAsia="Ubuntu" w:hAnsi="Ubuntu" w:cs="Ubuntu"/>
          <w:u w:val="single"/>
        </w:rPr>
        <w:t>5. Poveikio vertinimas (neprivaloma)</w:t>
      </w:r>
      <w:bookmarkEnd w:id="5"/>
    </w:p>
    <w:p w14:paraId="3F175542" w14:textId="385B0456" w:rsidR="003A30AD" w:rsidRPr="003A30AD" w:rsidRDefault="003A30AD" w:rsidP="007B5A7D">
      <w:pPr>
        <w:spacing w:after="110" w:line="259" w:lineRule="auto"/>
        <w:rPr>
          <w:rFonts w:hint="eastAsia"/>
        </w:rPr>
      </w:pPr>
      <w:r>
        <w:rPr>
          <w:rFonts w:eastAsia="Myriad Pro" w:cs="Myriad Pro"/>
        </w:rPr>
        <w:t>Užpildykite šį skyrių, jei galite įvertinti galimą poveikį.</w:t>
      </w:r>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A5425F" w14:paraId="764B17F1" w14:textId="77777777" w:rsidTr="000B505C">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14AC4ADF" w14:textId="77777777" w:rsidR="00A5425F" w:rsidRDefault="00A5425F" w:rsidP="000B505C">
            <w:pPr>
              <w:spacing w:after="0" w:line="240" w:lineRule="auto"/>
              <w:rPr>
                <w:rFonts w:hint="eastAsia"/>
              </w:rPr>
            </w:pPr>
            <w:r>
              <w:rPr>
                <w:rFonts w:ascii="Ubuntu" w:eastAsia="Ubuntu" w:hAnsi="Ubuntu" w:cs="Ubuntu" w:hint="eastAsia"/>
                <w:b/>
                <w:color w:val="FFFFFF"/>
                <w:sz w:val="18"/>
              </w:rPr>
              <w:t>Poveikio sritis</w:t>
            </w:r>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30C0FA32" w14:textId="77777777" w:rsidR="00A5425F" w:rsidRDefault="00A5425F" w:rsidP="000B505C">
            <w:pPr>
              <w:spacing w:after="0" w:line="240" w:lineRule="auto"/>
              <w:rPr>
                <w:rFonts w:hint="eastAsia"/>
              </w:rPr>
            </w:pPr>
            <w:r>
              <w:rPr>
                <w:rFonts w:ascii="Ubuntu" w:eastAsia="Ubuntu" w:hAnsi="Ubuntu" w:cs="Ubuntu" w:hint="eastAsia"/>
                <w:b/>
                <w:color w:val="FFFFFF"/>
                <w:sz w:val="18"/>
              </w:rPr>
              <w:t>Pranešėjo vertinimas</w:t>
            </w:r>
          </w:p>
        </w:tc>
      </w:tr>
      <w:tr w:rsidR="00C26D3C" w:rsidRPr="00FF1C66" w14:paraId="6E74349F" w14:textId="77777777" w:rsidTr="001975F3">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9E27934" w14:textId="77777777" w:rsidR="00C26D3C" w:rsidRPr="00FF1C66" w:rsidRDefault="00C26D3C" w:rsidP="00C26D3C">
            <w:pPr>
              <w:spacing w:after="0" w:line="240" w:lineRule="auto"/>
              <w:rPr>
                <w:rFonts w:hint="eastAsia"/>
                <w:sz w:val="18"/>
                <w:szCs w:val="18"/>
              </w:rPr>
            </w:pPr>
            <w:r w:rsidRPr="00FF1C66">
              <w:rPr>
                <w:rFonts w:eastAsia="Myriad Pro" w:cs="Myriad Pro" w:hint="eastAsia"/>
                <w:b/>
                <w:color w:val="1D2958"/>
                <w:sz w:val="18"/>
                <w:szCs w:val="18"/>
              </w:rPr>
              <w:t>Konfidencialumas</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40509516" w14:textId="3014F965" w:rsidR="00C26D3C" w:rsidRPr="00FF1C66" w:rsidRDefault="007F6EF4" w:rsidP="00C26D3C">
            <w:pPr>
              <w:spacing w:after="0" w:line="240" w:lineRule="auto"/>
              <w:rPr>
                <w:rFonts w:hint="eastAsia"/>
                <w:sz w:val="18"/>
                <w:szCs w:val="18"/>
              </w:rPr>
            </w:pPr>
            <w:sdt>
              <w:sdtPr>
                <w:rPr>
                  <w:sz w:val="18"/>
                  <w:szCs w:val="18"/>
                </w:rPr>
                <w:alias w:val="Checkbox 14"/>
                <w:tag w:val="CHECKBOX_0014"/>
                <w:id w:val="1600525891"/>
                <w14:checkbox>
                  <w14:checked w14:val="0"/>
                  <w14:checkedState w14:val="2612" w14:font="Arial"/>
                  <w14:uncheckedState w14:val="2610" w14:font="Arial"/>
                </w14:checkbox>
              </w:sdtPr>
              <w:sdtEndPr/>
              <w:sdtContent>
                <w:r w:rsidR="00C26D3C" w:rsidRPr="00FF1C66">
                  <w:rPr>
                    <w:rFonts w:ascii="Segoe UI Symbol" w:hAnsi="Segoe UI Symbol" w:cs="Segoe UI Symbol"/>
                    <w:sz w:val="18"/>
                    <w:szCs w:val="18"/>
                  </w:rPr>
                  <w:t>☐</w:t>
                </w:r>
              </w:sdtContent>
            </w:sdt>
            <w:r w:rsidR="00C26D3C" w:rsidRPr="00FF1C66">
              <w:rPr>
                <w:rFonts w:hint="eastAsia"/>
                <w:sz w:val="18"/>
                <w:szCs w:val="18"/>
              </w:rPr>
              <w:t xml:space="preserve"> Ne</w:t>
            </w:r>
            <w:r w:rsidR="00C26D3C" w:rsidRPr="00FF1C66">
              <w:rPr>
                <w:sz w:val="18"/>
                <w:szCs w:val="18"/>
              </w:rPr>
              <w:t xml:space="preserve">ne </w:t>
            </w:r>
            <w:sdt>
              <w:sdtPr>
                <w:rPr>
                  <w:sz w:val="18"/>
                  <w:szCs w:val="18"/>
                </w:rPr>
                <w:alias w:val="Checkbox 15"/>
                <w:tag w:val="CHECKBOX_0015"/>
                <w:id w:val="1394080154"/>
                <w14:checkbox>
                  <w14:checked w14:val="0"/>
                  <w14:checkedState w14:val="2612" w14:font="Arial"/>
                  <w14:uncheckedState w14:val="2610" w14:font="Arial"/>
                </w14:checkbox>
              </w:sdtPr>
              <w:sdtEndPr/>
              <w:sdtContent>
                <w:r w:rsidR="00C26D3C" w:rsidRPr="00FF1C66">
                  <w:rPr>
                    <w:rFonts w:ascii="Segoe UI Symbol" w:hAnsi="Segoe UI Symbol" w:cs="Segoe UI Symbol"/>
                    <w:sz w:val="18"/>
                    <w:szCs w:val="18"/>
                  </w:rPr>
                  <w:t>☐</w:t>
                </w:r>
              </w:sdtContent>
            </w:sdt>
            <w:r w:rsidR="00C26D3C" w:rsidRPr="00FF1C66">
              <w:rPr>
                <w:rFonts w:hint="eastAsia"/>
                <w:sz w:val="18"/>
                <w:szCs w:val="18"/>
              </w:rPr>
              <w:t xml:space="preserve"> </w:t>
            </w:r>
            <w:r w:rsidR="00C26D3C" w:rsidRPr="00FF1C66">
              <w:rPr>
                <w:sz w:val="18"/>
                <w:szCs w:val="18"/>
              </w:rPr>
              <w:t xml:space="preserve">Žemas </w:t>
            </w:r>
            <w:sdt>
              <w:sdtPr>
                <w:rPr>
                  <w:sz w:val="18"/>
                  <w:szCs w:val="18"/>
                </w:rPr>
                <w:alias w:val="Checkbox 15"/>
                <w:tag w:val="CHECKBOX_0015"/>
                <w:id w:val="-144889124"/>
                <w14:checkbox>
                  <w14:checked w14:val="0"/>
                  <w14:checkedState w14:val="2612" w14:font="Arial"/>
                  <w14:uncheckedState w14:val="2610" w14:font="Arial"/>
                </w14:checkbox>
              </w:sdtPr>
              <w:sdtEndPr/>
              <w:sdtContent>
                <w:r w:rsidR="00C26D3C" w:rsidRPr="00FF1C66">
                  <w:rPr>
                    <w:rFonts w:ascii="Segoe UI Symbol" w:hAnsi="Segoe UI Symbol" w:cs="Segoe UI Symbol"/>
                    <w:sz w:val="18"/>
                    <w:szCs w:val="18"/>
                  </w:rPr>
                  <w:t>☐</w:t>
                </w:r>
              </w:sdtContent>
            </w:sdt>
            <w:r w:rsidR="00C26D3C" w:rsidRPr="00FF1C66">
              <w:rPr>
                <w:rFonts w:hint="eastAsia"/>
                <w:sz w:val="18"/>
                <w:szCs w:val="18"/>
              </w:rPr>
              <w:t xml:space="preserve"> </w:t>
            </w:r>
            <w:r w:rsidR="00C26D3C" w:rsidRPr="00FF1C66">
              <w:rPr>
                <w:sz w:val="18"/>
                <w:szCs w:val="18"/>
              </w:rPr>
              <w:t xml:space="preserve">Vidutinis </w:t>
            </w:r>
            <w:sdt>
              <w:sdtPr>
                <w:rPr>
                  <w:sz w:val="18"/>
                  <w:szCs w:val="18"/>
                </w:rPr>
                <w:alias w:val="Checkbox 15"/>
                <w:tag w:val="CHECKBOX_0015"/>
                <w:id w:val="-2111036330"/>
                <w14:checkbox>
                  <w14:checked w14:val="0"/>
                  <w14:checkedState w14:val="2612" w14:font="Arial"/>
                  <w14:uncheckedState w14:val="2610" w14:font="Arial"/>
                </w14:checkbox>
              </w:sdtPr>
              <w:sdtEndPr/>
              <w:sdtContent>
                <w:r w:rsidR="00C26D3C" w:rsidRPr="00FF1C66">
                  <w:rPr>
                    <w:rFonts w:ascii="Segoe UI Symbol" w:hAnsi="Segoe UI Symbol" w:cs="Segoe UI Symbol"/>
                    <w:sz w:val="18"/>
                    <w:szCs w:val="18"/>
                  </w:rPr>
                  <w:t>☐</w:t>
                </w:r>
              </w:sdtContent>
            </w:sdt>
            <w:r w:rsidR="00C26D3C" w:rsidRPr="00FF1C66">
              <w:rPr>
                <w:rFonts w:hint="eastAsia"/>
                <w:sz w:val="18"/>
                <w:szCs w:val="18"/>
              </w:rPr>
              <w:t xml:space="preserve"> </w:t>
            </w:r>
            <w:r w:rsidR="00C26D3C" w:rsidRPr="00FF1C66">
              <w:rPr>
                <w:sz w:val="18"/>
                <w:szCs w:val="18"/>
              </w:rPr>
              <w:t xml:space="preserve">Aukštas </w:t>
            </w:r>
            <w:sdt>
              <w:sdtPr>
                <w:rPr>
                  <w:sz w:val="18"/>
                  <w:szCs w:val="18"/>
                </w:rPr>
                <w:alias w:val="Checkbox 15"/>
                <w:tag w:val="CHECKBOX_0015"/>
                <w:id w:val="1069998524"/>
                <w14:checkbox>
                  <w14:checked w14:val="0"/>
                  <w14:checkedState w14:val="2612" w14:font="Arial"/>
                  <w14:uncheckedState w14:val="2610" w14:font="Arial"/>
                </w14:checkbox>
              </w:sdtPr>
              <w:sdtEndPr/>
              <w:sdtContent>
                <w:r w:rsidR="00C26D3C" w:rsidRPr="00FF1C66">
                  <w:rPr>
                    <w:rFonts w:ascii="Segoe UI Symbol" w:hAnsi="Segoe UI Symbol" w:cs="Segoe UI Symbol"/>
                    <w:sz w:val="18"/>
                    <w:szCs w:val="18"/>
                  </w:rPr>
                  <w:t>☐</w:t>
                </w:r>
              </w:sdtContent>
            </w:sdt>
            <w:r w:rsidR="00C26D3C" w:rsidRPr="00FF1C66">
              <w:rPr>
                <w:rFonts w:hint="eastAsia"/>
                <w:sz w:val="18"/>
                <w:szCs w:val="18"/>
              </w:rPr>
              <w:t xml:space="preserve"> </w:t>
            </w:r>
            <w:r w:rsidR="00C26D3C" w:rsidRPr="00FF1C66">
              <w:rPr>
                <w:sz w:val="18"/>
                <w:szCs w:val="18"/>
              </w:rPr>
              <w:t>Nežinoma</w:t>
            </w:r>
          </w:p>
        </w:tc>
      </w:tr>
      <w:tr w:rsidR="00C26D3C" w:rsidRPr="00FF1C66" w14:paraId="11EAC470"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7B13AA79" w14:textId="77777777" w:rsidR="00C26D3C" w:rsidRPr="00FF1C66" w:rsidRDefault="00C26D3C" w:rsidP="00C26D3C">
            <w:pPr>
              <w:spacing w:after="0" w:line="240" w:lineRule="auto"/>
              <w:rPr>
                <w:rFonts w:hint="eastAsia"/>
                <w:sz w:val="18"/>
                <w:szCs w:val="18"/>
              </w:rPr>
            </w:pPr>
            <w:r w:rsidRPr="00FF1C66">
              <w:rPr>
                <w:rFonts w:eastAsia="Myriad Pro" w:cs="Myriad Pro" w:hint="eastAsia"/>
                <w:b/>
                <w:color w:val="1D2958"/>
                <w:sz w:val="18"/>
                <w:szCs w:val="18"/>
              </w:rPr>
              <w:t>Vientisumas</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3C7FE7C2" w14:textId="7735B51D" w:rsidR="00C26D3C" w:rsidRPr="00FF1C66" w:rsidRDefault="007F6EF4" w:rsidP="00C26D3C">
            <w:pPr>
              <w:spacing w:after="0" w:line="240" w:lineRule="auto"/>
              <w:rPr>
                <w:rFonts w:hint="eastAsia"/>
                <w:sz w:val="18"/>
                <w:szCs w:val="18"/>
              </w:rPr>
            </w:pPr>
            <w:sdt>
              <w:sdtPr>
                <w:rPr>
                  <w:sz w:val="18"/>
                  <w:szCs w:val="18"/>
                </w:rPr>
                <w:alias w:val="Checkbox 14"/>
                <w:tag w:val="CHECKBOX_0014"/>
                <w:id w:val="-1916462124"/>
                <w14:checkbox>
                  <w14:checked w14:val="0"/>
                  <w14:checkedState w14:val="2612" w14:font="Arial"/>
                  <w14:uncheckedState w14:val="2610" w14:font="Arial"/>
                </w14:checkbox>
              </w:sdtPr>
              <w:sdtEndPr/>
              <w:sdtContent>
                <w:r w:rsidR="00C26D3C" w:rsidRPr="00FF1C66">
                  <w:rPr>
                    <w:rFonts w:ascii="Segoe UI Symbol" w:hAnsi="Segoe UI Symbol" w:cs="Segoe UI Symbol"/>
                    <w:sz w:val="18"/>
                    <w:szCs w:val="18"/>
                  </w:rPr>
                  <w:t>☐</w:t>
                </w:r>
              </w:sdtContent>
            </w:sdt>
            <w:r w:rsidR="00C26D3C" w:rsidRPr="00FF1C66">
              <w:rPr>
                <w:rFonts w:hint="eastAsia"/>
                <w:sz w:val="18"/>
                <w:szCs w:val="18"/>
              </w:rPr>
              <w:t xml:space="preserve"> Ne</w:t>
            </w:r>
            <w:r w:rsidR="00C26D3C" w:rsidRPr="00FF1C66">
              <w:rPr>
                <w:sz w:val="18"/>
                <w:szCs w:val="18"/>
              </w:rPr>
              <w:t xml:space="preserve">ne </w:t>
            </w:r>
            <w:sdt>
              <w:sdtPr>
                <w:rPr>
                  <w:sz w:val="18"/>
                  <w:szCs w:val="18"/>
                </w:rPr>
                <w:alias w:val="Checkbox 15"/>
                <w:tag w:val="CHECKBOX_0015"/>
                <w:id w:val="-712885015"/>
                <w14:checkbox>
                  <w14:checked w14:val="0"/>
                  <w14:checkedState w14:val="2612" w14:font="Arial"/>
                  <w14:uncheckedState w14:val="2610" w14:font="Arial"/>
                </w14:checkbox>
              </w:sdtPr>
              <w:sdtEndPr/>
              <w:sdtContent>
                <w:r w:rsidR="00C26D3C" w:rsidRPr="00FF1C66">
                  <w:rPr>
                    <w:rFonts w:ascii="Segoe UI Symbol" w:hAnsi="Segoe UI Symbol" w:cs="Segoe UI Symbol"/>
                    <w:sz w:val="18"/>
                    <w:szCs w:val="18"/>
                  </w:rPr>
                  <w:t>☐</w:t>
                </w:r>
              </w:sdtContent>
            </w:sdt>
            <w:r w:rsidR="00C26D3C" w:rsidRPr="00FF1C66">
              <w:rPr>
                <w:rFonts w:hint="eastAsia"/>
                <w:sz w:val="18"/>
                <w:szCs w:val="18"/>
              </w:rPr>
              <w:t xml:space="preserve"> </w:t>
            </w:r>
            <w:r w:rsidR="00C26D3C" w:rsidRPr="00FF1C66">
              <w:rPr>
                <w:sz w:val="18"/>
                <w:szCs w:val="18"/>
              </w:rPr>
              <w:t xml:space="preserve">Žemas </w:t>
            </w:r>
            <w:sdt>
              <w:sdtPr>
                <w:rPr>
                  <w:sz w:val="18"/>
                  <w:szCs w:val="18"/>
                </w:rPr>
                <w:alias w:val="Checkbox 15"/>
                <w:tag w:val="CHECKBOX_0015"/>
                <w:id w:val="357621927"/>
                <w14:checkbox>
                  <w14:checked w14:val="0"/>
                  <w14:checkedState w14:val="2612" w14:font="Arial"/>
                  <w14:uncheckedState w14:val="2610" w14:font="Arial"/>
                </w14:checkbox>
              </w:sdtPr>
              <w:sdtEndPr/>
              <w:sdtContent>
                <w:r w:rsidR="00C26D3C" w:rsidRPr="00FF1C66">
                  <w:rPr>
                    <w:rFonts w:ascii="Segoe UI Symbol" w:hAnsi="Segoe UI Symbol" w:cs="Segoe UI Symbol"/>
                    <w:sz w:val="18"/>
                    <w:szCs w:val="18"/>
                  </w:rPr>
                  <w:t>☐</w:t>
                </w:r>
              </w:sdtContent>
            </w:sdt>
            <w:r w:rsidR="00C26D3C" w:rsidRPr="00FF1C66">
              <w:rPr>
                <w:rFonts w:hint="eastAsia"/>
                <w:sz w:val="18"/>
                <w:szCs w:val="18"/>
              </w:rPr>
              <w:t xml:space="preserve"> </w:t>
            </w:r>
            <w:r w:rsidR="00C26D3C" w:rsidRPr="00FF1C66">
              <w:rPr>
                <w:sz w:val="18"/>
                <w:szCs w:val="18"/>
              </w:rPr>
              <w:t xml:space="preserve">Vidutinis </w:t>
            </w:r>
            <w:sdt>
              <w:sdtPr>
                <w:rPr>
                  <w:sz w:val="18"/>
                  <w:szCs w:val="18"/>
                </w:rPr>
                <w:alias w:val="Checkbox 15"/>
                <w:tag w:val="CHECKBOX_0015"/>
                <w:id w:val="-730081465"/>
                <w14:checkbox>
                  <w14:checked w14:val="0"/>
                  <w14:checkedState w14:val="2612" w14:font="Arial"/>
                  <w14:uncheckedState w14:val="2610" w14:font="Arial"/>
                </w14:checkbox>
              </w:sdtPr>
              <w:sdtEndPr/>
              <w:sdtContent>
                <w:r w:rsidR="00C26D3C" w:rsidRPr="00FF1C66">
                  <w:rPr>
                    <w:rFonts w:ascii="Segoe UI Symbol" w:hAnsi="Segoe UI Symbol" w:cs="Segoe UI Symbol"/>
                    <w:sz w:val="18"/>
                    <w:szCs w:val="18"/>
                  </w:rPr>
                  <w:t>☐</w:t>
                </w:r>
              </w:sdtContent>
            </w:sdt>
            <w:r w:rsidR="00C26D3C" w:rsidRPr="00FF1C66">
              <w:rPr>
                <w:rFonts w:hint="eastAsia"/>
                <w:sz w:val="18"/>
                <w:szCs w:val="18"/>
              </w:rPr>
              <w:t xml:space="preserve"> </w:t>
            </w:r>
            <w:r w:rsidR="00C26D3C" w:rsidRPr="00FF1C66">
              <w:rPr>
                <w:sz w:val="18"/>
                <w:szCs w:val="18"/>
              </w:rPr>
              <w:t xml:space="preserve">Aukštas </w:t>
            </w:r>
            <w:sdt>
              <w:sdtPr>
                <w:rPr>
                  <w:sz w:val="18"/>
                  <w:szCs w:val="18"/>
                </w:rPr>
                <w:alias w:val="Checkbox 15"/>
                <w:tag w:val="CHECKBOX_0015"/>
                <w:id w:val="932700775"/>
                <w14:checkbox>
                  <w14:checked w14:val="0"/>
                  <w14:checkedState w14:val="2612" w14:font="Arial"/>
                  <w14:uncheckedState w14:val="2610" w14:font="Arial"/>
                </w14:checkbox>
              </w:sdtPr>
              <w:sdtEndPr/>
              <w:sdtContent>
                <w:r w:rsidR="00C26D3C" w:rsidRPr="00FF1C66">
                  <w:rPr>
                    <w:rFonts w:ascii="Segoe UI Symbol" w:hAnsi="Segoe UI Symbol" w:cs="Segoe UI Symbol"/>
                    <w:sz w:val="18"/>
                    <w:szCs w:val="18"/>
                  </w:rPr>
                  <w:t>☐</w:t>
                </w:r>
              </w:sdtContent>
            </w:sdt>
            <w:r w:rsidR="00C26D3C" w:rsidRPr="00FF1C66">
              <w:rPr>
                <w:rFonts w:hint="eastAsia"/>
                <w:sz w:val="18"/>
                <w:szCs w:val="18"/>
              </w:rPr>
              <w:t xml:space="preserve"> </w:t>
            </w:r>
            <w:r w:rsidR="00C26D3C" w:rsidRPr="00FF1C66">
              <w:rPr>
                <w:sz w:val="18"/>
                <w:szCs w:val="18"/>
              </w:rPr>
              <w:t>Nežinoma</w:t>
            </w:r>
          </w:p>
        </w:tc>
      </w:tr>
      <w:tr w:rsidR="00C26D3C" w:rsidRPr="00FF1C66" w14:paraId="2C9EC529"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767EB0AF" w14:textId="77777777" w:rsidR="00C26D3C" w:rsidRPr="00FF1C66" w:rsidRDefault="00C26D3C" w:rsidP="00C26D3C">
            <w:pPr>
              <w:spacing w:after="0" w:line="240" w:lineRule="auto"/>
              <w:rPr>
                <w:rFonts w:hint="eastAsia"/>
                <w:sz w:val="18"/>
                <w:szCs w:val="18"/>
              </w:rPr>
            </w:pPr>
            <w:r w:rsidRPr="00FF1C66">
              <w:rPr>
                <w:rFonts w:eastAsia="Myriad Pro" w:cs="Myriad Pro" w:hint="eastAsia"/>
                <w:b/>
                <w:color w:val="1D2958"/>
                <w:sz w:val="18"/>
                <w:szCs w:val="18"/>
              </w:rPr>
              <w:t>Prieinamumas</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754D2C05" w14:textId="7191BFE2" w:rsidR="00C26D3C" w:rsidRPr="00FF1C66" w:rsidRDefault="007F6EF4" w:rsidP="00C26D3C">
            <w:pPr>
              <w:spacing w:after="0" w:line="240" w:lineRule="auto"/>
              <w:rPr>
                <w:rFonts w:hint="eastAsia"/>
                <w:sz w:val="18"/>
                <w:szCs w:val="18"/>
              </w:rPr>
            </w:pPr>
            <w:sdt>
              <w:sdtPr>
                <w:rPr>
                  <w:sz w:val="18"/>
                  <w:szCs w:val="18"/>
                </w:rPr>
                <w:alias w:val="Checkbox 14"/>
                <w:tag w:val="CHECKBOX_0014"/>
                <w:id w:val="-1975895844"/>
                <w14:checkbox>
                  <w14:checked w14:val="0"/>
                  <w14:checkedState w14:val="2612" w14:font="Arial"/>
                  <w14:uncheckedState w14:val="2610" w14:font="Arial"/>
                </w14:checkbox>
              </w:sdtPr>
              <w:sdtEndPr/>
              <w:sdtContent>
                <w:r w:rsidR="00C26D3C" w:rsidRPr="00FF1C66">
                  <w:rPr>
                    <w:rFonts w:ascii="Segoe UI Symbol" w:hAnsi="Segoe UI Symbol" w:cs="Segoe UI Symbol"/>
                    <w:sz w:val="18"/>
                    <w:szCs w:val="18"/>
                  </w:rPr>
                  <w:t>☐</w:t>
                </w:r>
              </w:sdtContent>
            </w:sdt>
            <w:r w:rsidR="00C26D3C" w:rsidRPr="00FF1C66">
              <w:rPr>
                <w:rFonts w:hint="eastAsia"/>
                <w:sz w:val="18"/>
                <w:szCs w:val="18"/>
              </w:rPr>
              <w:t xml:space="preserve"> Ne</w:t>
            </w:r>
            <w:r w:rsidR="00C26D3C" w:rsidRPr="00FF1C66">
              <w:rPr>
                <w:sz w:val="18"/>
                <w:szCs w:val="18"/>
              </w:rPr>
              <w:t xml:space="preserve">ne </w:t>
            </w:r>
            <w:sdt>
              <w:sdtPr>
                <w:rPr>
                  <w:sz w:val="18"/>
                  <w:szCs w:val="18"/>
                </w:rPr>
                <w:alias w:val="Checkbox 15"/>
                <w:tag w:val="CHECKBOX_0015"/>
                <w:id w:val="-1324191089"/>
                <w14:checkbox>
                  <w14:checked w14:val="0"/>
                  <w14:checkedState w14:val="2612" w14:font="Arial"/>
                  <w14:uncheckedState w14:val="2610" w14:font="Arial"/>
                </w14:checkbox>
              </w:sdtPr>
              <w:sdtEndPr/>
              <w:sdtContent>
                <w:r w:rsidR="00C26D3C" w:rsidRPr="00FF1C66">
                  <w:rPr>
                    <w:rFonts w:ascii="Segoe UI Symbol" w:hAnsi="Segoe UI Symbol" w:cs="Segoe UI Symbol"/>
                    <w:sz w:val="18"/>
                    <w:szCs w:val="18"/>
                  </w:rPr>
                  <w:t>☐</w:t>
                </w:r>
              </w:sdtContent>
            </w:sdt>
            <w:r w:rsidR="00C26D3C" w:rsidRPr="00FF1C66">
              <w:rPr>
                <w:rFonts w:hint="eastAsia"/>
                <w:sz w:val="18"/>
                <w:szCs w:val="18"/>
              </w:rPr>
              <w:t xml:space="preserve"> </w:t>
            </w:r>
            <w:r w:rsidR="00C26D3C" w:rsidRPr="00FF1C66">
              <w:rPr>
                <w:sz w:val="18"/>
                <w:szCs w:val="18"/>
              </w:rPr>
              <w:t xml:space="preserve">Žemas </w:t>
            </w:r>
            <w:sdt>
              <w:sdtPr>
                <w:rPr>
                  <w:sz w:val="18"/>
                  <w:szCs w:val="18"/>
                </w:rPr>
                <w:alias w:val="Checkbox 15"/>
                <w:tag w:val="CHECKBOX_0015"/>
                <w:id w:val="568229614"/>
                <w14:checkbox>
                  <w14:checked w14:val="1"/>
                  <w14:checkedState w14:val="2612" w14:font="Arial"/>
                  <w14:uncheckedState w14:val="2610" w14:font="Arial"/>
                </w14:checkbox>
              </w:sdtPr>
              <w:sdtEndPr/>
              <w:sdtContent>
                <w:r w:rsidR="00FF1C66" w:rsidRPr="00FF1C66">
                  <w:rPr>
                    <w:rFonts w:ascii="Arial" w:hAnsi="Arial" w:cs="Arial"/>
                    <w:sz w:val="18"/>
                    <w:szCs w:val="18"/>
                  </w:rPr>
                  <w:t>☒</w:t>
                </w:r>
              </w:sdtContent>
            </w:sdt>
            <w:r w:rsidR="00C26D3C" w:rsidRPr="00FF1C66">
              <w:rPr>
                <w:rFonts w:hint="eastAsia"/>
                <w:sz w:val="18"/>
                <w:szCs w:val="18"/>
              </w:rPr>
              <w:t xml:space="preserve"> </w:t>
            </w:r>
            <w:r w:rsidR="00C26D3C" w:rsidRPr="00FF1C66">
              <w:rPr>
                <w:sz w:val="18"/>
                <w:szCs w:val="18"/>
              </w:rPr>
              <w:t xml:space="preserve">Vidutinis </w:t>
            </w:r>
            <w:sdt>
              <w:sdtPr>
                <w:rPr>
                  <w:sz w:val="18"/>
                  <w:szCs w:val="18"/>
                </w:rPr>
                <w:alias w:val="Checkbox 15"/>
                <w:tag w:val="CHECKBOX_0015"/>
                <w:id w:val="-903059098"/>
                <w14:checkbox>
                  <w14:checked w14:val="0"/>
                  <w14:checkedState w14:val="2612" w14:font="Arial"/>
                  <w14:uncheckedState w14:val="2610" w14:font="Arial"/>
                </w14:checkbox>
              </w:sdtPr>
              <w:sdtEndPr/>
              <w:sdtContent>
                <w:r w:rsidR="00C26D3C" w:rsidRPr="00FF1C66">
                  <w:rPr>
                    <w:rFonts w:ascii="Segoe UI Symbol" w:hAnsi="Segoe UI Symbol" w:cs="Segoe UI Symbol"/>
                    <w:sz w:val="18"/>
                    <w:szCs w:val="18"/>
                  </w:rPr>
                  <w:t>☐</w:t>
                </w:r>
              </w:sdtContent>
            </w:sdt>
            <w:r w:rsidR="00C26D3C" w:rsidRPr="00FF1C66">
              <w:rPr>
                <w:rFonts w:hint="eastAsia"/>
                <w:sz w:val="18"/>
                <w:szCs w:val="18"/>
              </w:rPr>
              <w:t xml:space="preserve"> </w:t>
            </w:r>
            <w:r w:rsidR="00C26D3C" w:rsidRPr="00FF1C66">
              <w:rPr>
                <w:sz w:val="18"/>
                <w:szCs w:val="18"/>
              </w:rPr>
              <w:t xml:space="preserve">Aukštas </w:t>
            </w:r>
            <w:sdt>
              <w:sdtPr>
                <w:rPr>
                  <w:sz w:val="18"/>
                  <w:szCs w:val="18"/>
                </w:rPr>
                <w:alias w:val="Checkbox 15"/>
                <w:tag w:val="CHECKBOX_0015"/>
                <w:id w:val="-914165875"/>
                <w14:checkbox>
                  <w14:checked w14:val="0"/>
                  <w14:checkedState w14:val="2612" w14:font="Arial"/>
                  <w14:uncheckedState w14:val="2610" w14:font="Arial"/>
                </w14:checkbox>
              </w:sdtPr>
              <w:sdtEndPr/>
              <w:sdtContent>
                <w:r w:rsidR="00C26D3C" w:rsidRPr="00FF1C66">
                  <w:rPr>
                    <w:rFonts w:ascii="Segoe UI Symbol" w:hAnsi="Segoe UI Symbol" w:cs="Segoe UI Symbol"/>
                    <w:sz w:val="18"/>
                    <w:szCs w:val="18"/>
                  </w:rPr>
                  <w:t>☐</w:t>
                </w:r>
              </w:sdtContent>
            </w:sdt>
            <w:r w:rsidR="00C26D3C" w:rsidRPr="00FF1C66">
              <w:rPr>
                <w:rFonts w:hint="eastAsia"/>
                <w:sz w:val="18"/>
                <w:szCs w:val="18"/>
              </w:rPr>
              <w:t xml:space="preserve"> </w:t>
            </w:r>
            <w:r w:rsidR="00C26D3C" w:rsidRPr="00FF1C66">
              <w:rPr>
                <w:sz w:val="18"/>
                <w:szCs w:val="18"/>
              </w:rPr>
              <w:t>Nežinoma</w:t>
            </w:r>
          </w:p>
        </w:tc>
      </w:tr>
      <w:tr w:rsidR="00C26D3C" w:rsidRPr="00FF1C66" w14:paraId="6CEE7253"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1FE8DC9" w14:textId="77777777" w:rsidR="00C26D3C" w:rsidRPr="00FF1C66" w:rsidRDefault="00C26D3C" w:rsidP="00C26D3C">
            <w:pPr>
              <w:spacing w:after="0" w:line="240" w:lineRule="auto"/>
              <w:rPr>
                <w:rFonts w:hint="eastAsia"/>
                <w:sz w:val="18"/>
                <w:szCs w:val="18"/>
              </w:rPr>
            </w:pPr>
            <w:r w:rsidRPr="00FF1C66">
              <w:rPr>
                <w:rFonts w:eastAsia="Myriad Pro" w:cs="Myriad Pro" w:hint="eastAsia"/>
                <w:b/>
                <w:color w:val="1D2958"/>
                <w:sz w:val="18"/>
                <w:szCs w:val="18"/>
              </w:rPr>
              <w:t>Sauga</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7D923454" w14:textId="4C02140C" w:rsidR="00C26D3C" w:rsidRPr="00FF1C66" w:rsidRDefault="007F6EF4" w:rsidP="00C26D3C">
            <w:pPr>
              <w:spacing w:after="0" w:line="240" w:lineRule="auto"/>
              <w:rPr>
                <w:rFonts w:hint="eastAsia"/>
                <w:sz w:val="18"/>
                <w:szCs w:val="18"/>
              </w:rPr>
            </w:pPr>
            <w:sdt>
              <w:sdtPr>
                <w:rPr>
                  <w:sz w:val="18"/>
                  <w:szCs w:val="18"/>
                </w:rPr>
                <w:alias w:val="Checkbox 14"/>
                <w:tag w:val="CHECKBOX_0014"/>
                <w:id w:val="24375251"/>
                <w14:checkbox>
                  <w14:checked w14:val="0"/>
                  <w14:checkedState w14:val="2612" w14:font="Arial"/>
                  <w14:uncheckedState w14:val="2610" w14:font="Arial"/>
                </w14:checkbox>
              </w:sdtPr>
              <w:sdtEndPr/>
              <w:sdtContent>
                <w:r w:rsidR="00C26D3C" w:rsidRPr="00FF1C66">
                  <w:rPr>
                    <w:rFonts w:ascii="Segoe UI Symbol" w:hAnsi="Segoe UI Symbol" w:cs="Segoe UI Symbol"/>
                    <w:sz w:val="18"/>
                    <w:szCs w:val="18"/>
                  </w:rPr>
                  <w:t>☐</w:t>
                </w:r>
              </w:sdtContent>
            </w:sdt>
            <w:r w:rsidR="00C26D3C" w:rsidRPr="00FF1C66">
              <w:rPr>
                <w:rFonts w:hint="eastAsia"/>
                <w:sz w:val="18"/>
                <w:szCs w:val="18"/>
              </w:rPr>
              <w:t xml:space="preserve"> Ne</w:t>
            </w:r>
            <w:r w:rsidR="00C26D3C" w:rsidRPr="00FF1C66">
              <w:rPr>
                <w:sz w:val="18"/>
                <w:szCs w:val="18"/>
              </w:rPr>
              <w:t xml:space="preserve">ne </w:t>
            </w:r>
            <w:sdt>
              <w:sdtPr>
                <w:rPr>
                  <w:sz w:val="18"/>
                  <w:szCs w:val="18"/>
                </w:rPr>
                <w:alias w:val="Checkbox 15"/>
                <w:tag w:val="CHECKBOX_0015"/>
                <w:id w:val="-450864777"/>
                <w14:checkbox>
                  <w14:checked w14:val="0"/>
                  <w14:checkedState w14:val="2612" w14:font="Arial"/>
                  <w14:uncheckedState w14:val="2610" w14:font="Arial"/>
                </w14:checkbox>
              </w:sdtPr>
              <w:sdtEndPr/>
              <w:sdtContent>
                <w:r w:rsidR="00C26D3C" w:rsidRPr="00FF1C66">
                  <w:rPr>
                    <w:rFonts w:ascii="Segoe UI Symbol" w:hAnsi="Segoe UI Symbol" w:cs="Segoe UI Symbol"/>
                    <w:sz w:val="18"/>
                    <w:szCs w:val="18"/>
                  </w:rPr>
                  <w:t>☐</w:t>
                </w:r>
              </w:sdtContent>
            </w:sdt>
            <w:r w:rsidR="00C26D3C" w:rsidRPr="00FF1C66">
              <w:rPr>
                <w:rFonts w:hint="eastAsia"/>
                <w:sz w:val="18"/>
                <w:szCs w:val="18"/>
              </w:rPr>
              <w:t xml:space="preserve"> </w:t>
            </w:r>
            <w:r w:rsidR="00C26D3C" w:rsidRPr="00FF1C66">
              <w:rPr>
                <w:sz w:val="18"/>
                <w:szCs w:val="18"/>
              </w:rPr>
              <w:t xml:space="preserve">Žemas </w:t>
            </w:r>
            <w:sdt>
              <w:sdtPr>
                <w:rPr>
                  <w:sz w:val="18"/>
                  <w:szCs w:val="18"/>
                </w:rPr>
                <w:alias w:val="Checkbox 15"/>
                <w:tag w:val="CHECKBOX_0015"/>
                <w:id w:val="1980098868"/>
                <w14:checkbox>
                  <w14:checked w14:val="0"/>
                  <w14:checkedState w14:val="2612" w14:font="Arial"/>
                  <w14:uncheckedState w14:val="2610" w14:font="Arial"/>
                </w14:checkbox>
              </w:sdtPr>
              <w:sdtEndPr/>
              <w:sdtContent>
                <w:r w:rsidR="00C26D3C" w:rsidRPr="00FF1C66">
                  <w:rPr>
                    <w:rFonts w:ascii="Segoe UI Symbol" w:hAnsi="Segoe UI Symbol" w:cs="Segoe UI Symbol"/>
                    <w:sz w:val="18"/>
                    <w:szCs w:val="18"/>
                  </w:rPr>
                  <w:t>☐</w:t>
                </w:r>
              </w:sdtContent>
            </w:sdt>
            <w:r w:rsidR="00C26D3C" w:rsidRPr="00FF1C66">
              <w:rPr>
                <w:rFonts w:hint="eastAsia"/>
                <w:sz w:val="18"/>
                <w:szCs w:val="18"/>
              </w:rPr>
              <w:t xml:space="preserve"> </w:t>
            </w:r>
            <w:r w:rsidR="00C26D3C" w:rsidRPr="00FF1C66">
              <w:rPr>
                <w:sz w:val="18"/>
                <w:szCs w:val="18"/>
              </w:rPr>
              <w:t xml:space="preserve">Vidutinis </w:t>
            </w:r>
            <w:sdt>
              <w:sdtPr>
                <w:rPr>
                  <w:sz w:val="18"/>
                  <w:szCs w:val="18"/>
                </w:rPr>
                <w:alias w:val="Checkbox 15"/>
                <w:tag w:val="CHECKBOX_0015"/>
                <w:id w:val="-517768858"/>
                <w14:checkbox>
                  <w14:checked w14:val="0"/>
                  <w14:checkedState w14:val="2612" w14:font="Arial"/>
                  <w14:uncheckedState w14:val="2610" w14:font="Arial"/>
                </w14:checkbox>
              </w:sdtPr>
              <w:sdtEndPr/>
              <w:sdtContent>
                <w:r w:rsidR="00C26D3C" w:rsidRPr="00FF1C66">
                  <w:rPr>
                    <w:rFonts w:ascii="Segoe UI Symbol" w:hAnsi="Segoe UI Symbol" w:cs="Segoe UI Symbol"/>
                    <w:sz w:val="18"/>
                    <w:szCs w:val="18"/>
                  </w:rPr>
                  <w:t>☐</w:t>
                </w:r>
              </w:sdtContent>
            </w:sdt>
            <w:r w:rsidR="00C26D3C" w:rsidRPr="00FF1C66">
              <w:rPr>
                <w:rFonts w:hint="eastAsia"/>
                <w:sz w:val="18"/>
                <w:szCs w:val="18"/>
              </w:rPr>
              <w:t xml:space="preserve"> </w:t>
            </w:r>
            <w:r w:rsidR="00C26D3C" w:rsidRPr="00FF1C66">
              <w:rPr>
                <w:sz w:val="18"/>
                <w:szCs w:val="18"/>
              </w:rPr>
              <w:t xml:space="preserve">Aukštas </w:t>
            </w:r>
            <w:sdt>
              <w:sdtPr>
                <w:rPr>
                  <w:sz w:val="18"/>
                  <w:szCs w:val="18"/>
                </w:rPr>
                <w:alias w:val="Checkbox 15"/>
                <w:tag w:val="CHECKBOX_0015"/>
                <w:id w:val="-1567034122"/>
                <w14:checkbox>
                  <w14:checked w14:val="0"/>
                  <w14:checkedState w14:val="2612" w14:font="Arial"/>
                  <w14:uncheckedState w14:val="2610" w14:font="Arial"/>
                </w14:checkbox>
              </w:sdtPr>
              <w:sdtEndPr/>
              <w:sdtContent>
                <w:r w:rsidR="00C26D3C" w:rsidRPr="00FF1C66">
                  <w:rPr>
                    <w:rFonts w:ascii="Segoe UI Symbol" w:hAnsi="Segoe UI Symbol" w:cs="Segoe UI Symbol"/>
                    <w:sz w:val="18"/>
                    <w:szCs w:val="18"/>
                  </w:rPr>
                  <w:t>☐</w:t>
                </w:r>
              </w:sdtContent>
            </w:sdt>
            <w:r w:rsidR="00C26D3C" w:rsidRPr="00FF1C66">
              <w:rPr>
                <w:rFonts w:hint="eastAsia"/>
                <w:sz w:val="18"/>
                <w:szCs w:val="18"/>
              </w:rPr>
              <w:t xml:space="preserve"> </w:t>
            </w:r>
            <w:r w:rsidR="00C26D3C" w:rsidRPr="00FF1C66">
              <w:rPr>
                <w:sz w:val="18"/>
                <w:szCs w:val="18"/>
              </w:rPr>
              <w:t>Nežinoma</w:t>
            </w:r>
          </w:p>
        </w:tc>
      </w:tr>
      <w:tr w:rsidR="00C26D3C" w:rsidRPr="00FF1C66" w14:paraId="09439440"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2A4C514" w14:textId="77777777" w:rsidR="00C26D3C" w:rsidRPr="00FF1C66" w:rsidRDefault="00C26D3C" w:rsidP="00C26D3C">
            <w:pPr>
              <w:spacing w:after="0" w:line="240" w:lineRule="auto"/>
              <w:rPr>
                <w:rFonts w:hint="eastAsia"/>
                <w:sz w:val="18"/>
                <w:szCs w:val="18"/>
              </w:rPr>
            </w:pPr>
            <w:r w:rsidRPr="00FF1C66">
              <w:rPr>
                <w:rFonts w:eastAsia="Myriad Pro" w:cs="Myriad Pro" w:hint="eastAsia"/>
                <w:b/>
                <w:color w:val="1D2958"/>
                <w:sz w:val="18"/>
                <w:szCs w:val="18"/>
              </w:rPr>
              <w:t>Privatumas</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56294B88" w14:textId="06C7F5AB" w:rsidR="00C26D3C" w:rsidRPr="00FF1C66" w:rsidRDefault="007F6EF4" w:rsidP="00C26D3C">
            <w:pPr>
              <w:spacing w:after="0" w:line="240" w:lineRule="auto"/>
              <w:rPr>
                <w:rFonts w:hint="eastAsia"/>
                <w:sz w:val="18"/>
                <w:szCs w:val="18"/>
              </w:rPr>
            </w:pPr>
            <w:sdt>
              <w:sdtPr>
                <w:rPr>
                  <w:sz w:val="18"/>
                  <w:szCs w:val="18"/>
                </w:rPr>
                <w:alias w:val="Checkbox 14"/>
                <w:tag w:val="CHECKBOX_0014"/>
                <w:id w:val="1081492899"/>
                <w14:checkbox>
                  <w14:checked w14:val="0"/>
                  <w14:checkedState w14:val="2612" w14:font="Arial"/>
                  <w14:uncheckedState w14:val="2610" w14:font="Arial"/>
                </w14:checkbox>
              </w:sdtPr>
              <w:sdtEndPr/>
              <w:sdtContent>
                <w:r w:rsidR="00C26D3C" w:rsidRPr="00FF1C66">
                  <w:rPr>
                    <w:rFonts w:ascii="Segoe UI Symbol" w:hAnsi="Segoe UI Symbol" w:cs="Segoe UI Symbol"/>
                    <w:sz w:val="18"/>
                    <w:szCs w:val="18"/>
                  </w:rPr>
                  <w:t>☐</w:t>
                </w:r>
              </w:sdtContent>
            </w:sdt>
            <w:r w:rsidR="00C26D3C" w:rsidRPr="00FF1C66">
              <w:rPr>
                <w:rFonts w:hint="eastAsia"/>
                <w:sz w:val="18"/>
                <w:szCs w:val="18"/>
              </w:rPr>
              <w:t xml:space="preserve"> Ne</w:t>
            </w:r>
            <w:r w:rsidR="00C26D3C" w:rsidRPr="00FF1C66">
              <w:rPr>
                <w:sz w:val="18"/>
                <w:szCs w:val="18"/>
              </w:rPr>
              <w:t xml:space="preserve">ne </w:t>
            </w:r>
            <w:sdt>
              <w:sdtPr>
                <w:rPr>
                  <w:sz w:val="18"/>
                  <w:szCs w:val="18"/>
                </w:rPr>
                <w:alias w:val="Checkbox 15"/>
                <w:tag w:val="CHECKBOX_0015"/>
                <w:id w:val="-846946052"/>
                <w14:checkbox>
                  <w14:checked w14:val="0"/>
                  <w14:checkedState w14:val="2612" w14:font="Arial"/>
                  <w14:uncheckedState w14:val="2610" w14:font="Arial"/>
                </w14:checkbox>
              </w:sdtPr>
              <w:sdtEndPr/>
              <w:sdtContent>
                <w:r w:rsidR="00C26D3C" w:rsidRPr="00FF1C66">
                  <w:rPr>
                    <w:rFonts w:ascii="Segoe UI Symbol" w:hAnsi="Segoe UI Symbol" w:cs="Segoe UI Symbol"/>
                    <w:sz w:val="18"/>
                    <w:szCs w:val="18"/>
                  </w:rPr>
                  <w:t>☐</w:t>
                </w:r>
              </w:sdtContent>
            </w:sdt>
            <w:r w:rsidR="00C26D3C" w:rsidRPr="00FF1C66">
              <w:rPr>
                <w:rFonts w:hint="eastAsia"/>
                <w:sz w:val="18"/>
                <w:szCs w:val="18"/>
              </w:rPr>
              <w:t xml:space="preserve"> </w:t>
            </w:r>
            <w:r w:rsidR="00C26D3C" w:rsidRPr="00FF1C66">
              <w:rPr>
                <w:sz w:val="18"/>
                <w:szCs w:val="18"/>
              </w:rPr>
              <w:t xml:space="preserve">Žemas </w:t>
            </w:r>
            <w:sdt>
              <w:sdtPr>
                <w:rPr>
                  <w:sz w:val="18"/>
                  <w:szCs w:val="18"/>
                </w:rPr>
                <w:alias w:val="Checkbox 15"/>
                <w:tag w:val="CHECKBOX_0015"/>
                <w:id w:val="876591318"/>
                <w14:checkbox>
                  <w14:checked w14:val="0"/>
                  <w14:checkedState w14:val="2612" w14:font="Arial"/>
                  <w14:uncheckedState w14:val="2610" w14:font="Arial"/>
                </w14:checkbox>
              </w:sdtPr>
              <w:sdtEndPr/>
              <w:sdtContent>
                <w:r w:rsidR="00C26D3C" w:rsidRPr="00FF1C66">
                  <w:rPr>
                    <w:rFonts w:ascii="Segoe UI Symbol" w:hAnsi="Segoe UI Symbol" w:cs="Segoe UI Symbol"/>
                    <w:sz w:val="18"/>
                    <w:szCs w:val="18"/>
                  </w:rPr>
                  <w:t>☐</w:t>
                </w:r>
              </w:sdtContent>
            </w:sdt>
            <w:r w:rsidR="00C26D3C" w:rsidRPr="00FF1C66">
              <w:rPr>
                <w:rFonts w:hint="eastAsia"/>
                <w:sz w:val="18"/>
                <w:szCs w:val="18"/>
              </w:rPr>
              <w:t xml:space="preserve"> </w:t>
            </w:r>
            <w:r w:rsidR="00C26D3C" w:rsidRPr="00FF1C66">
              <w:rPr>
                <w:sz w:val="18"/>
                <w:szCs w:val="18"/>
              </w:rPr>
              <w:t xml:space="preserve">Vidutinis </w:t>
            </w:r>
            <w:sdt>
              <w:sdtPr>
                <w:rPr>
                  <w:sz w:val="18"/>
                  <w:szCs w:val="18"/>
                </w:rPr>
                <w:alias w:val="Checkbox 15"/>
                <w:tag w:val="CHECKBOX_0015"/>
                <w:id w:val="1249155325"/>
                <w14:checkbox>
                  <w14:checked w14:val="0"/>
                  <w14:checkedState w14:val="2612" w14:font="Arial"/>
                  <w14:uncheckedState w14:val="2610" w14:font="Arial"/>
                </w14:checkbox>
              </w:sdtPr>
              <w:sdtEndPr/>
              <w:sdtContent>
                <w:r w:rsidR="00C26D3C" w:rsidRPr="00FF1C66">
                  <w:rPr>
                    <w:rFonts w:ascii="Segoe UI Symbol" w:hAnsi="Segoe UI Symbol" w:cs="Segoe UI Symbol"/>
                    <w:sz w:val="18"/>
                    <w:szCs w:val="18"/>
                  </w:rPr>
                  <w:t>☐</w:t>
                </w:r>
              </w:sdtContent>
            </w:sdt>
            <w:r w:rsidR="00C26D3C" w:rsidRPr="00FF1C66">
              <w:rPr>
                <w:rFonts w:hint="eastAsia"/>
                <w:sz w:val="18"/>
                <w:szCs w:val="18"/>
              </w:rPr>
              <w:t xml:space="preserve"> </w:t>
            </w:r>
            <w:r w:rsidR="00C26D3C" w:rsidRPr="00FF1C66">
              <w:rPr>
                <w:sz w:val="18"/>
                <w:szCs w:val="18"/>
              </w:rPr>
              <w:t xml:space="preserve">Aukštas </w:t>
            </w:r>
            <w:sdt>
              <w:sdtPr>
                <w:rPr>
                  <w:sz w:val="18"/>
                  <w:szCs w:val="18"/>
                </w:rPr>
                <w:alias w:val="Checkbox 15"/>
                <w:tag w:val="CHECKBOX_0015"/>
                <w:id w:val="-1894640933"/>
                <w14:checkbox>
                  <w14:checked w14:val="0"/>
                  <w14:checkedState w14:val="2612" w14:font="Arial"/>
                  <w14:uncheckedState w14:val="2610" w14:font="Arial"/>
                </w14:checkbox>
              </w:sdtPr>
              <w:sdtEndPr/>
              <w:sdtContent>
                <w:r w:rsidR="00C26D3C" w:rsidRPr="00FF1C66">
                  <w:rPr>
                    <w:rFonts w:ascii="Segoe UI Symbol" w:hAnsi="Segoe UI Symbol" w:cs="Segoe UI Symbol"/>
                    <w:sz w:val="18"/>
                    <w:szCs w:val="18"/>
                  </w:rPr>
                  <w:t>☐</w:t>
                </w:r>
              </w:sdtContent>
            </w:sdt>
            <w:r w:rsidR="00C26D3C" w:rsidRPr="00FF1C66">
              <w:rPr>
                <w:rFonts w:hint="eastAsia"/>
                <w:sz w:val="18"/>
                <w:szCs w:val="18"/>
              </w:rPr>
              <w:t xml:space="preserve"> </w:t>
            </w:r>
            <w:r w:rsidR="00C26D3C" w:rsidRPr="00FF1C66">
              <w:rPr>
                <w:sz w:val="18"/>
                <w:szCs w:val="18"/>
              </w:rPr>
              <w:t>Nežinoma</w:t>
            </w:r>
          </w:p>
        </w:tc>
      </w:tr>
      <w:tr w:rsidR="00C26D3C" w:rsidRPr="00FF1C66" w14:paraId="2ADA69B1"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B10A005" w14:textId="04DBAA66" w:rsidR="00C26D3C" w:rsidRPr="00FF1C66" w:rsidRDefault="00345DA7" w:rsidP="00C26D3C">
            <w:pPr>
              <w:spacing w:after="0" w:line="240" w:lineRule="auto"/>
              <w:rPr>
                <w:rFonts w:eastAsia="Myriad Pro" w:cs="Myriad Pro"/>
                <w:b/>
                <w:color w:val="1D2958"/>
                <w:sz w:val="18"/>
                <w:szCs w:val="18"/>
              </w:rPr>
            </w:pPr>
            <w:r w:rsidRPr="00FF1C66">
              <w:rPr>
                <w:rFonts w:eastAsia="Myriad Pro" w:cs="Myriad Pro"/>
                <w:b/>
                <w:color w:val="1D2958"/>
                <w:sz w:val="18"/>
                <w:szCs w:val="18"/>
              </w:rPr>
              <w:t>Poveikis tiekimo grandinei arba platesnei ekosistemai</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77D7BF7F" w14:textId="2DF6C58A" w:rsidR="00C26D3C" w:rsidRPr="00FF1C66" w:rsidRDefault="00345DA7" w:rsidP="00345DA7">
            <w:pPr>
              <w:rPr>
                <w:rFonts w:hint="eastAsia"/>
                <w:sz w:val="18"/>
                <w:szCs w:val="18"/>
              </w:rPr>
            </w:pPr>
            <w:r w:rsidRPr="00FF1C66">
              <w:rPr>
                <w:rFonts w:ascii="Segoe UI Symbol" w:hAnsi="Segoe UI Symbol" w:cs="Segoe UI Symbol"/>
                <w:sz w:val="18"/>
                <w:szCs w:val="18"/>
              </w:rPr>
              <w:t>☐</w:t>
            </w:r>
            <w:r w:rsidRPr="00FF1C66">
              <w:rPr>
                <w:sz w:val="18"/>
                <w:szCs w:val="18"/>
              </w:rPr>
              <w:t xml:space="preserve"> Nėra </w:t>
            </w:r>
            <w:r w:rsidRPr="00FF1C66">
              <w:rPr>
                <w:rFonts w:ascii="Segoe UI Symbol" w:hAnsi="Segoe UI Symbol" w:cs="Segoe UI Symbol"/>
                <w:sz w:val="18"/>
                <w:szCs w:val="18"/>
              </w:rPr>
              <w:t>☐</w:t>
            </w:r>
            <w:r w:rsidRPr="00FF1C66">
              <w:rPr>
                <w:sz w:val="18"/>
                <w:szCs w:val="18"/>
              </w:rPr>
              <w:t xml:space="preserve"> Žemas </w:t>
            </w:r>
            <w:r w:rsidRPr="00FF1C66">
              <w:rPr>
                <w:rFonts w:ascii="Segoe UI Symbol" w:hAnsi="Segoe UI Symbol" w:cs="Segoe UI Symbol"/>
                <w:sz w:val="18"/>
                <w:szCs w:val="18"/>
              </w:rPr>
              <w:t>☐</w:t>
            </w:r>
            <w:r w:rsidRPr="00FF1C66">
              <w:rPr>
                <w:sz w:val="18"/>
                <w:szCs w:val="18"/>
              </w:rPr>
              <w:t xml:space="preserve"> Vidutinis </w:t>
            </w:r>
            <w:r w:rsidRPr="00FF1C66">
              <w:rPr>
                <w:rFonts w:ascii="Segoe UI Symbol" w:hAnsi="Segoe UI Symbol" w:cs="Segoe UI Symbol"/>
                <w:sz w:val="18"/>
                <w:szCs w:val="18"/>
              </w:rPr>
              <w:t>☐</w:t>
            </w:r>
            <w:r w:rsidRPr="00FF1C66">
              <w:rPr>
                <w:sz w:val="18"/>
                <w:szCs w:val="18"/>
              </w:rPr>
              <w:t xml:space="preserve"> Aukštas </w:t>
            </w:r>
            <w:r w:rsidRPr="00FF1C66">
              <w:rPr>
                <w:rFonts w:ascii="Segoe UI Symbol" w:hAnsi="Segoe UI Symbol" w:cs="Segoe UI Symbol"/>
                <w:sz w:val="18"/>
                <w:szCs w:val="18"/>
              </w:rPr>
              <w:t>☐</w:t>
            </w:r>
            <w:r w:rsidRPr="00FF1C66">
              <w:rPr>
                <w:sz w:val="18"/>
                <w:szCs w:val="18"/>
              </w:rPr>
              <w:t xml:space="preserve"> Nežinoma</w:t>
            </w:r>
          </w:p>
        </w:tc>
      </w:tr>
      <w:tr w:rsidR="00C26D3C" w:rsidRPr="00FF1C66" w14:paraId="31C4B4D1" w14:textId="77777777" w:rsidTr="0071281F">
        <w:trPr>
          <w:cantSplit/>
          <w:trHeight w:val="526"/>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6156F11" w14:textId="6E0E88A1" w:rsidR="0071281F" w:rsidRPr="00FF1C66" w:rsidRDefault="00345DA7" w:rsidP="00C26D3C">
            <w:pPr>
              <w:spacing w:after="0" w:line="240" w:lineRule="auto"/>
              <w:rPr>
                <w:rFonts w:eastAsia="Myriad Pro" w:cs="Myriad Pro"/>
                <w:b/>
                <w:color w:val="1D2958"/>
                <w:sz w:val="18"/>
                <w:szCs w:val="18"/>
              </w:rPr>
            </w:pPr>
            <w:r w:rsidRPr="00FF1C66">
              <w:rPr>
                <w:rFonts w:eastAsia="Myriad Pro" w:cs="Myriad Pro" w:hint="eastAsia"/>
                <w:b/>
                <w:color w:val="1D2958"/>
                <w:sz w:val="18"/>
                <w:szCs w:val="18"/>
              </w:rPr>
              <w:t>Siūlomas kritiškumo lygis, jei žinomas (neprivaloma)</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581FDB60" w14:textId="6002D3B1" w:rsidR="00345DA7" w:rsidRPr="00FF1C66" w:rsidRDefault="00345DA7" w:rsidP="00345DA7">
            <w:pPr>
              <w:rPr>
                <w:rFonts w:hint="eastAsia"/>
                <w:sz w:val="18"/>
                <w:szCs w:val="18"/>
              </w:rPr>
            </w:pPr>
            <w:r w:rsidRPr="00FF1C66">
              <w:rPr>
                <w:rFonts w:ascii="Segoe UI Symbol" w:hAnsi="Segoe UI Symbol" w:cs="Segoe UI Symbol"/>
                <w:sz w:val="18"/>
                <w:szCs w:val="18"/>
              </w:rPr>
              <w:t>☐</w:t>
            </w:r>
            <w:r w:rsidRPr="00FF1C66">
              <w:rPr>
                <w:sz w:val="18"/>
                <w:szCs w:val="18"/>
              </w:rPr>
              <w:t xml:space="preserve"> Žemas </w:t>
            </w:r>
            <w:r w:rsidRPr="00FF1C66">
              <w:rPr>
                <w:rFonts w:ascii="Segoe UI Symbol" w:hAnsi="Segoe UI Symbol" w:cs="Segoe UI Symbol"/>
                <w:sz w:val="18"/>
                <w:szCs w:val="18"/>
              </w:rPr>
              <w:t>☐</w:t>
            </w:r>
            <w:r w:rsidRPr="00FF1C66">
              <w:rPr>
                <w:sz w:val="18"/>
                <w:szCs w:val="18"/>
              </w:rPr>
              <w:t xml:space="preserve"> Vidutinis </w:t>
            </w:r>
            <w:r w:rsidRPr="00FF1C66">
              <w:rPr>
                <w:rFonts w:ascii="Segoe UI Symbol" w:hAnsi="Segoe UI Symbol" w:cs="Segoe UI Symbol"/>
                <w:sz w:val="18"/>
                <w:szCs w:val="18"/>
              </w:rPr>
              <w:t>☐</w:t>
            </w:r>
            <w:r w:rsidRPr="00FF1C66">
              <w:rPr>
                <w:sz w:val="18"/>
                <w:szCs w:val="18"/>
              </w:rPr>
              <w:t xml:space="preserve"> Aukštas</w:t>
            </w:r>
            <w:r w:rsidR="0060447F" w:rsidRPr="00FF1C66">
              <w:rPr>
                <w:sz w:val="18"/>
                <w:szCs w:val="18"/>
              </w:rPr>
              <w:t xml:space="preserve"> </w:t>
            </w:r>
            <w:r w:rsidR="0060447F" w:rsidRPr="00FF1C66">
              <w:rPr>
                <w:rFonts w:ascii="Segoe UI Symbol" w:hAnsi="Segoe UI Symbol" w:cs="Segoe UI Symbol"/>
                <w:sz w:val="18"/>
                <w:szCs w:val="18"/>
              </w:rPr>
              <w:t>☐</w:t>
            </w:r>
            <w:r w:rsidR="0060447F" w:rsidRPr="00FF1C66">
              <w:rPr>
                <w:sz w:val="18"/>
                <w:szCs w:val="18"/>
              </w:rPr>
              <w:t xml:space="preserve"> Kritinis</w:t>
            </w:r>
            <w:r w:rsidRPr="00FF1C66">
              <w:rPr>
                <w:sz w:val="18"/>
                <w:szCs w:val="18"/>
              </w:rPr>
              <w:t xml:space="preserve"> </w:t>
            </w:r>
            <w:r w:rsidRPr="00FF1C66">
              <w:rPr>
                <w:rFonts w:ascii="Segoe UI Symbol" w:hAnsi="Segoe UI Symbol" w:cs="Segoe UI Symbol"/>
                <w:sz w:val="18"/>
                <w:szCs w:val="18"/>
              </w:rPr>
              <w:t>☐</w:t>
            </w:r>
            <w:r w:rsidRPr="00FF1C66">
              <w:rPr>
                <w:sz w:val="18"/>
                <w:szCs w:val="18"/>
              </w:rPr>
              <w:t xml:space="preserve"> Nežinoma</w:t>
            </w:r>
          </w:p>
          <w:p w14:paraId="4F52AD07" w14:textId="77777777" w:rsidR="00C26D3C" w:rsidRPr="00FF1C66" w:rsidRDefault="00C26D3C" w:rsidP="00C26D3C">
            <w:pPr>
              <w:spacing w:after="0" w:line="240" w:lineRule="auto"/>
              <w:rPr>
                <w:rFonts w:hint="eastAsia"/>
                <w:sz w:val="18"/>
                <w:szCs w:val="18"/>
              </w:rPr>
            </w:pPr>
          </w:p>
        </w:tc>
      </w:tr>
      <w:tr w:rsidR="0071281F" w:rsidRPr="00FF1C66" w14:paraId="5B3BCEAF"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272403F4" w14:textId="121ACD43" w:rsidR="0071281F" w:rsidRPr="00FF1C66" w:rsidRDefault="0071281F" w:rsidP="00C26D3C">
            <w:pPr>
              <w:spacing w:after="0" w:line="240" w:lineRule="auto"/>
              <w:rPr>
                <w:rFonts w:eastAsia="Myriad Pro" w:cs="Myriad Pro"/>
                <w:b/>
                <w:color w:val="1D2958"/>
                <w:sz w:val="18"/>
                <w:szCs w:val="18"/>
              </w:rPr>
            </w:pPr>
            <w:r w:rsidRPr="00FF1C66">
              <w:rPr>
                <w:rFonts w:eastAsia="Myriad Pro" w:cs="Myriad Pro"/>
                <w:b/>
                <w:color w:val="1D2958"/>
                <w:sz w:val="18"/>
                <w:szCs w:val="18"/>
              </w:rPr>
              <w:t>CVSS vektorius, jei žinomas (neprivaloma)</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tcPr>
          <w:p w14:paraId="2BB85FB1" w14:textId="77777777" w:rsidR="0071281F" w:rsidRPr="00FF1C66" w:rsidRDefault="0071281F" w:rsidP="00345DA7">
            <w:pPr>
              <w:rPr>
                <w:rFonts w:ascii="Segoe UI Symbol" w:hAnsi="Segoe UI Symbol" w:cs="Segoe UI Symbol"/>
                <w:sz w:val="18"/>
                <w:szCs w:val="18"/>
              </w:rPr>
            </w:pPr>
          </w:p>
        </w:tc>
      </w:tr>
    </w:tbl>
    <w:p w14:paraId="5C8DF8EA" w14:textId="77777777" w:rsidR="00A5425F" w:rsidRDefault="00A5425F" w:rsidP="00A5425F">
      <w:pPr>
        <w:spacing w:after="110" w:line="259" w:lineRule="auto"/>
        <w:rPr>
          <w:rFonts w:hint="eastAsia"/>
        </w:rPr>
      </w:pPr>
    </w:p>
    <w:p w14:paraId="4D930159" w14:textId="72D70460" w:rsidR="00A5425F" w:rsidRDefault="00DF7C4F" w:rsidP="00A5425F">
      <w:pPr>
        <w:pStyle w:val="Heading2"/>
        <w:spacing w:after="80"/>
      </w:pPr>
      <w:bookmarkStart w:id="6" w:name="_Toc239339918"/>
      <w:r>
        <w:rPr>
          <w:rFonts w:ascii="Ubuntu" w:eastAsia="Ubuntu" w:hAnsi="Ubuntu" w:cs="Ubuntu"/>
          <w:u w:val="single"/>
        </w:rPr>
        <w:lastRenderedPageBreak/>
        <w:t>6. Išnaudojimo ir atskleidimo būsena</w:t>
      </w:r>
      <w:bookmarkEnd w:id="6"/>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A5425F" w14:paraId="772A8DC8" w14:textId="77777777" w:rsidTr="000B505C">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1BA79318" w14:textId="77777777" w:rsidR="00A5425F" w:rsidRDefault="00A5425F" w:rsidP="000B505C">
            <w:pPr>
              <w:spacing w:after="0" w:line="240" w:lineRule="auto"/>
              <w:rPr>
                <w:rFonts w:hint="eastAsia"/>
              </w:rPr>
            </w:pPr>
            <w:r>
              <w:rPr>
                <w:rFonts w:ascii="Ubuntu" w:eastAsia="Ubuntu" w:hAnsi="Ubuntu" w:cs="Ubuntu" w:hint="eastAsia"/>
                <w:b/>
                <w:color w:val="FFFFFF"/>
                <w:sz w:val="18"/>
              </w:rPr>
              <w:t>Laukas</w:t>
            </w:r>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06C2B871" w14:textId="77777777" w:rsidR="00A5425F" w:rsidRDefault="00A5425F" w:rsidP="000B505C">
            <w:pPr>
              <w:spacing w:after="0" w:line="240" w:lineRule="auto"/>
              <w:rPr>
                <w:rFonts w:hint="eastAsia"/>
              </w:rPr>
            </w:pPr>
            <w:r>
              <w:rPr>
                <w:rFonts w:ascii="Ubuntu" w:eastAsia="Ubuntu" w:hAnsi="Ubuntu" w:cs="Ubuntu" w:hint="eastAsia"/>
                <w:b/>
                <w:color w:val="FFFFFF"/>
                <w:sz w:val="18"/>
              </w:rPr>
              <w:t>Atsakymas</w:t>
            </w:r>
          </w:p>
        </w:tc>
      </w:tr>
      <w:tr w:rsidR="00A5425F" w:rsidRPr="00FF1C66" w14:paraId="7A9F7C37"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68E1D7B" w14:textId="77777777" w:rsidR="00A5425F" w:rsidRPr="00FF1C66" w:rsidRDefault="00A5425F" w:rsidP="000B505C">
            <w:pPr>
              <w:spacing w:after="0" w:line="240" w:lineRule="auto"/>
              <w:rPr>
                <w:rFonts w:hint="eastAsia"/>
                <w:sz w:val="18"/>
                <w:szCs w:val="18"/>
              </w:rPr>
            </w:pPr>
            <w:r w:rsidRPr="00FF1C66">
              <w:rPr>
                <w:rFonts w:eastAsia="Myriad Pro" w:cs="Myriad Pro" w:hint="eastAsia"/>
                <w:b/>
                <w:color w:val="1D2958"/>
                <w:sz w:val="18"/>
                <w:szCs w:val="18"/>
              </w:rPr>
              <w:t>Ar pažeidžiamumas jau viešai paskelbtas?</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3054F4F7" w14:textId="77777777" w:rsidR="00A5425F" w:rsidRPr="00FF1C66" w:rsidRDefault="007F6EF4" w:rsidP="000B505C">
            <w:pPr>
              <w:spacing w:after="0" w:line="240" w:lineRule="auto"/>
              <w:rPr>
                <w:rFonts w:hint="eastAsia"/>
                <w:sz w:val="18"/>
                <w:szCs w:val="18"/>
              </w:rPr>
            </w:pPr>
            <w:sdt>
              <w:sdtPr>
                <w:rPr>
                  <w:sz w:val="18"/>
                  <w:szCs w:val="18"/>
                </w:rPr>
                <w:alias w:val="Checkbox 14"/>
                <w:tag w:val="CHECKBOX_0014"/>
                <w:id w:val="100014"/>
                <w14:checkbox>
                  <w14:checked w14:val="0"/>
                  <w14:checkedState w14:val="2612" w14:font="Arial"/>
                  <w14:uncheckedState w14:val="2610" w14:font="Arial"/>
                </w14:checkbox>
              </w:sdtPr>
              <w:sdtEndPr/>
              <w:sdtContent>
                <w:r w:rsidR="00A5425F" w:rsidRPr="00FF1C66">
                  <w:rPr>
                    <w:rFonts w:ascii="Segoe UI Symbol" w:hAnsi="Segoe UI Symbol" w:cs="Segoe UI Symbol"/>
                    <w:sz w:val="18"/>
                    <w:szCs w:val="18"/>
                  </w:rPr>
                  <w:t>☐</w:t>
                </w:r>
              </w:sdtContent>
            </w:sdt>
            <w:r w:rsidR="00A5425F" w:rsidRPr="00FF1C66">
              <w:rPr>
                <w:rFonts w:hint="eastAsia"/>
                <w:sz w:val="18"/>
                <w:szCs w:val="18"/>
              </w:rPr>
              <w:t xml:space="preserve"> Ne </w:t>
            </w:r>
            <w:sdt>
              <w:sdtPr>
                <w:rPr>
                  <w:sz w:val="18"/>
                  <w:szCs w:val="18"/>
                </w:rPr>
                <w:alias w:val="Checkbox 15"/>
                <w:tag w:val="CHECKBOX_0015"/>
                <w:id w:val="100015"/>
                <w14:checkbox>
                  <w14:checked w14:val="0"/>
                  <w14:checkedState w14:val="2612" w14:font="Arial"/>
                  <w14:uncheckedState w14:val="2610" w14:font="Arial"/>
                </w14:checkbox>
              </w:sdtPr>
              <w:sdtEndPr/>
              <w:sdtContent>
                <w:r w:rsidR="00A5425F" w:rsidRPr="00FF1C66">
                  <w:rPr>
                    <w:rFonts w:ascii="Segoe UI Symbol" w:hAnsi="Segoe UI Symbol" w:cs="Segoe UI Symbol"/>
                    <w:sz w:val="18"/>
                    <w:szCs w:val="18"/>
                  </w:rPr>
                  <w:t>☐</w:t>
                </w:r>
              </w:sdtContent>
            </w:sdt>
            <w:r w:rsidR="00A5425F" w:rsidRPr="00FF1C66">
              <w:rPr>
                <w:rFonts w:hint="eastAsia"/>
                <w:sz w:val="18"/>
                <w:szCs w:val="18"/>
              </w:rPr>
              <w:t xml:space="preserve"> Taip</w:t>
            </w:r>
            <w:r w:rsidR="00F4392E" w:rsidRPr="00FF1C66">
              <w:rPr>
                <w:sz w:val="18"/>
                <w:szCs w:val="18"/>
              </w:rPr>
              <w:t xml:space="preserve"> </w:t>
            </w:r>
            <w:sdt>
              <w:sdtPr>
                <w:rPr>
                  <w:sz w:val="18"/>
                  <w:szCs w:val="18"/>
                </w:rPr>
                <w:alias w:val="Checkbox 15"/>
                <w:tag w:val="CHECKBOX_0015"/>
                <w:id w:val="1730037794"/>
                <w14:checkbox>
                  <w14:checked w14:val="0"/>
                  <w14:checkedState w14:val="2612" w14:font="Arial"/>
                  <w14:uncheckedState w14:val="2610" w14:font="Arial"/>
                </w14:checkbox>
              </w:sdtPr>
              <w:sdtEndPr/>
              <w:sdtContent>
                <w:r w:rsidR="00F4392E" w:rsidRPr="00FF1C66">
                  <w:rPr>
                    <w:rFonts w:ascii="Segoe UI Symbol" w:hAnsi="Segoe UI Symbol" w:cs="Segoe UI Symbol"/>
                    <w:sz w:val="18"/>
                    <w:szCs w:val="18"/>
                  </w:rPr>
                  <w:t>☐</w:t>
                </w:r>
              </w:sdtContent>
            </w:sdt>
            <w:r w:rsidR="00F4392E" w:rsidRPr="00FF1C66">
              <w:rPr>
                <w:rFonts w:hint="eastAsia"/>
                <w:sz w:val="18"/>
                <w:szCs w:val="18"/>
              </w:rPr>
              <w:t xml:space="preserve"> </w:t>
            </w:r>
            <w:r w:rsidR="00F4392E" w:rsidRPr="00FF1C66">
              <w:rPr>
                <w:sz w:val="18"/>
                <w:szCs w:val="18"/>
              </w:rPr>
              <w:t>Nežinoma</w:t>
            </w:r>
          </w:p>
          <w:p w14:paraId="5039FA4B" w14:textId="77777777" w:rsidR="00A030B5" w:rsidRPr="00FF1C66" w:rsidRDefault="00A030B5" w:rsidP="000B505C">
            <w:pPr>
              <w:spacing w:after="0" w:line="240" w:lineRule="auto"/>
              <w:rPr>
                <w:rFonts w:hint="eastAsia"/>
                <w:sz w:val="18"/>
                <w:szCs w:val="18"/>
              </w:rPr>
            </w:pPr>
            <w:r w:rsidRPr="00FF1C66">
              <w:rPr>
                <w:sz w:val="18"/>
                <w:szCs w:val="18"/>
              </w:rPr>
              <w:t>Jei taip, nurodykite URL ir datą:</w:t>
            </w:r>
          </w:p>
          <w:p w14:paraId="050DB9D9" w14:textId="6E029EA8" w:rsidR="00A030B5" w:rsidRPr="00FF1C66" w:rsidRDefault="00A030B5" w:rsidP="000B505C">
            <w:pPr>
              <w:spacing w:after="0" w:line="240" w:lineRule="auto"/>
              <w:rPr>
                <w:rFonts w:hint="eastAsia"/>
                <w:sz w:val="18"/>
                <w:szCs w:val="18"/>
              </w:rPr>
            </w:pPr>
          </w:p>
        </w:tc>
      </w:tr>
      <w:tr w:rsidR="00A5425F" w:rsidRPr="00FF1C66" w14:paraId="25224E5E"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536D47A2" w14:textId="77777777" w:rsidR="00A5425F" w:rsidRPr="00FF1C66" w:rsidRDefault="00A5425F" w:rsidP="000B505C">
            <w:pPr>
              <w:spacing w:after="0" w:line="240" w:lineRule="auto"/>
              <w:rPr>
                <w:rFonts w:hint="eastAsia"/>
                <w:sz w:val="18"/>
                <w:szCs w:val="18"/>
              </w:rPr>
            </w:pPr>
            <w:r w:rsidRPr="00FF1C66">
              <w:rPr>
                <w:rFonts w:eastAsia="Myriad Pro" w:cs="Myriad Pro" w:hint="eastAsia"/>
                <w:b/>
                <w:color w:val="1D2958"/>
                <w:sz w:val="18"/>
                <w:szCs w:val="18"/>
              </w:rPr>
              <w:t>Ar koncepcijos įrodymas yra viešai prieinamas?</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7E3570BC" w14:textId="77777777" w:rsidR="00A5425F" w:rsidRPr="00FF1C66" w:rsidRDefault="007F6EF4" w:rsidP="000B505C">
            <w:pPr>
              <w:spacing w:after="0" w:line="240" w:lineRule="auto"/>
              <w:rPr>
                <w:rFonts w:hint="eastAsia"/>
                <w:sz w:val="18"/>
                <w:szCs w:val="18"/>
              </w:rPr>
            </w:pPr>
            <w:sdt>
              <w:sdtPr>
                <w:rPr>
                  <w:sz w:val="18"/>
                  <w:szCs w:val="18"/>
                </w:rPr>
                <w:alias w:val="Checkbox 16"/>
                <w:tag w:val="CHECKBOX_0016"/>
                <w:id w:val="100016"/>
                <w14:checkbox>
                  <w14:checked w14:val="0"/>
                  <w14:checkedState w14:val="2612" w14:font="Arial"/>
                  <w14:uncheckedState w14:val="2610" w14:font="Arial"/>
                </w14:checkbox>
              </w:sdtPr>
              <w:sdtEndPr/>
              <w:sdtContent>
                <w:r w:rsidR="00A5425F" w:rsidRPr="00FF1C66">
                  <w:rPr>
                    <w:rFonts w:ascii="Segoe UI Symbol" w:hAnsi="Segoe UI Symbol" w:cs="Segoe UI Symbol"/>
                    <w:sz w:val="18"/>
                    <w:szCs w:val="18"/>
                  </w:rPr>
                  <w:t>☐</w:t>
                </w:r>
              </w:sdtContent>
            </w:sdt>
            <w:r w:rsidR="00A5425F" w:rsidRPr="00FF1C66">
              <w:rPr>
                <w:rFonts w:hint="eastAsia"/>
                <w:sz w:val="18"/>
                <w:szCs w:val="18"/>
              </w:rPr>
              <w:t xml:space="preserve"> Ne </w:t>
            </w:r>
            <w:sdt>
              <w:sdtPr>
                <w:rPr>
                  <w:sz w:val="18"/>
                  <w:szCs w:val="18"/>
                </w:rPr>
                <w:alias w:val="Checkbox 17"/>
                <w:tag w:val="CHECKBOX_0017"/>
                <w:id w:val="100017"/>
                <w14:checkbox>
                  <w14:checked w14:val="0"/>
                  <w14:checkedState w14:val="2612" w14:font="Arial"/>
                  <w14:uncheckedState w14:val="2610" w14:font="Arial"/>
                </w14:checkbox>
              </w:sdtPr>
              <w:sdtEndPr/>
              <w:sdtContent>
                <w:r w:rsidR="00A5425F" w:rsidRPr="00FF1C66">
                  <w:rPr>
                    <w:rFonts w:ascii="Segoe UI Symbol" w:hAnsi="Segoe UI Symbol" w:cs="Segoe UI Symbol"/>
                    <w:sz w:val="18"/>
                    <w:szCs w:val="18"/>
                  </w:rPr>
                  <w:t>☐</w:t>
                </w:r>
              </w:sdtContent>
            </w:sdt>
            <w:r w:rsidR="00A5425F" w:rsidRPr="00FF1C66">
              <w:rPr>
                <w:rFonts w:hint="eastAsia"/>
                <w:sz w:val="18"/>
                <w:szCs w:val="18"/>
              </w:rPr>
              <w:t xml:space="preserve"> Taip</w:t>
            </w:r>
            <w:r w:rsidR="00F4392E" w:rsidRPr="00FF1C66">
              <w:rPr>
                <w:sz w:val="18"/>
                <w:szCs w:val="18"/>
              </w:rPr>
              <w:t xml:space="preserve"> </w:t>
            </w:r>
            <w:sdt>
              <w:sdtPr>
                <w:rPr>
                  <w:sz w:val="18"/>
                  <w:szCs w:val="18"/>
                </w:rPr>
                <w:alias w:val="Checkbox 15"/>
                <w:tag w:val="CHECKBOX_0015"/>
                <w:id w:val="-2065480715"/>
                <w14:checkbox>
                  <w14:checked w14:val="0"/>
                  <w14:checkedState w14:val="2612" w14:font="Arial"/>
                  <w14:uncheckedState w14:val="2610" w14:font="Arial"/>
                </w14:checkbox>
              </w:sdtPr>
              <w:sdtEndPr/>
              <w:sdtContent>
                <w:r w:rsidR="00F4392E" w:rsidRPr="00FF1C66">
                  <w:rPr>
                    <w:rFonts w:ascii="Segoe UI Symbol" w:hAnsi="Segoe UI Symbol" w:cs="Segoe UI Symbol"/>
                    <w:sz w:val="18"/>
                    <w:szCs w:val="18"/>
                  </w:rPr>
                  <w:t>☐</w:t>
                </w:r>
              </w:sdtContent>
            </w:sdt>
            <w:r w:rsidR="00F4392E" w:rsidRPr="00FF1C66">
              <w:rPr>
                <w:rFonts w:hint="eastAsia"/>
                <w:sz w:val="18"/>
                <w:szCs w:val="18"/>
              </w:rPr>
              <w:t xml:space="preserve"> </w:t>
            </w:r>
            <w:r w:rsidR="00F4392E" w:rsidRPr="00FF1C66">
              <w:rPr>
                <w:sz w:val="18"/>
                <w:szCs w:val="18"/>
              </w:rPr>
              <w:t>Nežinoma</w:t>
            </w:r>
          </w:p>
          <w:p w14:paraId="6332CB30" w14:textId="77777777" w:rsidR="00344641" w:rsidRPr="00FF1C66" w:rsidRDefault="00344641" w:rsidP="00344641">
            <w:pPr>
              <w:spacing w:after="0" w:line="240" w:lineRule="auto"/>
              <w:rPr>
                <w:rFonts w:hint="eastAsia"/>
                <w:sz w:val="18"/>
                <w:szCs w:val="18"/>
              </w:rPr>
            </w:pPr>
            <w:r w:rsidRPr="00FF1C66">
              <w:rPr>
                <w:sz w:val="18"/>
                <w:szCs w:val="18"/>
              </w:rPr>
              <w:t>Jei taip, nurodykite URL ir datą:</w:t>
            </w:r>
          </w:p>
          <w:p w14:paraId="22620338" w14:textId="31F65F38" w:rsidR="00344641" w:rsidRPr="00FF1C66" w:rsidRDefault="00344641" w:rsidP="000B505C">
            <w:pPr>
              <w:spacing w:after="0" w:line="240" w:lineRule="auto"/>
              <w:rPr>
                <w:rFonts w:hint="eastAsia"/>
                <w:sz w:val="18"/>
                <w:szCs w:val="18"/>
              </w:rPr>
            </w:pPr>
          </w:p>
        </w:tc>
      </w:tr>
      <w:tr w:rsidR="00A5425F" w:rsidRPr="00FF1C66" w14:paraId="20021B12"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0252984" w14:textId="77777777" w:rsidR="00A5425F" w:rsidRPr="00FF1C66" w:rsidRDefault="00A5425F" w:rsidP="000B505C">
            <w:pPr>
              <w:spacing w:after="0" w:line="240" w:lineRule="auto"/>
              <w:rPr>
                <w:rFonts w:hint="eastAsia"/>
                <w:sz w:val="18"/>
                <w:szCs w:val="18"/>
              </w:rPr>
            </w:pPr>
            <w:r w:rsidRPr="00FF1C66">
              <w:rPr>
                <w:rFonts w:eastAsia="Myriad Pro" w:cs="Myriad Pro" w:hint="eastAsia"/>
                <w:b/>
                <w:color w:val="1D2958"/>
                <w:sz w:val="18"/>
                <w:szCs w:val="18"/>
              </w:rPr>
              <w:t>Ar žinoma arba įtariama, kad pažeidžiamumas aktyviai išnaudojamas?</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33EA5ABD" w14:textId="77777777" w:rsidR="00A5425F" w:rsidRPr="00FF1C66" w:rsidRDefault="007F6EF4" w:rsidP="000B505C">
            <w:pPr>
              <w:tabs>
                <w:tab w:val="left" w:leader="underscore" w:pos="9200"/>
              </w:tabs>
              <w:spacing w:after="0" w:line="240" w:lineRule="auto"/>
              <w:rPr>
                <w:rFonts w:hint="eastAsia"/>
                <w:sz w:val="18"/>
                <w:szCs w:val="18"/>
              </w:rPr>
            </w:pPr>
            <w:sdt>
              <w:sdtPr>
                <w:rPr>
                  <w:sz w:val="18"/>
                  <w:szCs w:val="18"/>
                </w:rPr>
                <w:alias w:val="Checkbox 18"/>
                <w:tag w:val="CHECKBOX_0018"/>
                <w:id w:val="100018"/>
                <w14:checkbox>
                  <w14:checked w14:val="0"/>
                  <w14:checkedState w14:val="2612" w14:font="Arial"/>
                  <w14:uncheckedState w14:val="2610" w14:font="Arial"/>
                </w14:checkbox>
              </w:sdtPr>
              <w:sdtEndPr/>
              <w:sdtContent>
                <w:r w:rsidR="00A5425F" w:rsidRPr="00FF1C66">
                  <w:rPr>
                    <w:rFonts w:ascii="Segoe UI Symbol" w:hAnsi="Segoe UI Symbol" w:cs="Segoe UI Symbol"/>
                    <w:sz w:val="18"/>
                    <w:szCs w:val="18"/>
                  </w:rPr>
                  <w:t>☐</w:t>
                </w:r>
              </w:sdtContent>
            </w:sdt>
            <w:r w:rsidR="00A5425F" w:rsidRPr="00FF1C66">
              <w:rPr>
                <w:rFonts w:hint="eastAsia"/>
                <w:sz w:val="18"/>
                <w:szCs w:val="18"/>
              </w:rPr>
              <w:t xml:space="preserve"> Ne </w:t>
            </w:r>
            <w:sdt>
              <w:sdtPr>
                <w:rPr>
                  <w:sz w:val="18"/>
                  <w:szCs w:val="18"/>
                </w:rPr>
                <w:alias w:val="Checkbox 19"/>
                <w:tag w:val="CHECKBOX_0019"/>
                <w:id w:val="100019"/>
                <w14:checkbox>
                  <w14:checked w14:val="0"/>
                  <w14:checkedState w14:val="2612" w14:font="Arial"/>
                  <w14:uncheckedState w14:val="2610" w14:font="Arial"/>
                </w14:checkbox>
              </w:sdtPr>
              <w:sdtEndPr/>
              <w:sdtContent>
                <w:r w:rsidR="00A5425F" w:rsidRPr="00FF1C66">
                  <w:rPr>
                    <w:rFonts w:ascii="Segoe UI Symbol" w:hAnsi="Segoe UI Symbol" w:cs="Segoe UI Symbol"/>
                    <w:sz w:val="18"/>
                    <w:szCs w:val="18"/>
                  </w:rPr>
                  <w:t>☐</w:t>
                </w:r>
              </w:sdtContent>
            </w:sdt>
            <w:r w:rsidR="00A5425F" w:rsidRPr="00FF1C66">
              <w:rPr>
                <w:rFonts w:hint="eastAsia"/>
                <w:sz w:val="18"/>
                <w:szCs w:val="18"/>
              </w:rPr>
              <w:t xml:space="preserve"> Taip </w:t>
            </w:r>
            <w:sdt>
              <w:sdtPr>
                <w:rPr>
                  <w:sz w:val="18"/>
                  <w:szCs w:val="18"/>
                </w:rPr>
                <w:alias w:val="Checkbox 20"/>
                <w:tag w:val="CHECKBOX_0020"/>
                <w:id w:val="100020"/>
                <w14:checkbox>
                  <w14:checked w14:val="0"/>
                  <w14:checkedState w14:val="2612" w14:font="Arial"/>
                  <w14:uncheckedState w14:val="2610" w14:font="Arial"/>
                </w14:checkbox>
              </w:sdtPr>
              <w:sdtEndPr/>
              <w:sdtContent>
                <w:r w:rsidR="00A5425F" w:rsidRPr="00FF1C66">
                  <w:rPr>
                    <w:rFonts w:ascii="Segoe UI Symbol" w:hAnsi="Segoe UI Symbol" w:cs="Segoe UI Symbol"/>
                    <w:sz w:val="18"/>
                    <w:szCs w:val="18"/>
                  </w:rPr>
                  <w:t>☐</w:t>
                </w:r>
              </w:sdtContent>
            </w:sdt>
            <w:r w:rsidR="00A5425F" w:rsidRPr="00FF1C66">
              <w:rPr>
                <w:rFonts w:hint="eastAsia"/>
                <w:sz w:val="18"/>
                <w:szCs w:val="18"/>
              </w:rPr>
              <w:t xml:space="preserve"> Nežinoma</w:t>
            </w:r>
          </w:p>
          <w:p w14:paraId="40A7C759" w14:textId="7C5281FA" w:rsidR="003A767A" w:rsidRPr="00FF1C66" w:rsidRDefault="003A767A" w:rsidP="003A767A">
            <w:pPr>
              <w:spacing w:after="0" w:line="240" w:lineRule="auto"/>
              <w:rPr>
                <w:rFonts w:hint="eastAsia"/>
                <w:sz w:val="18"/>
                <w:szCs w:val="18"/>
              </w:rPr>
            </w:pPr>
            <w:r w:rsidRPr="00FF1C66">
              <w:rPr>
                <w:sz w:val="18"/>
                <w:szCs w:val="18"/>
              </w:rPr>
              <w:t>Jei taip, pateikite išsamią informaciją:</w:t>
            </w:r>
          </w:p>
          <w:p w14:paraId="1CB67DBA" w14:textId="4E13D27A" w:rsidR="003A767A" w:rsidRPr="00FF1C66" w:rsidRDefault="003A767A" w:rsidP="000B505C">
            <w:pPr>
              <w:tabs>
                <w:tab w:val="left" w:leader="underscore" w:pos="9200"/>
              </w:tabs>
              <w:spacing w:after="0" w:line="240" w:lineRule="auto"/>
              <w:rPr>
                <w:rFonts w:hint="eastAsia"/>
                <w:sz w:val="18"/>
                <w:szCs w:val="18"/>
              </w:rPr>
            </w:pPr>
          </w:p>
        </w:tc>
      </w:tr>
      <w:tr w:rsidR="00A5425F" w:rsidRPr="00FF1C66" w14:paraId="266E3BC8"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0BD5347E" w14:textId="77777777" w:rsidR="00A5425F" w:rsidRPr="00FF1C66" w:rsidRDefault="00A5425F" w:rsidP="000B505C">
            <w:pPr>
              <w:spacing w:after="0" w:line="240" w:lineRule="auto"/>
              <w:rPr>
                <w:rFonts w:hint="eastAsia"/>
                <w:sz w:val="18"/>
                <w:szCs w:val="18"/>
              </w:rPr>
            </w:pPr>
            <w:r w:rsidRPr="00FF1C66">
              <w:rPr>
                <w:rFonts w:eastAsia="Myriad Pro" w:cs="Myriad Pro" w:hint="eastAsia"/>
                <w:b/>
                <w:color w:val="1D2958"/>
                <w:sz w:val="18"/>
                <w:szCs w:val="18"/>
              </w:rPr>
              <w:t>Ar buvo susisiekta su kitu gamintoju, tiekėju, CERT ar koordinatoriumi?</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112D2C42" w14:textId="77777777" w:rsidR="00A5425F" w:rsidRPr="00FF1C66" w:rsidRDefault="007F6EF4" w:rsidP="000B505C">
            <w:pPr>
              <w:spacing w:after="0" w:line="240" w:lineRule="auto"/>
              <w:rPr>
                <w:rFonts w:hint="eastAsia"/>
                <w:sz w:val="18"/>
                <w:szCs w:val="18"/>
              </w:rPr>
            </w:pPr>
            <w:sdt>
              <w:sdtPr>
                <w:rPr>
                  <w:sz w:val="18"/>
                  <w:szCs w:val="18"/>
                </w:rPr>
                <w:alias w:val="Checkbox 21"/>
                <w:tag w:val="CHECKBOX_0021"/>
                <w:id w:val="100021"/>
                <w14:checkbox>
                  <w14:checked w14:val="0"/>
                  <w14:checkedState w14:val="2612" w14:font="Arial"/>
                  <w14:uncheckedState w14:val="2610" w14:font="Arial"/>
                </w14:checkbox>
              </w:sdtPr>
              <w:sdtEndPr/>
              <w:sdtContent>
                <w:r w:rsidR="00A5425F" w:rsidRPr="00FF1C66">
                  <w:rPr>
                    <w:rFonts w:ascii="Segoe UI Symbol" w:hAnsi="Segoe UI Symbol" w:cs="Segoe UI Symbol"/>
                    <w:sz w:val="18"/>
                    <w:szCs w:val="18"/>
                  </w:rPr>
                  <w:t>☐</w:t>
                </w:r>
              </w:sdtContent>
            </w:sdt>
            <w:r w:rsidR="00A5425F" w:rsidRPr="00FF1C66">
              <w:rPr>
                <w:rFonts w:hint="eastAsia"/>
                <w:sz w:val="18"/>
                <w:szCs w:val="18"/>
              </w:rPr>
              <w:t xml:space="preserve"> Ne </w:t>
            </w:r>
            <w:sdt>
              <w:sdtPr>
                <w:rPr>
                  <w:sz w:val="18"/>
                  <w:szCs w:val="18"/>
                </w:rPr>
                <w:alias w:val="Checkbox 22"/>
                <w:tag w:val="CHECKBOX_0022"/>
                <w:id w:val="100022"/>
                <w14:checkbox>
                  <w14:checked w14:val="0"/>
                  <w14:checkedState w14:val="2612" w14:font="Arial"/>
                  <w14:uncheckedState w14:val="2610" w14:font="Arial"/>
                </w14:checkbox>
              </w:sdtPr>
              <w:sdtEndPr/>
              <w:sdtContent>
                <w:r w:rsidR="00A5425F" w:rsidRPr="00FF1C66">
                  <w:rPr>
                    <w:rFonts w:ascii="Segoe UI Symbol" w:hAnsi="Segoe UI Symbol" w:cs="Segoe UI Symbol"/>
                    <w:sz w:val="18"/>
                    <w:szCs w:val="18"/>
                  </w:rPr>
                  <w:t>☐</w:t>
                </w:r>
              </w:sdtContent>
            </w:sdt>
            <w:r w:rsidR="00A5425F" w:rsidRPr="00FF1C66">
              <w:rPr>
                <w:rFonts w:hint="eastAsia"/>
                <w:sz w:val="18"/>
                <w:szCs w:val="18"/>
              </w:rPr>
              <w:t xml:space="preserve"> Ye</w:t>
            </w:r>
            <w:r w:rsidR="00C56E3C" w:rsidRPr="00FF1C66">
              <w:rPr>
                <w:sz w:val="18"/>
                <w:szCs w:val="18"/>
              </w:rPr>
              <w:t xml:space="preserve">s </w:t>
            </w:r>
            <w:sdt>
              <w:sdtPr>
                <w:rPr>
                  <w:sz w:val="18"/>
                  <w:szCs w:val="18"/>
                </w:rPr>
                <w:alias w:val="Checkbox 20"/>
                <w:tag w:val="CHECKBOX_0020"/>
                <w:id w:val="-1033111106"/>
                <w14:checkbox>
                  <w14:checked w14:val="0"/>
                  <w14:checkedState w14:val="2612" w14:font="Arial"/>
                  <w14:uncheckedState w14:val="2610" w14:font="Arial"/>
                </w14:checkbox>
              </w:sdtPr>
              <w:sdtEndPr/>
              <w:sdtContent>
                <w:r w:rsidR="00C56E3C" w:rsidRPr="00FF1C66">
                  <w:rPr>
                    <w:rFonts w:ascii="Segoe UI Symbol" w:hAnsi="Segoe UI Symbol" w:cs="Segoe UI Symbol"/>
                    <w:sz w:val="18"/>
                    <w:szCs w:val="18"/>
                  </w:rPr>
                  <w:t>☐</w:t>
                </w:r>
              </w:sdtContent>
            </w:sdt>
            <w:r w:rsidR="00C56E3C" w:rsidRPr="00FF1C66">
              <w:rPr>
                <w:rFonts w:hint="eastAsia"/>
                <w:sz w:val="18"/>
                <w:szCs w:val="18"/>
              </w:rPr>
              <w:t xml:space="preserve"> Nežinoma</w:t>
            </w:r>
          </w:p>
          <w:p w14:paraId="51CB8D36" w14:textId="21538EE8" w:rsidR="00794C62" w:rsidRPr="00FF1C66" w:rsidRDefault="00794C62" w:rsidP="000B505C">
            <w:pPr>
              <w:spacing w:after="0" w:line="240" w:lineRule="auto"/>
              <w:rPr>
                <w:rFonts w:hint="eastAsia"/>
                <w:sz w:val="18"/>
                <w:szCs w:val="18"/>
              </w:rPr>
            </w:pPr>
            <w:r w:rsidRPr="00FF1C66">
              <w:rPr>
                <w:sz w:val="18"/>
                <w:szCs w:val="18"/>
              </w:rPr>
              <w:t xml:space="preserve">Jei taip, nurodykite šalį, bylos ID ir datą: </w:t>
            </w:r>
          </w:p>
          <w:p w14:paraId="0D4B8D09" w14:textId="6F2DF5F3" w:rsidR="00794C62" w:rsidRPr="00FF1C66" w:rsidRDefault="00794C62" w:rsidP="000B505C">
            <w:pPr>
              <w:spacing w:after="0" w:line="240" w:lineRule="auto"/>
              <w:rPr>
                <w:rFonts w:hint="eastAsia"/>
                <w:sz w:val="18"/>
                <w:szCs w:val="18"/>
              </w:rPr>
            </w:pPr>
          </w:p>
        </w:tc>
      </w:tr>
      <w:tr w:rsidR="00A5425F" w:rsidRPr="00FF1C66" w14:paraId="7699255C"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DF83342" w14:textId="77777777" w:rsidR="00A5425F" w:rsidRPr="00FF1C66" w:rsidRDefault="00A5425F" w:rsidP="000B505C">
            <w:pPr>
              <w:spacing w:after="0" w:line="240" w:lineRule="auto"/>
              <w:rPr>
                <w:rFonts w:hint="eastAsia"/>
                <w:sz w:val="18"/>
                <w:szCs w:val="18"/>
              </w:rPr>
            </w:pPr>
            <w:r w:rsidRPr="00FF1C66">
              <w:rPr>
                <w:rFonts w:eastAsia="Myriad Pro" w:cs="Myriad Pro" w:hint="eastAsia"/>
                <w:b/>
                <w:color w:val="1D2958"/>
                <w:sz w:val="18"/>
                <w:szCs w:val="18"/>
              </w:rPr>
              <w:t>Ar planuojate aptarti arba paskelbti problemą po jos ištaisymo?</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2C3C2C33" w14:textId="042F6D18" w:rsidR="00A5425F" w:rsidRPr="00FF1C66" w:rsidRDefault="007F6EF4" w:rsidP="000B505C">
            <w:pPr>
              <w:spacing w:after="0" w:line="240" w:lineRule="auto"/>
              <w:rPr>
                <w:rFonts w:hint="eastAsia"/>
                <w:sz w:val="18"/>
                <w:szCs w:val="18"/>
              </w:rPr>
            </w:pPr>
            <w:sdt>
              <w:sdtPr>
                <w:rPr>
                  <w:sz w:val="18"/>
                  <w:szCs w:val="18"/>
                </w:rPr>
                <w:alias w:val="Checkbox 23"/>
                <w:tag w:val="CHECKBOX_0023"/>
                <w:id w:val="100023"/>
                <w14:checkbox>
                  <w14:checked w14:val="0"/>
                  <w14:checkedState w14:val="2612" w14:font="Arial"/>
                  <w14:uncheckedState w14:val="2610" w14:font="Arial"/>
                </w14:checkbox>
              </w:sdtPr>
              <w:sdtEndPr/>
              <w:sdtContent>
                <w:r w:rsidR="00A5425F" w:rsidRPr="00FF1C66">
                  <w:rPr>
                    <w:rFonts w:ascii="Segoe UI Symbol" w:hAnsi="Segoe UI Symbol" w:cs="Segoe UI Symbol"/>
                    <w:sz w:val="18"/>
                    <w:szCs w:val="18"/>
                  </w:rPr>
                  <w:t>☐</w:t>
                </w:r>
              </w:sdtContent>
            </w:sdt>
            <w:r w:rsidR="00A5425F" w:rsidRPr="00FF1C66">
              <w:rPr>
                <w:rFonts w:hint="eastAsia"/>
                <w:sz w:val="18"/>
                <w:szCs w:val="18"/>
              </w:rPr>
              <w:t xml:space="preserve"> Ne </w:t>
            </w:r>
            <w:sdt>
              <w:sdtPr>
                <w:rPr>
                  <w:sz w:val="18"/>
                  <w:szCs w:val="18"/>
                </w:rPr>
                <w:alias w:val="Checkbox 24"/>
                <w:tag w:val="CHECKBOX_0024"/>
                <w:id w:val="100024"/>
                <w14:checkbox>
                  <w14:checked w14:val="0"/>
                  <w14:checkedState w14:val="2612" w14:font="Arial"/>
                  <w14:uncheckedState w14:val="2610" w14:font="Arial"/>
                </w14:checkbox>
              </w:sdtPr>
              <w:sdtEndPr/>
              <w:sdtContent>
                <w:r w:rsidR="00A5425F" w:rsidRPr="00FF1C66">
                  <w:rPr>
                    <w:rFonts w:ascii="Segoe UI Symbol" w:hAnsi="Segoe UI Symbol" w:cs="Segoe UI Symbol"/>
                    <w:sz w:val="18"/>
                    <w:szCs w:val="18"/>
                  </w:rPr>
                  <w:t>☐</w:t>
                </w:r>
              </w:sdtContent>
            </w:sdt>
            <w:r w:rsidR="00A5425F" w:rsidRPr="00FF1C66">
              <w:rPr>
                <w:rFonts w:hint="eastAsia"/>
                <w:sz w:val="18"/>
                <w:szCs w:val="18"/>
              </w:rPr>
              <w:t xml:space="preserve"> Taip</w:t>
            </w:r>
            <w:r w:rsidR="002625FC" w:rsidRPr="00FF1C66">
              <w:rPr>
                <w:sz w:val="18"/>
                <w:szCs w:val="18"/>
              </w:rPr>
              <w:t xml:space="preserve"> </w:t>
            </w:r>
            <w:sdt>
              <w:sdtPr>
                <w:rPr>
                  <w:sz w:val="18"/>
                  <w:szCs w:val="18"/>
                </w:rPr>
                <w:alias w:val="Checkbox 20"/>
                <w:tag w:val="CHECKBOX_0020"/>
                <w:id w:val="-675811522"/>
                <w14:checkbox>
                  <w14:checked w14:val="0"/>
                  <w14:checkedState w14:val="2612" w14:font="Arial"/>
                  <w14:uncheckedState w14:val="2610" w14:font="Arial"/>
                </w14:checkbox>
              </w:sdtPr>
              <w:sdtEndPr/>
              <w:sdtContent>
                <w:r w:rsidR="002625FC" w:rsidRPr="00FF1C66">
                  <w:rPr>
                    <w:rFonts w:ascii="Segoe UI Symbol" w:hAnsi="Segoe UI Symbol" w:cs="Segoe UI Symbol"/>
                    <w:sz w:val="18"/>
                    <w:szCs w:val="18"/>
                  </w:rPr>
                  <w:t>☐</w:t>
                </w:r>
              </w:sdtContent>
            </w:sdt>
            <w:r w:rsidR="002625FC" w:rsidRPr="00FF1C66">
              <w:rPr>
                <w:rFonts w:hint="eastAsia"/>
                <w:sz w:val="18"/>
                <w:szCs w:val="18"/>
              </w:rPr>
              <w:t xml:space="preserve"> Nežinoma</w:t>
            </w:r>
          </w:p>
          <w:p w14:paraId="489377EF" w14:textId="26DF91C2" w:rsidR="004452B0" w:rsidRPr="00FF1C66" w:rsidRDefault="004452B0" w:rsidP="000B505C">
            <w:pPr>
              <w:spacing w:after="0" w:line="240" w:lineRule="auto"/>
              <w:rPr>
                <w:rFonts w:hint="eastAsia"/>
                <w:sz w:val="18"/>
                <w:szCs w:val="18"/>
              </w:rPr>
            </w:pPr>
            <w:r w:rsidRPr="00FF1C66">
              <w:rPr>
                <w:sz w:val="18"/>
                <w:szCs w:val="18"/>
              </w:rPr>
              <w:t>Jei taip, pateikite išsamią informaciją:</w:t>
            </w:r>
          </w:p>
          <w:p w14:paraId="65D34F61" w14:textId="7790DE9A" w:rsidR="004452B0" w:rsidRPr="00FF1C66" w:rsidRDefault="004452B0" w:rsidP="000B505C">
            <w:pPr>
              <w:spacing w:after="0" w:line="240" w:lineRule="auto"/>
              <w:rPr>
                <w:rFonts w:hint="eastAsia"/>
                <w:sz w:val="18"/>
                <w:szCs w:val="18"/>
              </w:rPr>
            </w:pPr>
          </w:p>
        </w:tc>
      </w:tr>
      <w:tr w:rsidR="00A5425F" w:rsidRPr="00FF1C66" w14:paraId="03BBF32D"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C3B348D" w14:textId="70C21239" w:rsidR="00A5425F" w:rsidRPr="00FF1C66" w:rsidRDefault="00A5425F" w:rsidP="000B505C">
            <w:pPr>
              <w:spacing w:after="0" w:line="240" w:lineRule="auto"/>
              <w:rPr>
                <w:rFonts w:hint="eastAsia"/>
                <w:sz w:val="18"/>
                <w:szCs w:val="18"/>
              </w:rPr>
            </w:pPr>
            <w:r w:rsidRPr="00FF1C66">
              <w:rPr>
                <w:rFonts w:eastAsia="Myriad Pro" w:cs="Myriad Pro" w:hint="eastAsia"/>
                <w:b/>
                <w:color w:val="1D2958"/>
                <w:sz w:val="18"/>
                <w:szCs w:val="18"/>
              </w:rPr>
              <w:t>Pageidaujama koordinuoto atskleidimo data, jei taikoma</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365C086C" w14:textId="4565E0E0" w:rsidR="00A5425F" w:rsidRPr="00FF1C66" w:rsidRDefault="00A5425F" w:rsidP="000B505C">
            <w:pPr>
              <w:spacing w:after="0" w:line="240" w:lineRule="auto"/>
              <w:rPr>
                <w:rFonts w:hint="eastAsia"/>
                <w:sz w:val="18"/>
                <w:szCs w:val="18"/>
              </w:rPr>
            </w:pPr>
          </w:p>
        </w:tc>
      </w:tr>
    </w:tbl>
    <w:p w14:paraId="5C6CB3F4" w14:textId="77777777" w:rsidR="00A5425F" w:rsidRDefault="00A5425F" w:rsidP="00A5425F">
      <w:pPr>
        <w:spacing w:after="110" w:line="259" w:lineRule="auto"/>
        <w:rPr>
          <w:rFonts w:hint="eastAsia"/>
        </w:rPr>
      </w:pPr>
    </w:p>
    <w:p w14:paraId="631C87D5" w14:textId="3F161CF2" w:rsidR="004C6AB1" w:rsidRDefault="004C6AB1" w:rsidP="00A5425F">
      <w:pPr>
        <w:spacing w:after="110" w:line="259" w:lineRule="auto"/>
        <w:rPr>
          <w:rFonts w:hint="eastAsia"/>
        </w:rPr>
      </w:pPr>
      <w:r>
        <w:rPr>
          <w:rStyle w:val="Strong"/>
        </w:rPr>
        <w:t>Pastaba dėl koordinuoto atskleidimo:</w:t>
      </w:r>
      <w:r>
        <w:rPr>
          <w:rStyle w:val="Strong"/>
        </w:rPr>
        <w:br/>
      </w:r>
      <w:r>
        <w:t>Neviešą informaciją apie pažeidžiamumą laikykite konfidencialia iki sutartos atskleidimo datos. Jei rizika pasikeičia, pastebimas aktyvus išnaudojimas arba tampa tikėtinas viešas atskleidimas, nedelsdami susisiekite adresu security@saluscontrols.com, kad būtų galima iš naujo įvertinti atskleidimo planą.</w:t>
      </w:r>
      <w:hyperlink r:id="rId8">
        <w:r w:rsidRPr="00FE6C75">
          <w:rPr>
            <w:rStyle w:val="Hyperlink"/>
            <w:rFonts w:eastAsia="Myriad Pro" w:cs="Myriad Pro"/>
            <w:b/>
          </w:rPr>
          <w:t>security@saluscontrols.com</w:t>
        </w:r>
      </w:hyperlink>
    </w:p>
    <w:p w14:paraId="30318EA6" w14:textId="79C31313" w:rsidR="00A5425F" w:rsidRDefault="00400CD9" w:rsidP="00A5425F">
      <w:pPr>
        <w:pStyle w:val="Heading2"/>
        <w:spacing w:after="80"/>
      </w:pPr>
      <w:bookmarkStart w:id="7" w:name="_Toc239339919"/>
      <w:r>
        <w:rPr>
          <w:rFonts w:ascii="Ubuntu" w:eastAsia="Ubuntu" w:hAnsi="Ubuntu" w:cs="Ubuntu"/>
          <w:u w:val="single"/>
        </w:rPr>
        <w:t>7. Siūlomas ištaisymas arba rizikos mažinimas (neprivaloma)</w:t>
      </w:r>
      <w:bookmarkEnd w:id="7"/>
    </w:p>
    <w:p w14:paraId="783A528A" w14:textId="728A2A6C" w:rsidR="00A5425F" w:rsidRDefault="00A5425F" w:rsidP="00A5425F">
      <w:pPr>
        <w:pStyle w:val="ListBullet"/>
        <w:tabs>
          <w:tab w:val="left" w:leader="underscore" w:pos="9200"/>
        </w:tabs>
        <w:spacing w:after="50" w:line="252" w:lineRule="auto"/>
        <w:rPr>
          <w:rFonts w:hint="eastAsia"/>
        </w:rPr>
      </w:pPr>
      <w:r>
        <w:rPr>
          <w:rFonts w:eastAsia="Myriad Pro" w:cs="Myriad Pro" w:hint="eastAsia"/>
        </w:rPr>
        <w:t xml:space="preserve">Siūlomas pagrindinės priežasties ištaisymas, jei žinomas: </w:t>
      </w:r>
      <w:r>
        <w:rPr>
          <w:rFonts w:eastAsia="Myriad Pro" w:cs="Myriad Pro" w:hint="eastAsia"/>
        </w:rPr>
        <w:tab/>
      </w:r>
    </w:p>
    <w:p w14:paraId="707D68F9" w14:textId="77D98296" w:rsidR="00A5425F" w:rsidRDefault="00A5425F" w:rsidP="00A5425F">
      <w:pPr>
        <w:pStyle w:val="ListBullet"/>
        <w:tabs>
          <w:tab w:val="left" w:leader="underscore" w:pos="9200"/>
        </w:tabs>
        <w:spacing w:after="50" w:line="252" w:lineRule="auto"/>
        <w:rPr>
          <w:rFonts w:hint="eastAsia"/>
        </w:rPr>
      </w:pPr>
      <w:r>
        <w:rPr>
          <w:rFonts w:eastAsia="Myriad Pro" w:cs="Myriad Pro" w:hint="eastAsia"/>
        </w:rPr>
        <w:t xml:space="preserve">Siūloma laikina rizikos mažinimo priemonė arba alternatyvus sprendimas, jei žinomas: </w:t>
      </w:r>
      <w:r>
        <w:rPr>
          <w:rFonts w:eastAsia="Myriad Pro" w:cs="Myriad Pro" w:hint="eastAsia"/>
        </w:rPr>
        <w:tab/>
      </w:r>
    </w:p>
    <w:p w14:paraId="16310794" w14:textId="77777777" w:rsidR="00A5425F" w:rsidRDefault="00A5425F" w:rsidP="00A5425F">
      <w:pPr>
        <w:pStyle w:val="ListBullet"/>
        <w:tabs>
          <w:tab w:val="left" w:leader="underscore" w:pos="9200"/>
        </w:tabs>
        <w:spacing w:after="50" w:line="252" w:lineRule="auto"/>
        <w:rPr>
          <w:rFonts w:hint="eastAsia"/>
        </w:rPr>
      </w:pPr>
      <w:r>
        <w:rPr>
          <w:rFonts w:eastAsia="Myriad Pro" w:cs="Myriad Pro" w:hint="eastAsia"/>
        </w:rPr>
        <w:t xml:space="preserve">Atitinkama pramonės praktika, apsaugos taisyklė arba nuoroda: </w:t>
      </w:r>
      <w:r>
        <w:rPr>
          <w:rFonts w:eastAsia="Myriad Pro" w:cs="Myriad Pro" w:hint="eastAsia"/>
        </w:rPr>
        <w:tab/>
      </w:r>
    </w:p>
    <w:p w14:paraId="71FC7AA0" w14:textId="16CC36E3" w:rsidR="00A5425F" w:rsidRDefault="00400CD9" w:rsidP="00A5425F">
      <w:pPr>
        <w:pStyle w:val="Heading2"/>
        <w:spacing w:after="80"/>
      </w:pPr>
      <w:bookmarkStart w:id="8" w:name="_Toc239339920"/>
      <w:r>
        <w:rPr>
          <w:rFonts w:ascii="Ubuntu" w:eastAsia="Ubuntu" w:hAnsi="Ubuntu" w:cs="Ubuntu"/>
          <w:u w:val="single"/>
        </w:rPr>
        <w:t>8. Pageidavimas dėl viešo paminėjimo</w:t>
      </w:r>
      <w:bookmarkEnd w:id="8"/>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A5425F" w14:paraId="5D07AF8F" w14:textId="77777777" w:rsidTr="000B505C">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7DF93F5C" w14:textId="77777777" w:rsidR="00A5425F" w:rsidRDefault="00A5425F" w:rsidP="000B505C">
            <w:pPr>
              <w:spacing w:after="0" w:line="240" w:lineRule="auto"/>
              <w:rPr>
                <w:rFonts w:hint="eastAsia"/>
              </w:rPr>
            </w:pPr>
            <w:r>
              <w:rPr>
                <w:rFonts w:ascii="Ubuntu" w:eastAsia="Ubuntu" w:hAnsi="Ubuntu" w:cs="Ubuntu" w:hint="eastAsia"/>
                <w:b/>
                <w:color w:val="FFFFFF"/>
                <w:sz w:val="18"/>
              </w:rPr>
              <w:t>Pasirinkimas</w:t>
            </w:r>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5E00BAB6" w14:textId="77777777" w:rsidR="00A5425F" w:rsidRDefault="00A5425F" w:rsidP="000B505C">
            <w:pPr>
              <w:spacing w:after="0" w:line="240" w:lineRule="auto"/>
              <w:rPr>
                <w:rFonts w:hint="eastAsia"/>
              </w:rPr>
            </w:pPr>
            <w:r>
              <w:rPr>
                <w:rFonts w:ascii="Ubuntu" w:eastAsia="Ubuntu" w:hAnsi="Ubuntu" w:cs="Ubuntu" w:hint="eastAsia"/>
                <w:b/>
                <w:color w:val="FFFFFF"/>
                <w:sz w:val="18"/>
              </w:rPr>
              <w:t>Atsakymas</w:t>
            </w:r>
          </w:p>
        </w:tc>
      </w:tr>
      <w:tr w:rsidR="00A5425F" w14:paraId="69C016E5"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0AE6D9D1" w14:textId="77777777" w:rsidR="00A5425F" w:rsidRDefault="00A5425F" w:rsidP="000B505C">
            <w:pPr>
              <w:spacing w:after="0" w:line="240" w:lineRule="auto"/>
              <w:rPr>
                <w:rFonts w:hint="eastAsia"/>
              </w:rPr>
            </w:pPr>
            <w:r>
              <w:rPr>
                <w:rFonts w:eastAsia="Myriad Pro" w:cs="Myriad Pro" w:hint="eastAsia"/>
                <w:b/>
                <w:color w:val="1D2958"/>
                <w:sz w:val="18"/>
              </w:rPr>
              <w:t>Ar galime jus viešai paminėti, jei bus paskelbtas saugumo pranešimas?</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553EEABC" w14:textId="075EFBE4" w:rsidR="00A5425F" w:rsidRDefault="007F6EF4" w:rsidP="000B505C">
            <w:pPr>
              <w:spacing w:after="0" w:line="240" w:lineRule="auto"/>
              <w:rPr>
                <w:rFonts w:hint="eastAsia"/>
              </w:rPr>
            </w:pPr>
            <w:sdt>
              <w:sdtPr>
                <w:alias w:val="Checkbox 25"/>
                <w:tag w:val="CHECKBOX_0025"/>
                <w:id w:val="100025"/>
                <w14:checkbox>
                  <w14:checked w14:val="0"/>
                  <w14:checkedState w14:val="2612" w14:font="Arial"/>
                  <w14:uncheckedState w14:val="2610" w14:font="Arial"/>
                </w14:checkbox>
              </w:sdtPr>
              <w:sdtEndPr/>
              <w:sdtContent>
                <w:r w:rsidR="005E3305">
                  <w:rPr>
                    <w:rFonts w:ascii="Arial" w:hAnsi="Arial" w:cs="Arial"/>
                  </w:rPr>
                  <w:t>☐</w:t>
                </w:r>
              </w:sdtContent>
            </w:sdt>
            <w:r w:rsidR="00A5425F">
              <w:rPr>
                <w:rFonts w:eastAsia="Myriad Pro" w:cs="Myriad Pro" w:hint="eastAsia"/>
                <w:sz w:val="18"/>
                <w:szCs w:val="21"/>
              </w:rPr>
              <w:t xml:space="preserve"> Taip </w:t>
            </w:r>
            <w:sdt>
              <w:sdtPr>
                <w:alias w:val="Checkbox 26"/>
                <w:tag w:val="CHECKBOX_0026"/>
                <w:id w:val="100026"/>
                <w14:checkbox>
                  <w14:checked w14:val="0"/>
                  <w14:checkedState w14:val="2612" w14:font="Arial"/>
                  <w14:uncheckedState w14:val="2610" w14:font="Arial"/>
                </w14:checkbox>
              </w:sdtPr>
              <w:sdtEndPr/>
              <w:sdtContent>
                <w:r w:rsidR="00A5425F">
                  <w:rPr>
                    <w:rFonts w:ascii="Segoe UI Symbol" w:eastAsia="Arial Unicode MS" w:hAnsi="Segoe UI Symbol" w:cs="Segoe UI Symbol"/>
                    <w:color w:val="000000"/>
                    <w:szCs w:val="21"/>
                  </w:rPr>
                  <w:t>☐</w:t>
                </w:r>
              </w:sdtContent>
            </w:sdt>
            <w:r w:rsidR="00A5425F">
              <w:rPr>
                <w:rFonts w:eastAsia="Myriad Pro" w:cs="Myriad Pro" w:hint="eastAsia"/>
                <w:sz w:val="18"/>
                <w:szCs w:val="21"/>
              </w:rPr>
              <w:t xml:space="preserve"> Ne</w:t>
            </w:r>
          </w:p>
        </w:tc>
      </w:tr>
      <w:tr w:rsidR="00A5425F" w:rsidRPr="000715DF" w14:paraId="4FDB743A"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093B3EEA" w14:textId="77777777" w:rsidR="00A5425F" w:rsidRPr="000715DF" w:rsidRDefault="00A5425F" w:rsidP="000B505C">
            <w:pPr>
              <w:spacing w:after="0" w:line="240" w:lineRule="auto"/>
              <w:rPr>
                <w:rFonts w:hint="eastAsia"/>
                <w:lang w:val="fr-FR"/>
              </w:rPr>
            </w:pPr>
            <w:proofErr w:type="spellStart"/>
            <w:r w:rsidRPr="000715DF">
              <w:rPr>
                <w:rFonts w:eastAsia="Myriad Pro" w:cs="Myriad Pro" w:hint="eastAsia"/>
                <w:b/>
                <w:color w:val="1D2958"/>
                <w:sz w:val="18"/>
                <w:lang w:val="fr-FR"/>
              </w:rPr>
              <w:t>Viešai</w:t>
            </w:r>
            <w:proofErr w:type="spellEnd"/>
            <w:r w:rsidRPr="000715DF">
              <w:rPr>
                <w:rFonts w:eastAsia="Myriad Pro" w:cs="Myriad Pro" w:hint="eastAsia"/>
                <w:b/>
                <w:color w:val="1D2958"/>
                <w:sz w:val="18"/>
                <w:lang w:val="fr-FR"/>
              </w:rPr>
              <w:t xml:space="preserve"> </w:t>
            </w:r>
            <w:proofErr w:type="spellStart"/>
            <w:r w:rsidRPr="000715DF">
              <w:rPr>
                <w:rFonts w:eastAsia="Myriad Pro" w:cs="Myriad Pro" w:hint="eastAsia"/>
                <w:b/>
                <w:color w:val="1D2958"/>
                <w:sz w:val="18"/>
                <w:lang w:val="fr-FR"/>
              </w:rPr>
              <w:t>rodomas</w:t>
            </w:r>
            <w:proofErr w:type="spellEnd"/>
            <w:r w:rsidRPr="000715DF">
              <w:rPr>
                <w:rFonts w:eastAsia="Myriad Pro" w:cs="Myriad Pro" w:hint="eastAsia"/>
                <w:b/>
                <w:color w:val="1D2958"/>
                <w:sz w:val="18"/>
                <w:lang w:val="fr-FR"/>
              </w:rPr>
              <w:t xml:space="preserve"> </w:t>
            </w:r>
            <w:proofErr w:type="spellStart"/>
            <w:r w:rsidRPr="000715DF">
              <w:rPr>
                <w:rFonts w:eastAsia="Myriad Pro" w:cs="Myriad Pro" w:hint="eastAsia"/>
                <w:b/>
                <w:color w:val="1D2958"/>
                <w:sz w:val="18"/>
                <w:lang w:val="fr-FR"/>
              </w:rPr>
              <w:t>vardas</w:t>
            </w:r>
            <w:proofErr w:type="spellEnd"/>
            <w:r w:rsidRPr="000715DF">
              <w:rPr>
                <w:rFonts w:eastAsia="Myriad Pro" w:cs="Myriad Pro" w:hint="eastAsia"/>
                <w:b/>
                <w:color w:val="1D2958"/>
                <w:sz w:val="18"/>
                <w:lang w:val="fr-FR"/>
              </w:rPr>
              <w:t xml:space="preserve">, </w:t>
            </w:r>
            <w:proofErr w:type="spellStart"/>
            <w:r w:rsidRPr="000715DF">
              <w:rPr>
                <w:rFonts w:eastAsia="Myriad Pro" w:cs="Myriad Pro" w:hint="eastAsia"/>
                <w:b/>
                <w:color w:val="1D2958"/>
                <w:sz w:val="18"/>
                <w:lang w:val="fr-FR"/>
              </w:rPr>
              <w:t>slapyvardis</w:t>
            </w:r>
            <w:proofErr w:type="spellEnd"/>
            <w:r w:rsidRPr="000715DF">
              <w:rPr>
                <w:rFonts w:eastAsia="Myriad Pro" w:cs="Myriad Pro" w:hint="eastAsia"/>
                <w:b/>
                <w:color w:val="1D2958"/>
                <w:sz w:val="18"/>
                <w:lang w:val="fr-FR"/>
              </w:rPr>
              <w:t xml:space="preserve"> </w:t>
            </w:r>
            <w:proofErr w:type="spellStart"/>
            <w:r w:rsidRPr="000715DF">
              <w:rPr>
                <w:rFonts w:eastAsia="Myriad Pro" w:cs="Myriad Pro" w:hint="eastAsia"/>
                <w:b/>
                <w:color w:val="1D2958"/>
                <w:sz w:val="18"/>
                <w:lang w:val="fr-FR"/>
              </w:rPr>
              <w:t>arba</w:t>
            </w:r>
            <w:proofErr w:type="spellEnd"/>
            <w:r w:rsidRPr="000715DF">
              <w:rPr>
                <w:rFonts w:eastAsia="Myriad Pro" w:cs="Myriad Pro" w:hint="eastAsia"/>
                <w:b/>
                <w:color w:val="1D2958"/>
                <w:sz w:val="18"/>
                <w:lang w:val="fr-FR"/>
              </w:rPr>
              <w:t xml:space="preserve"> </w:t>
            </w:r>
            <w:proofErr w:type="spellStart"/>
            <w:r w:rsidRPr="000715DF">
              <w:rPr>
                <w:rFonts w:eastAsia="Myriad Pro" w:cs="Myriad Pro" w:hint="eastAsia"/>
                <w:b/>
                <w:color w:val="1D2958"/>
                <w:sz w:val="18"/>
                <w:lang w:val="fr-FR"/>
              </w:rPr>
              <w:t>organizacija</w:t>
            </w:r>
            <w:proofErr w:type="spellEnd"/>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40E943D1" w14:textId="77777777" w:rsidR="00A5425F" w:rsidRPr="000715DF" w:rsidRDefault="00A5425F" w:rsidP="000B505C">
            <w:pPr>
              <w:spacing w:after="0" w:line="240" w:lineRule="auto"/>
              <w:rPr>
                <w:rFonts w:hint="eastAsia"/>
                <w:lang w:val="fr-FR"/>
              </w:rPr>
            </w:pPr>
          </w:p>
        </w:tc>
      </w:tr>
      <w:tr w:rsidR="00A5425F" w:rsidRPr="000715DF" w14:paraId="5B572217" w14:textId="77777777" w:rsidTr="000B505C">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3106C3F7" w14:textId="77777777" w:rsidR="00A5425F" w:rsidRPr="000715DF" w:rsidRDefault="00A5425F" w:rsidP="000B505C">
            <w:pPr>
              <w:spacing w:after="0" w:line="240" w:lineRule="auto"/>
              <w:rPr>
                <w:rFonts w:hint="eastAsia"/>
                <w:lang w:val="fr-FR"/>
              </w:rPr>
            </w:pPr>
            <w:proofErr w:type="spellStart"/>
            <w:r w:rsidRPr="000715DF">
              <w:rPr>
                <w:rFonts w:eastAsia="Myriad Pro" w:cs="Myriad Pro" w:hint="eastAsia"/>
                <w:b/>
                <w:color w:val="1D2958"/>
                <w:sz w:val="18"/>
                <w:lang w:val="fr-FR"/>
              </w:rPr>
              <w:t>Pageidaujama</w:t>
            </w:r>
            <w:proofErr w:type="spellEnd"/>
            <w:r w:rsidRPr="000715DF">
              <w:rPr>
                <w:rFonts w:eastAsia="Myriad Pro" w:cs="Myriad Pro" w:hint="eastAsia"/>
                <w:b/>
                <w:color w:val="1D2958"/>
                <w:sz w:val="18"/>
                <w:lang w:val="fr-FR"/>
              </w:rPr>
              <w:t xml:space="preserve"> </w:t>
            </w:r>
            <w:proofErr w:type="spellStart"/>
            <w:r w:rsidRPr="000715DF">
              <w:rPr>
                <w:rFonts w:eastAsia="Myriad Pro" w:cs="Myriad Pro" w:hint="eastAsia"/>
                <w:b/>
                <w:color w:val="1D2958"/>
                <w:sz w:val="18"/>
                <w:lang w:val="fr-FR"/>
              </w:rPr>
              <w:t>profilio</w:t>
            </w:r>
            <w:proofErr w:type="spellEnd"/>
            <w:r w:rsidRPr="000715DF">
              <w:rPr>
                <w:rFonts w:eastAsia="Myriad Pro" w:cs="Myriad Pro" w:hint="eastAsia"/>
                <w:b/>
                <w:color w:val="1D2958"/>
                <w:sz w:val="18"/>
                <w:lang w:val="fr-FR"/>
              </w:rPr>
              <w:t xml:space="preserve"> </w:t>
            </w:r>
            <w:proofErr w:type="spellStart"/>
            <w:r w:rsidRPr="000715DF">
              <w:rPr>
                <w:rFonts w:eastAsia="Myriad Pro" w:cs="Myriad Pro" w:hint="eastAsia"/>
                <w:b/>
                <w:color w:val="1D2958"/>
                <w:sz w:val="18"/>
                <w:lang w:val="fr-FR"/>
              </w:rPr>
              <w:t>arba</w:t>
            </w:r>
            <w:proofErr w:type="spellEnd"/>
            <w:r w:rsidRPr="000715DF">
              <w:rPr>
                <w:rFonts w:eastAsia="Myriad Pro" w:cs="Myriad Pro" w:hint="eastAsia"/>
                <w:b/>
                <w:color w:val="1D2958"/>
                <w:sz w:val="18"/>
                <w:lang w:val="fr-FR"/>
              </w:rPr>
              <w:t xml:space="preserve"> </w:t>
            </w:r>
            <w:proofErr w:type="spellStart"/>
            <w:r w:rsidRPr="000715DF">
              <w:rPr>
                <w:rFonts w:eastAsia="Myriad Pro" w:cs="Myriad Pro" w:hint="eastAsia"/>
                <w:b/>
                <w:color w:val="1D2958"/>
                <w:sz w:val="18"/>
                <w:lang w:val="fr-FR"/>
              </w:rPr>
              <w:t>nuorodos</w:t>
            </w:r>
            <w:proofErr w:type="spellEnd"/>
            <w:r w:rsidRPr="000715DF">
              <w:rPr>
                <w:rFonts w:eastAsia="Myriad Pro" w:cs="Myriad Pro" w:hint="eastAsia"/>
                <w:b/>
                <w:color w:val="1D2958"/>
                <w:sz w:val="18"/>
                <w:lang w:val="fr-FR"/>
              </w:rPr>
              <w:t xml:space="preserve"> </w:t>
            </w:r>
            <w:proofErr w:type="spellStart"/>
            <w:r w:rsidRPr="000715DF">
              <w:rPr>
                <w:rFonts w:eastAsia="Myriad Pro" w:cs="Myriad Pro" w:hint="eastAsia"/>
                <w:b/>
                <w:color w:val="1D2958"/>
                <w:sz w:val="18"/>
                <w:lang w:val="fr-FR"/>
              </w:rPr>
              <w:t>nuoroda</w:t>
            </w:r>
            <w:proofErr w:type="spellEnd"/>
            <w:r w:rsidRPr="000715DF">
              <w:rPr>
                <w:rFonts w:eastAsia="Myriad Pro" w:cs="Myriad Pro" w:hint="eastAsia"/>
                <w:b/>
                <w:color w:val="1D2958"/>
                <w:sz w:val="18"/>
                <w:lang w:val="fr-FR"/>
              </w:rPr>
              <w:t xml:space="preserve">, </w:t>
            </w:r>
            <w:proofErr w:type="spellStart"/>
            <w:r w:rsidRPr="000715DF">
              <w:rPr>
                <w:rFonts w:eastAsia="Myriad Pro" w:cs="Myriad Pro" w:hint="eastAsia"/>
                <w:b/>
                <w:color w:val="1D2958"/>
                <w:sz w:val="18"/>
                <w:lang w:val="fr-FR"/>
              </w:rPr>
              <w:t>jei</w:t>
            </w:r>
            <w:proofErr w:type="spellEnd"/>
            <w:r w:rsidRPr="000715DF">
              <w:rPr>
                <w:rFonts w:eastAsia="Myriad Pro" w:cs="Myriad Pro" w:hint="eastAsia"/>
                <w:b/>
                <w:color w:val="1D2958"/>
                <w:sz w:val="18"/>
                <w:lang w:val="fr-FR"/>
              </w:rPr>
              <w:t xml:space="preserve"> tai </w:t>
            </w:r>
            <w:proofErr w:type="spellStart"/>
            <w:r w:rsidRPr="000715DF">
              <w:rPr>
                <w:rFonts w:eastAsia="Myriad Pro" w:cs="Myriad Pro" w:hint="eastAsia"/>
                <w:b/>
                <w:color w:val="1D2958"/>
                <w:sz w:val="18"/>
                <w:lang w:val="fr-FR"/>
              </w:rPr>
              <w:t>leidžiama</w:t>
            </w:r>
            <w:proofErr w:type="spellEnd"/>
            <w:r w:rsidRPr="000715DF">
              <w:rPr>
                <w:rFonts w:eastAsia="Myriad Pro" w:cs="Myriad Pro" w:hint="eastAsia"/>
                <w:b/>
                <w:color w:val="1D2958"/>
                <w:sz w:val="18"/>
                <w:lang w:val="fr-FR"/>
              </w:rPr>
              <w:t xml:space="preserve"> </w:t>
            </w:r>
            <w:proofErr w:type="spellStart"/>
            <w:r w:rsidRPr="000715DF">
              <w:rPr>
                <w:rFonts w:eastAsia="Myriad Pro" w:cs="Myriad Pro" w:hint="eastAsia"/>
                <w:b/>
                <w:color w:val="1D2958"/>
                <w:sz w:val="18"/>
                <w:lang w:val="fr-FR"/>
              </w:rPr>
              <w:t>pagal</w:t>
            </w:r>
            <w:proofErr w:type="spellEnd"/>
            <w:r w:rsidRPr="000715DF">
              <w:rPr>
                <w:rFonts w:eastAsia="Myriad Pro" w:cs="Myriad Pro" w:hint="eastAsia"/>
                <w:b/>
                <w:color w:val="1D2958"/>
                <w:sz w:val="18"/>
                <w:lang w:val="fr-FR"/>
              </w:rPr>
              <w:t xml:space="preserve"> </w:t>
            </w:r>
            <w:proofErr w:type="spellStart"/>
            <w:r w:rsidRPr="000715DF">
              <w:rPr>
                <w:rFonts w:eastAsia="Myriad Pro" w:cs="Myriad Pro" w:hint="eastAsia"/>
                <w:b/>
                <w:color w:val="1D2958"/>
                <w:sz w:val="18"/>
                <w:lang w:val="fr-FR"/>
              </w:rPr>
              <w:t>politiką</w:t>
            </w:r>
            <w:proofErr w:type="spellEnd"/>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6B98ADF9" w14:textId="77777777" w:rsidR="00A5425F" w:rsidRPr="000715DF" w:rsidRDefault="00A5425F" w:rsidP="000B505C">
            <w:pPr>
              <w:spacing w:after="0" w:line="240" w:lineRule="auto"/>
              <w:rPr>
                <w:rFonts w:hint="eastAsia"/>
                <w:lang w:val="fr-FR"/>
              </w:rPr>
            </w:pPr>
          </w:p>
        </w:tc>
      </w:tr>
    </w:tbl>
    <w:p w14:paraId="38C3B747" w14:textId="77777777" w:rsidR="00A5425F" w:rsidRPr="000715DF" w:rsidRDefault="00A5425F" w:rsidP="00A5425F">
      <w:pPr>
        <w:spacing w:after="110" w:line="259" w:lineRule="auto"/>
        <w:rPr>
          <w:rFonts w:hint="eastAsia"/>
          <w:lang w:val="fr-FR"/>
        </w:rPr>
      </w:pPr>
    </w:p>
    <w:p w14:paraId="475B0059" w14:textId="0915E990" w:rsidR="00A5425F" w:rsidRPr="000715DF" w:rsidRDefault="00400CD9" w:rsidP="00A5425F">
      <w:pPr>
        <w:pStyle w:val="Heading2"/>
        <w:spacing w:after="80"/>
        <w:rPr>
          <w:lang w:val="fr-FR"/>
        </w:rPr>
      </w:pPr>
      <w:bookmarkStart w:id="9" w:name="_Toc239339921"/>
      <w:r w:rsidRPr="000715DF">
        <w:rPr>
          <w:rFonts w:ascii="Ubuntu" w:eastAsia="Ubuntu" w:hAnsi="Ubuntu" w:cs="Ubuntu"/>
          <w:u w:val="single"/>
          <w:lang w:val="fr-FR"/>
        </w:rPr>
        <w:lastRenderedPageBreak/>
        <w:t xml:space="preserve">9. </w:t>
      </w:r>
      <w:proofErr w:type="spellStart"/>
      <w:r w:rsidRPr="000715DF">
        <w:rPr>
          <w:rFonts w:ascii="Ubuntu" w:eastAsia="Ubuntu" w:hAnsi="Ubuntu" w:cs="Ubuntu"/>
          <w:u w:val="single"/>
          <w:lang w:val="fr-FR"/>
        </w:rPr>
        <w:t>Priedai</w:t>
      </w:r>
      <w:proofErr w:type="spellEnd"/>
      <w:r w:rsidRPr="000715DF">
        <w:rPr>
          <w:rFonts w:ascii="Ubuntu" w:eastAsia="Ubuntu" w:hAnsi="Ubuntu" w:cs="Ubuntu"/>
          <w:u w:val="single"/>
          <w:lang w:val="fr-FR"/>
        </w:rPr>
        <w:t xml:space="preserve"> </w:t>
      </w:r>
      <w:proofErr w:type="spellStart"/>
      <w:r w:rsidRPr="000715DF">
        <w:rPr>
          <w:rFonts w:ascii="Ubuntu" w:eastAsia="Ubuntu" w:hAnsi="Ubuntu" w:cs="Ubuntu"/>
          <w:u w:val="single"/>
          <w:lang w:val="fr-FR"/>
        </w:rPr>
        <w:t>ir</w:t>
      </w:r>
      <w:proofErr w:type="spellEnd"/>
      <w:r w:rsidRPr="000715DF">
        <w:rPr>
          <w:rFonts w:ascii="Ubuntu" w:eastAsia="Ubuntu" w:hAnsi="Ubuntu" w:cs="Ubuntu"/>
          <w:u w:val="single"/>
          <w:lang w:val="fr-FR"/>
        </w:rPr>
        <w:t xml:space="preserve"> </w:t>
      </w:r>
      <w:proofErr w:type="spellStart"/>
      <w:r w:rsidRPr="000715DF">
        <w:rPr>
          <w:rFonts w:ascii="Ubuntu" w:eastAsia="Ubuntu" w:hAnsi="Ubuntu" w:cs="Ubuntu"/>
          <w:u w:val="single"/>
          <w:lang w:val="fr-FR"/>
        </w:rPr>
        <w:t>papildoma</w:t>
      </w:r>
      <w:proofErr w:type="spellEnd"/>
      <w:r w:rsidRPr="000715DF">
        <w:rPr>
          <w:rFonts w:ascii="Ubuntu" w:eastAsia="Ubuntu" w:hAnsi="Ubuntu" w:cs="Ubuntu"/>
          <w:u w:val="single"/>
          <w:lang w:val="fr-FR"/>
        </w:rPr>
        <w:t xml:space="preserve"> </w:t>
      </w:r>
      <w:proofErr w:type="spellStart"/>
      <w:r w:rsidRPr="000715DF">
        <w:rPr>
          <w:rFonts w:ascii="Ubuntu" w:eastAsia="Ubuntu" w:hAnsi="Ubuntu" w:cs="Ubuntu"/>
          <w:u w:val="single"/>
          <w:lang w:val="fr-FR"/>
        </w:rPr>
        <w:t>informacija</w:t>
      </w:r>
      <w:bookmarkEnd w:id="9"/>
      <w:proofErr w:type="spellEnd"/>
    </w:p>
    <w:p w14:paraId="3088B04A" w14:textId="732A687A" w:rsidR="00DA2D1B" w:rsidRPr="000715DF" w:rsidRDefault="005B511E" w:rsidP="00DA2D1B">
      <w:pPr>
        <w:pStyle w:val="ListBullet"/>
        <w:numPr>
          <w:ilvl w:val="0"/>
          <w:numId w:val="0"/>
        </w:numPr>
        <w:ind w:left="360" w:hanging="360"/>
        <w:rPr>
          <w:rFonts w:hint="eastAsia"/>
          <w:lang w:val="fr-FR"/>
        </w:rPr>
      </w:pPr>
      <w:proofErr w:type="spellStart"/>
      <w:r w:rsidRPr="000715DF">
        <w:rPr>
          <w:lang w:val="fr-FR"/>
        </w:rPr>
        <w:t>Nurodykite</w:t>
      </w:r>
      <w:proofErr w:type="spellEnd"/>
      <w:r w:rsidRPr="000715DF">
        <w:rPr>
          <w:lang w:val="fr-FR"/>
        </w:rPr>
        <w:t xml:space="preserve"> </w:t>
      </w:r>
      <w:proofErr w:type="spellStart"/>
      <w:r w:rsidRPr="000715DF">
        <w:rPr>
          <w:lang w:val="fr-FR"/>
        </w:rPr>
        <w:t>visus</w:t>
      </w:r>
      <w:proofErr w:type="spellEnd"/>
      <w:r w:rsidRPr="000715DF">
        <w:rPr>
          <w:lang w:val="fr-FR"/>
        </w:rPr>
        <w:t xml:space="preserve"> prie </w:t>
      </w:r>
      <w:proofErr w:type="spellStart"/>
      <w:r w:rsidRPr="000715DF">
        <w:rPr>
          <w:lang w:val="fr-FR"/>
        </w:rPr>
        <w:t>pranešimo</w:t>
      </w:r>
      <w:proofErr w:type="spellEnd"/>
      <w:r w:rsidRPr="000715DF">
        <w:rPr>
          <w:lang w:val="fr-FR"/>
        </w:rPr>
        <w:t xml:space="preserve"> </w:t>
      </w:r>
      <w:proofErr w:type="spellStart"/>
      <w:r w:rsidRPr="000715DF">
        <w:rPr>
          <w:lang w:val="fr-FR"/>
        </w:rPr>
        <w:t>pridėtus</w:t>
      </w:r>
      <w:proofErr w:type="spellEnd"/>
      <w:r w:rsidRPr="000715DF">
        <w:rPr>
          <w:lang w:val="fr-FR"/>
        </w:rPr>
        <w:t xml:space="preserve"> </w:t>
      </w:r>
      <w:proofErr w:type="spellStart"/>
      <w:r w:rsidRPr="000715DF">
        <w:rPr>
          <w:lang w:val="fr-FR"/>
        </w:rPr>
        <w:t>failus</w:t>
      </w:r>
      <w:proofErr w:type="spellEnd"/>
      <w:r w:rsidRPr="000715DF">
        <w:rPr>
          <w:lang w:val="fr-FR"/>
        </w:rPr>
        <w:t xml:space="preserve">. </w:t>
      </w:r>
      <w:proofErr w:type="spellStart"/>
      <w:r w:rsidRPr="000715DF">
        <w:rPr>
          <w:lang w:val="fr-FR"/>
        </w:rPr>
        <w:t>Neįtraukite</w:t>
      </w:r>
      <w:proofErr w:type="spellEnd"/>
      <w:r w:rsidRPr="000715DF">
        <w:rPr>
          <w:lang w:val="fr-FR"/>
        </w:rPr>
        <w:t xml:space="preserve"> </w:t>
      </w:r>
      <w:proofErr w:type="spellStart"/>
      <w:r w:rsidRPr="000715DF">
        <w:rPr>
          <w:lang w:val="fr-FR"/>
        </w:rPr>
        <w:t>slaptažodžių</w:t>
      </w:r>
      <w:proofErr w:type="spellEnd"/>
      <w:r w:rsidRPr="000715DF">
        <w:rPr>
          <w:lang w:val="fr-FR"/>
        </w:rPr>
        <w:t xml:space="preserve">, </w:t>
      </w:r>
      <w:proofErr w:type="spellStart"/>
      <w:r w:rsidRPr="000715DF">
        <w:rPr>
          <w:lang w:val="fr-FR"/>
        </w:rPr>
        <w:t>autentifikavimo</w:t>
      </w:r>
      <w:proofErr w:type="spellEnd"/>
      <w:r w:rsidRPr="000715DF">
        <w:rPr>
          <w:lang w:val="fr-FR"/>
        </w:rPr>
        <w:t xml:space="preserve"> </w:t>
      </w:r>
      <w:proofErr w:type="spellStart"/>
      <w:r w:rsidRPr="000715DF">
        <w:rPr>
          <w:lang w:val="fr-FR"/>
        </w:rPr>
        <w:t>žetonų</w:t>
      </w:r>
      <w:proofErr w:type="spellEnd"/>
      <w:r w:rsidRPr="000715DF">
        <w:rPr>
          <w:lang w:val="fr-FR"/>
        </w:rPr>
        <w:t xml:space="preserve">, </w:t>
      </w:r>
      <w:proofErr w:type="spellStart"/>
      <w:r w:rsidRPr="000715DF">
        <w:rPr>
          <w:lang w:val="fr-FR"/>
        </w:rPr>
        <w:t>privačių</w:t>
      </w:r>
      <w:proofErr w:type="spellEnd"/>
      <w:r w:rsidRPr="000715DF">
        <w:rPr>
          <w:lang w:val="fr-FR"/>
        </w:rPr>
        <w:t xml:space="preserve"> </w:t>
      </w:r>
      <w:proofErr w:type="spellStart"/>
      <w:r w:rsidRPr="000715DF">
        <w:rPr>
          <w:lang w:val="fr-FR"/>
        </w:rPr>
        <w:t>raktų</w:t>
      </w:r>
      <w:proofErr w:type="spellEnd"/>
      <w:r w:rsidRPr="000715DF">
        <w:rPr>
          <w:lang w:val="fr-FR"/>
        </w:rPr>
        <w:t xml:space="preserve"> </w:t>
      </w:r>
      <w:proofErr w:type="spellStart"/>
      <w:r w:rsidRPr="000715DF">
        <w:rPr>
          <w:lang w:val="fr-FR"/>
        </w:rPr>
        <w:t>ar</w:t>
      </w:r>
      <w:proofErr w:type="spellEnd"/>
      <w:r w:rsidRPr="000715DF">
        <w:rPr>
          <w:lang w:val="fr-FR"/>
        </w:rPr>
        <w:t xml:space="preserve"> </w:t>
      </w:r>
      <w:proofErr w:type="spellStart"/>
      <w:r w:rsidRPr="000715DF">
        <w:rPr>
          <w:lang w:val="fr-FR"/>
        </w:rPr>
        <w:t>nereikalingų</w:t>
      </w:r>
      <w:proofErr w:type="spellEnd"/>
      <w:r w:rsidRPr="000715DF">
        <w:rPr>
          <w:lang w:val="fr-FR"/>
        </w:rPr>
        <w:t xml:space="preserve"> </w:t>
      </w:r>
      <w:proofErr w:type="spellStart"/>
      <w:r w:rsidRPr="000715DF">
        <w:rPr>
          <w:lang w:val="fr-FR"/>
        </w:rPr>
        <w:t>asmens</w:t>
      </w:r>
      <w:proofErr w:type="spellEnd"/>
      <w:r w:rsidRPr="000715DF">
        <w:rPr>
          <w:lang w:val="fr-FR"/>
        </w:rPr>
        <w:t xml:space="preserve"> / </w:t>
      </w:r>
      <w:proofErr w:type="spellStart"/>
      <w:r w:rsidRPr="000715DF">
        <w:rPr>
          <w:lang w:val="fr-FR"/>
        </w:rPr>
        <w:t>klientų</w:t>
      </w:r>
      <w:proofErr w:type="spellEnd"/>
      <w:r w:rsidRPr="000715DF">
        <w:rPr>
          <w:lang w:val="fr-FR"/>
        </w:rPr>
        <w:t xml:space="preserve"> </w:t>
      </w:r>
      <w:proofErr w:type="spellStart"/>
      <w:r w:rsidRPr="000715DF">
        <w:rPr>
          <w:lang w:val="fr-FR"/>
        </w:rPr>
        <w:t>duomenų</w:t>
      </w:r>
      <w:proofErr w:type="spellEnd"/>
      <w:r w:rsidRPr="000715DF">
        <w:rPr>
          <w:lang w:val="fr-FR"/>
        </w:rPr>
        <w:t>.</w:t>
      </w:r>
    </w:p>
    <w:tbl>
      <w:tblPr>
        <w:tblStyle w:val="TableGrid"/>
        <w:tblW w:w="0" w:type="auto"/>
        <w:jc w:val="center"/>
        <w:tblBorders>
          <w:top w:val="single" w:sz="6" w:space="0" w:color="D5D9DE"/>
          <w:left w:val="single" w:sz="6" w:space="0" w:color="D5D9DE"/>
          <w:bottom w:val="single" w:sz="6" w:space="0" w:color="D5D9DE"/>
          <w:right w:val="single" w:sz="6" w:space="0" w:color="D5D9DE"/>
          <w:insideH w:val="single" w:sz="6" w:space="0" w:color="D5D9DE"/>
          <w:insideV w:val="single" w:sz="6" w:space="0" w:color="D5D9DE"/>
        </w:tblBorders>
        <w:tblLayout w:type="fixed"/>
        <w:tblLook w:val="04A0" w:firstRow="1" w:lastRow="0" w:firstColumn="1" w:lastColumn="0" w:noHBand="0" w:noVBand="1"/>
      </w:tblPr>
      <w:tblGrid>
        <w:gridCol w:w="4762"/>
        <w:gridCol w:w="4762"/>
      </w:tblGrid>
      <w:tr w:rsidR="00DA2D1B" w:rsidRPr="00FF1C66" w14:paraId="653CF06B" w14:textId="77777777" w:rsidTr="00A10A02">
        <w:trPr>
          <w:cantSplit/>
          <w:tblHeader/>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74541D2B" w14:textId="77777777" w:rsidR="00DA2D1B" w:rsidRPr="00FF1C66" w:rsidRDefault="00DA2D1B" w:rsidP="00A10A02">
            <w:pPr>
              <w:spacing w:after="0" w:line="240" w:lineRule="auto"/>
              <w:rPr>
                <w:rFonts w:hint="eastAsia"/>
                <w:sz w:val="18"/>
                <w:szCs w:val="18"/>
              </w:rPr>
            </w:pPr>
            <w:proofErr w:type="spellStart"/>
            <w:r w:rsidRPr="00FF1C66">
              <w:rPr>
                <w:rFonts w:ascii="Ubuntu" w:eastAsia="Ubuntu" w:hAnsi="Ubuntu" w:cs="Ubuntu" w:hint="eastAsia"/>
                <w:b/>
                <w:color w:val="FFFFFF"/>
                <w:sz w:val="18"/>
                <w:szCs w:val="18"/>
              </w:rPr>
              <w:t>Laukas</w:t>
            </w:r>
            <w:proofErr w:type="spellEnd"/>
          </w:p>
        </w:tc>
        <w:tc>
          <w:tcPr>
            <w:tcW w:w="4762" w:type="dxa"/>
            <w:tcBorders>
              <w:top w:val="single" w:sz="4" w:space="0" w:color="000000"/>
              <w:left w:val="single" w:sz="4" w:space="0" w:color="000000"/>
              <w:bottom w:val="single" w:sz="4" w:space="0" w:color="000000"/>
              <w:right w:val="single" w:sz="4" w:space="0" w:color="000000"/>
            </w:tcBorders>
            <w:shd w:val="clear" w:color="auto" w:fill="1D2958"/>
            <w:tcMar>
              <w:top w:w="105" w:type="dxa"/>
              <w:left w:w="115" w:type="dxa"/>
              <w:bottom w:w="105" w:type="dxa"/>
              <w:right w:w="115" w:type="dxa"/>
            </w:tcMar>
            <w:vAlign w:val="center"/>
          </w:tcPr>
          <w:p w14:paraId="59EFF2A8" w14:textId="77777777" w:rsidR="00DA2D1B" w:rsidRPr="00FF1C66" w:rsidRDefault="00DA2D1B" w:rsidP="00A10A02">
            <w:pPr>
              <w:spacing w:after="0" w:line="240" w:lineRule="auto"/>
              <w:rPr>
                <w:rFonts w:hint="eastAsia"/>
                <w:sz w:val="18"/>
                <w:szCs w:val="18"/>
              </w:rPr>
            </w:pPr>
            <w:r w:rsidRPr="00FF1C66">
              <w:rPr>
                <w:rFonts w:ascii="Ubuntu" w:eastAsia="Ubuntu" w:hAnsi="Ubuntu" w:cs="Ubuntu" w:hint="eastAsia"/>
                <w:b/>
                <w:color w:val="FFFFFF"/>
                <w:sz w:val="18"/>
                <w:szCs w:val="18"/>
              </w:rPr>
              <w:t>Atsakymas</w:t>
            </w:r>
          </w:p>
        </w:tc>
      </w:tr>
      <w:tr w:rsidR="00DA2D1B" w:rsidRPr="00FF1C66" w14:paraId="6A1D8FE7" w14:textId="77777777" w:rsidTr="00A10A02">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6DE02D75" w14:textId="6F2FD1AF" w:rsidR="00DA2D1B" w:rsidRPr="00FF1C66" w:rsidRDefault="00DA2D1B" w:rsidP="00A10A02">
            <w:pPr>
              <w:spacing w:after="0" w:line="240" w:lineRule="auto"/>
              <w:rPr>
                <w:rFonts w:hint="eastAsia"/>
                <w:sz w:val="18"/>
                <w:szCs w:val="18"/>
              </w:rPr>
            </w:pPr>
            <w:r w:rsidRPr="00FF1C66">
              <w:rPr>
                <w:rFonts w:eastAsia="Myriad Pro" w:cs="Myriad Pro"/>
                <w:b/>
                <w:color w:val="1D2958"/>
                <w:sz w:val="18"/>
                <w:szCs w:val="18"/>
              </w:rPr>
              <w:t>Ar prie šio pranešimo pridėti failai?</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179C816A" w14:textId="77A3742E" w:rsidR="00DA2D1B" w:rsidRPr="00FF1C66" w:rsidRDefault="007F6EF4" w:rsidP="00DA2D1B">
            <w:pPr>
              <w:spacing w:after="0" w:line="240" w:lineRule="auto"/>
              <w:rPr>
                <w:rFonts w:hint="eastAsia"/>
                <w:sz w:val="18"/>
                <w:szCs w:val="18"/>
              </w:rPr>
            </w:pPr>
            <w:sdt>
              <w:sdtPr>
                <w:rPr>
                  <w:sz w:val="18"/>
                  <w:szCs w:val="18"/>
                </w:rPr>
                <w:alias w:val="Checkbox 14"/>
                <w:tag w:val="CHECKBOX_0014"/>
                <w:id w:val="-1785882412"/>
                <w14:checkbox>
                  <w14:checked w14:val="0"/>
                  <w14:checkedState w14:val="2612" w14:font="Arial"/>
                  <w14:uncheckedState w14:val="2610" w14:font="Arial"/>
                </w14:checkbox>
              </w:sdtPr>
              <w:sdtEndPr/>
              <w:sdtContent>
                <w:r w:rsidR="00DA2D1B" w:rsidRPr="00FF1C66">
                  <w:rPr>
                    <w:rFonts w:ascii="Segoe UI Symbol" w:hAnsi="Segoe UI Symbol" w:cs="Segoe UI Symbol"/>
                    <w:sz w:val="18"/>
                    <w:szCs w:val="18"/>
                  </w:rPr>
                  <w:t>☐</w:t>
                </w:r>
              </w:sdtContent>
            </w:sdt>
            <w:r w:rsidR="00DA2D1B" w:rsidRPr="00FF1C66">
              <w:rPr>
                <w:rFonts w:hint="eastAsia"/>
                <w:sz w:val="18"/>
                <w:szCs w:val="18"/>
              </w:rPr>
              <w:t xml:space="preserve"> </w:t>
            </w:r>
            <w:r w:rsidR="00DA2D1B" w:rsidRPr="00FF1C66">
              <w:rPr>
                <w:sz w:val="18"/>
                <w:szCs w:val="18"/>
              </w:rPr>
              <w:t>Taip</w:t>
            </w:r>
            <w:r w:rsidR="00DA2D1B" w:rsidRPr="00FF1C66">
              <w:rPr>
                <w:rFonts w:hint="eastAsia"/>
                <w:sz w:val="18"/>
                <w:szCs w:val="18"/>
              </w:rPr>
              <w:t xml:space="preserve"> </w:t>
            </w:r>
            <w:sdt>
              <w:sdtPr>
                <w:rPr>
                  <w:sz w:val="18"/>
                  <w:szCs w:val="18"/>
                </w:rPr>
                <w:alias w:val="Checkbox 15"/>
                <w:tag w:val="CHECKBOX_0015"/>
                <w:id w:val="1261801954"/>
                <w14:checkbox>
                  <w14:checked w14:val="0"/>
                  <w14:checkedState w14:val="2612" w14:font="Arial"/>
                  <w14:uncheckedState w14:val="2610" w14:font="Arial"/>
                </w14:checkbox>
              </w:sdtPr>
              <w:sdtEndPr/>
              <w:sdtContent>
                <w:r w:rsidR="00DA2D1B" w:rsidRPr="00FF1C66">
                  <w:rPr>
                    <w:rFonts w:ascii="Arial" w:hAnsi="Arial" w:cs="Arial"/>
                    <w:sz w:val="18"/>
                    <w:szCs w:val="18"/>
                  </w:rPr>
                  <w:t>☐</w:t>
                </w:r>
              </w:sdtContent>
            </w:sdt>
            <w:r w:rsidR="00DA2D1B" w:rsidRPr="00FF1C66">
              <w:rPr>
                <w:rFonts w:hint="eastAsia"/>
                <w:sz w:val="18"/>
                <w:szCs w:val="18"/>
              </w:rPr>
              <w:t xml:space="preserve"> </w:t>
            </w:r>
            <w:r w:rsidR="00DA2D1B" w:rsidRPr="00FF1C66">
              <w:rPr>
                <w:sz w:val="18"/>
                <w:szCs w:val="18"/>
              </w:rPr>
              <w:t xml:space="preserve">Ne </w:t>
            </w:r>
          </w:p>
        </w:tc>
      </w:tr>
      <w:tr w:rsidR="00DA2D1B" w:rsidRPr="00FF1C66" w14:paraId="08895A44" w14:textId="77777777" w:rsidTr="00A10A02">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0B268D4D" w14:textId="01324FC1" w:rsidR="00DA2D1B" w:rsidRPr="00FF1C66" w:rsidRDefault="009A2B5C" w:rsidP="00A10A02">
            <w:pPr>
              <w:spacing w:after="0" w:line="240" w:lineRule="auto"/>
              <w:rPr>
                <w:rFonts w:hint="eastAsia"/>
                <w:sz w:val="18"/>
                <w:szCs w:val="18"/>
              </w:rPr>
            </w:pPr>
            <w:r w:rsidRPr="00FF1C66">
              <w:rPr>
                <w:rFonts w:eastAsia="Myriad Pro" w:cs="Myriad Pro"/>
                <w:b/>
                <w:color w:val="1D2958"/>
                <w:sz w:val="18"/>
                <w:szCs w:val="18"/>
              </w:rPr>
              <w:t xml:space="preserve">Pridėtų failų tipas </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6D65EFCB" w14:textId="77777777" w:rsidR="009A2B5C" w:rsidRPr="00FF1C66" w:rsidRDefault="007F6EF4" w:rsidP="009A2B5C">
            <w:pPr>
              <w:spacing w:after="0" w:line="240" w:lineRule="auto"/>
              <w:rPr>
                <w:rFonts w:hint="eastAsia"/>
                <w:sz w:val="18"/>
                <w:szCs w:val="18"/>
              </w:rPr>
            </w:pPr>
            <w:sdt>
              <w:sdtPr>
                <w:rPr>
                  <w:sz w:val="18"/>
                  <w:szCs w:val="18"/>
                </w:rPr>
                <w:alias w:val="Checkbox 16"/>
                <w:tag w:val="CHECKBOX_0016"/>
                <w:id w:val="-653143698"/>
                <w14:checkbox>
                  <w14:checked w14:val="0"/>
                  <w14:checkedState w14:val="2612" w14:font="Arial"/>
                  <w14:uncheckedState w14:val="2610" w14:font="Arial"/>
                </w14:checkbox>
              </w:sdtPr>
              <w:sdtEndPr/>
              <w:sdtContent>
                <w:r w:rsidR="00DA2D1B" w:rsidRPr="00FF1C66">
                  <w:rPr>
                    <w:rFonts w:ascii="Segoe UI Symbol" w:hAnsi="Segoe UI Symbol" w:cs="Segoe UI Symbol"/>
                    <w:sz w:val="18"/>
                    <w:szCs w:val="18"/>
                  </w:rPr>
                  <w:t>☐</w:t>
                </w:r>
              </w:sdtContent>
            </w:sdt>
            <w:r w:rsidR="00DA2D1B" w:rsidRPr="00FF1C66">
              <w:rPr>
                <w:rFonts w:hint="eastAsia"/>
                <w:sz w:val="18"/>
                <w:szCs w:val="18"/>
              </w:rPr>
              <w:t xml:space="preserve"> </w:t>
            </w:r>
            <w:r w:rsidR="009A2B5C" w:rsidRPr="00FF1C66">
              <w:rPr>
                <w:sz w:val="18"/>
                <w:szCs w:val="18"/>
              </w:rPr>
              <w:t>Ekrano kopijos</w:t>
            </w:r>
            <w:r w:rsidR="00DA2D1B" w:rsidRPr="00FF1C66">
              <w:rPr>
                <w:rFonts w:hint="eastAsia"/>
                <w:sz w:val="18"/>
                <w:szCs w:val="18"/>
              </w:rPr>
              <w:t xml:space="preserve"> </w:t>
            </w:r>
          </w:p>
          <w:p w14:paraId="625D8D25" w14:textId="77777777" w:rsidR="009A2B5C" w:rsidRPr="00FF1C66" w:rsidRDefault="007F6EF4" w:rsidP="009A2B5C">
            <w:pPr>
              <w:spacing w:after="0" w:line="240" w:lineRule="auto"/>
              <w:rPr>
                <w:rFonts w:hint="eastAsia"/>
                <w:sz w:val="18"/>
                <w:szCs w:val="18"/>
              </w:rPr>
            </w:pPr>
            <w:sdt>
              <w:sdtPr>
                <w:rPr>
                  <w:sz w:val="18"/>
                  <w:szCs w:val="18"/>
                </w:rPr>
                <w:alias w:val="Checkbox 17"/>
                <w:tag w:val="CHECKBOX_0017"/>
                <w:id w:val="-631332517"/>
                <w14:checkbox>
                  <w14:checked w14:val="0"/>
                  <w14:checkedState w14:val="2612" w14:font="Arial"/>
                  <w14:uncheckedState w14:val="2610" w14:font="Arial"/>
                </w14:checkbox>
              </w:sdtPr>
              <w:sdtEndPr/>
              <w:sdtContent>
                <w:r w:rsidR="009A2B5C" w:rsidRPr="00FF1C66">
                  <w:rPr>
                    <w:rFonts w:ascii="Arial" w:hAnsi="Arial" w:cs="Arial"/>
                    <w:sz w:val="18"/>
                    <w:szCs w:val="18"/>
                  </w:rPr>
                  <w:t>☐</w:t>
                </w:r>
              </w:sdtContent>
            </w:sdt>
            <w:r w:rsidR="00DA2D1B" w:rsidRPr="00FF1C66">
              <w:rPr>
                <w:rFonts w:hint="eastAsia"/>
                <w:sz w:val="18"/>
                <w:szCs w:val="18"/>
              </w:rPr>
              <w:t xml:space="preserve"> </w:t>
            </w:r>
            <w:r w:rsidR="009A2B5C" w:rsidRPr="00FF1C66">
              <w:rPr>
                <w:sz w:val="18"/>
                <w:szCs w:val="18"/>
              </w:rPr>
              <w:t>Žurnalai</w:t>
            </w:r>
            <w:r w:rsidR="00DA2D1B" w:rsidRPr="00FF1C66">
              <w:rPr>
                <w:sz w:val="18"/>
                <w:szCs w:val="18"/>
              </w:rPr>
              <w:t xml:space="preserve"> </w:t>
            </w:r>
          </w:p>
          <w:p w14:paraId="2DACA6AC" w14:textId="77777777" w:rsidR="009A2B5C" w:rsidRPr="00FF1C66" w:rsidRDefault="007F6EF4" w:rsidP="009A2B5C">
            <w:pPr>
              <w:spacing w:after="0" w:line="240" w:lineRule="auto"/>
              <w:rPr>
                <w:rFonts w:hint="eastAsia"/>
                <w:sz w:val="18"/>
                <w:szCs w:val="18"/>
              </w:rPr>
            </w:pPr>
            <w:sdt>
              <w:sdtPr>
                <w:rPr>
                  <w:sz w:val="18"/>
                  <w:szCs w:val="18"/>
                </w:rPr>
                <w:alias w:val="Checkbox 15"/>
                <w:tag w:val="CHECKBOX_0015"/>
                <w:id w:val="2144066354"/>
                <w14:checkbox>
                  <w14:checked w14:val="0"/>
                  <w14:checkedState w14:val="2612" w14:font="Arial"/>
                  <w14:uncheckedState w14:val="2610" w14:font="Arial"/>
                </w14:checkbox>
              </w:sdtPr>
              <w:sdtEndPr/>
              <w:sdtContent>
                <w:r w:rsidR="00DA2D1B" w:rsidRPr="00FF1C66">
                  <w:rPr>
                    <w:rFonts w:ascii="Segoe UI Symbol" w:hAnsi="Segoe UI Symbol" w:cs="Segoe UI Symbol"/>
                    <w:sz w:val="18"/>
                    <w:szCs w:val="18"/>
                  </w:rPr>
                  <w:t>☐</w:t>
                </w:r>
              </w:sdtContent>
            </w:sdt>
            <w:r w:rsidR="00DA2D1B" w:rsidRPr="00FF1C66">
              <w:rPr>
                <w:rFonts w:hint="eastAsia"/>
                <w:sz w:val="18"/>
                <w:szCs w:val="18"/>
              </w:rPr>
              <w:t xml:space="preserve"> </w:t>
            </w:r>
            <w:r w:rsidR="009A2B5C" w:rsidRPr="00FF1C66">
              <w:rPr>
                <w:sz w:val="18"/>
                <w:szCs w:val="18"/>
              </w:rPr>
              <w:t xml:space="preserve">Vaizdo įrašas </w:t>
            </w:r>
          </w:p>
          <w:p w14:paraId="5DB65D96" w14:textId="77777777" w:rsidR="009A2B5C" w:rsidRPr="00FF1C66" w:rsidRDefault="007F6EF4" w:rsidP="009A2B5C">
            <w:pPr>
              <w:spacing w:after="0" w:line="240" w:lineRule="auto"/>
              <w:rPr>
                <w:rFonts w:hint="eastAsia"/>
                <w:sz w:val="18"/>
                <w:szCs w:val="18"/>
              </w:rPr>
            </w:pPr>
            <w:sdt>
              <w:sdtPr>
                <w:rPr>
                  <w:sz w:val="18"/>
                  <w:szCs w:val="18"/>
                </w:rPr>
                <w:alias w:val="Checkbox 16"/>
                <w:tag w:val="CHECKBOX_0016"/>
                <w:id w:val="96609138"/>
                <w14:checkbox>
                  <w14:checked w14:val="0"/>
                  <w14:checkedState w14:val="2612" w14:font="Arial"/>
                  <w14:uncheckedState w14:val="2610" w14:font="Arial"/>
                </w14:checkbox>
              </w:sdtPr>
              <w:sdtEndPr/>
              <w:sdtContent>
                <w:r w:rsidR="009A2B5C" w:rsidRPr="00FF1C66">
                  <w:rPr>
                    <w:rFonts w:ascii="Segoe UI Symbol" w:hAnsi="Segoe UI Symbol" w:cs="Segoe UI Symbol"/>
                    <w:sz w:val="18"/>
                    <w:szCs w:val="18"/>
                  </w:rPr>
                  <w:t>☐</w:t>
                </w:r>
              </w:sdtContent>
            </w:sdt>
            <w:r w:rsidR="009A2B5C" w:rsidRPr="00FF1C66">
              <w:rPr>
                <w:rFonts w:hint="eastAsia"/>
                <w:sz w:val="18"/>
                <w:szCs w:val="18"/>
              </w:rPr>
              <w:t xml:space="preserve"> </w:t>
            </w:r>
            <w:r w:rsidR="009A2B5C" w:rsidRPr="00FF1C66">
              <w:rPr>
                <w:sz w:val="18"/>
                <w:szCs w:val="18"/>
              </w:rPr>
              <w:t xml:space="preserve">Koncepcijos įrodymas </w:t>
            </w:r>
          </w:p>
          <w:p w14:paraId="514A4003" w14:textId="77777777" w:rsidR="009A2B5C" w:rsidRPr="00FF1C66" w:rsidRDefault="007F6EF4" w:rsidP="009A2B5C">
            <w:pPr>
              <w:spacing w:after="0" w:line="240" w:lineRule="auto"/>
              <w:rPr>
                <w:rFonts w:hint="eastAsia"/>
                <w:sz w:val="18"/>
                <w:szCs w:val="18"/>
              </w:rPr>
            </w:pPr>
            <w:sdt>
              <w:sdtPr>
                <w:rPr>
                  <w:sz w:val="18"/>
                  <w:szCs w:val="18"/>
                </w:rPr>
                <w:alias w:val="Checkbox 17"/>
                <w:tag w:val="CHECKBOX_0017"/>
                <w:id w:val="560760725"/>
                <w14:checkbox>
                  <w14:checked w14:val="0"/>
                  <w14:checkedState w14:val="2612" w14:font="Arial"/>
                  <w14:uncheckedState w14:val="2610" w14:font="Arial"/>
                </w14:checkbox>
              </w:sdtPr>
              <w:sdtEndPr/>
              <w:sdtContent>
                <w:r w:rsidR="009A2B5C" w:rsidRPr="00FF1C66">
                  <w:rPr>
                    <w:rFonts w:ascii="Segoe UI Symbol" w:hAnsi="Segoe UI Symbol" w:cs="Segoe UI Symbol"/>
                    <w:sz w:val="18"/>
                    <w:szCs w:val="18"/>
                  </w:rPr>
                  <w:t>☐</w:t>
                </w:r>
              </w:sdtContent>
            </w:sdt>
            <w:r w:rsidR="009A2B5C" w:rsidRPr="00FF1C66">
              <w:rPr>
                <w:rFonts w:hint="eastAsia"/>
                <w:sz w:val="18"/>
                <w:szCs w:val="18"/>
              </w:rPr>
              <w:t xml:space="preserve"> </w:t>
            </w:r>
            <w:r w:rsidR="009A2B5C" w:rsidRPr="00FF1C66">
              <w:rPr>
                <w:sz w:val="18"/>
                <w:szCs w:val="18"/>
              </w:rPr>
              <w:t xml:space="preserve">Paketų fiksavimas </w:t>
            </w:r>
          </w:p>
          <w:p w14:paraId="17A74EDE" w14:textId="681966A3" w:rsidR="00DA2D1B" w:rsidRPr="00FF1C66" w:rsidRDefault="007F6EF4" w:rsidP="009A2B5C">
            <w:pPr>
              <w:spacing w:after="0" w:line="240" w:lineRule="auto"/>
              <w:rPr>
                <w:rFonts w:hint="eastAsia"/>
                <w:sz w:val="18"/>
                <w:szCs w:val="18"/>
              </w:rPr>
            </w:pPr>
            <w:sdt>
              <w:sdtPr>
                <w:rPr>
                  <w:sz w:val="18"/>
                  <w:szCs w:val="18"/>
                </w:rPr>
                <w:alias w:val="Checkbox 15"/>
                <w:tag w:val="CHECKBOX_0015"/>
                <w:id w:val="-1209030102"/>
                <w14:checkbox>
                  <w14:checked w14:val="0"/>
                  <w14:checkedState w14:val="2612" w14:font="Arial"/>
                  <w14:uncheckedState w14:val="2610" w14:font="Arial"/>
                </w14:checkbox>
              </w:sdtPr>
              <w:sdtEndPr/>
              <w:sdtContent>
                <w:r w:rsidR="009A2B5C" w:rsidRPr="00FF1C66">
                  <w:rPr>
                    <w:rFonts w:ascii="Segoe UI Symbol" w:hAnsi="Segoe UI Symbol" w:cs="Segoe UI Symbol"/>
                    <w:sz w:val="18"/>
                    <w:szCs w:val="18"/>
                  </w:rPr>
                  <w:t>☐</w:t>
                </w:r>
              </w:sdtContent>
            </w:sdt>
            <w:r w:rsidR="009A2B5C" w:rsidRPr="00FF1C66">
              <w:rPr>
                <w:rFonts w:hint="eastAsia"/>
                <w:sz w:val="18"/>
                <w:szCs w:val="18"/>
              </w:rPr>
              <w:t xml:space="preserve"> </w:t>
            </w:r>
            <w:r w:rsidR="009A2B5C" w:rsidRPr="00FF1C66">
              <w:rPr>
                <w:sz w:val="18"/>
                <w:szCs w:val="18"/>
              </w:rPr>
              <w:t>Kita</w:t>
            </w:r>
          </w:p>
        </w:tc>
      </w:tr>
      <w:tr w:rsidR="00DA2D1B" w:rsidRPr="00FF1C66" w14:paraId="244F1F7A" w14:textId="77777777" w:rsidTr="00A10A02">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18589E59" w14:textId="57FDA9E8" w:rsidR="00DA2D1B" w:rsidRPr="00FF1C66" w:rsidRDefault="008A78A6" w:rsidP="00A10A02">
            <w:pPr>
              <w:spacing w:after="0" w:line="240" w:lineRule="auto"/>
              <w:rPr>
                <w:rFonts w:hint="eastAsia"/>
                <w:sz w:val="18"/>
                <w:szCs w:val="18"/>
              </w:rPr>
            </w:pPr>
            <w:r w:rsidRPr="00FF1C66">
              <w:rPr>
                <w:rFonts w:eastAsia="Myriad Pro" w:cs="Myriad Pro"/>
                <w:b/>
                <w:color w:val="1D2958"/>
                <w:sz w:val="18"/>
                <w:szCs w:val="18"/>
              </w:rPr>
              <w:t>Pridėtų failų aprašymas</w:t>
            </w:r>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5CA44099" w14:textId="77777777" w:rsidR="00DA2D1B" w:rsidRPr="00FF1C66" w:rsidRDefault="00DA2D1B" w:rsidP="008A78A6">
            <w:pPr>
              <w:spacing w:after="0" w:line="240" w:lineRule="auto"/>
              <w:rPr>
                <w:rFonts w:hint="eastAsia"/>
                <w:sz w:val="18"/>
                <w:szCs w:val="18"/>
              </w:rPr>
            </w:pPr>
          </w:p>
        </w:tc>
      </w:tr>
      <w:tr w:rsidR="00DA2D1B" w:rsidRPr="000715DF" w14:paraId="439B08F5" w14:textId="77777777" w:rsidTr="00A10A02">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0A774265" w14:textId="387C2B44" w:rsidR="00DA2D1B" w:rsidRPr="000715DF" w:rsidRDefault="007073FE" w:rsidP="00A10A02">
            <w:pPr>
              <w:spacing w:after="0" w:line="240" w:lineRule="auto"/>
              <w:rPr>
                <w:rFonts w:hint="eastAsia"/>
                <w:sz w:val="18"/>
                <w:szCs w:val="18"/>
                <w:lang w:val="pl-PL"/>
              </w:rPr>
            </w:pPr>
            <w:proofErr w:type="spellStart"/>
            <w:r w:rsidRPr="000715DF">
              <w:rPr>
                <w:rFonts w:eastAsia="Myriad Pro" w:cs="Myriad Pro"/>
                <w:b/>
                <w:color w:val="1D2958"/>
                <w:sz w:val="18"/>
                <w:szCs w:val="18"/>
                <w:lang w:val="pl-PL"/>
              </w:rPr>
              <w:t>Papildoma</w:t>
            </w:r>
            <w:proofErr w:type="spellEnd"/>
            <w:r w:rsidRPr="000715DF">
              <w:rPr>
                <w:rFonts w:eastAsia="Myriad Pro" w:cs="Myriad Pro"/>
                <w:b/>
                <w:color w:val="1D2958"/>
                <w:sz w:val="18"/>
                <w:szCs w:val="18"/>
                <w:lang w:val="pl-PL"/>
              </w:rPr>
              <w:t xml:space="preserve"> </w:t>
            </w:r>
            <w:proofErr w:type="spellStart"/>
            <w:r w:rsidRPr="000715DF">
              <w:rPr>
                <w:rFonts w:eastAsia="Myriad Pro" w:cs="Myriad Pro"/>
                <w:b/>
                <w:color w:val="1D2958"/>
                <w:sz w:val="18"/>
                <w:szCs w:val="18"/>
                <w:lang w:val="pl-PL"/>
              </w:rPr>
              <w:t>su</w:t>
            </w:r>
            <w:proofErr w:type="spellEnd"/>
            <w:r w:rsidRPr="000715DF">
              <w:rPr>
                <w:rFonts w:eastAsia="Myriad Pro" w:cs="Myriad Pro"/>
                <w:b/>
                <w:color w:val="1D2958"/>
                <w:sz w:val="18"/>
                <w:szCs w:val="18"/>
                <w:lang w:val="pl-PL"/>
              </w:rPr>
              <w:t xml:space="preserve"> </w:t>
            </w:r>
            <w:proofErr w:type="spellStart"/>
            <w:r w:rsidRPr="000715DF">
              <w:rPr>
                <w:rFonts w:eastAsia="Myriad Pro" w:cs="Myriad Pro"/>
                <w:b/>
                <w:color w:val="1D2958"/>
                <w:sz w:val="18"/>
                <w:szCs w:val="18"/>
                <w:lang w:val="pl-PL"/>
              </w:rPr>
              <w:t>pranešimu</w:t>
            </w:r>
            <w:proofErr w:type="spellEnd"/>
            <w:r w:rsidRPr="000715DF">
              <w:rPr>
                <w:rFonts w:eastAsia="Myriad Pro" w:cs="Myriad Pro"/>
                <w:b/>
                <w:color w:val="1D2958"/>
                <w:sz w:val="18"/>
                <w:szCs w:val="18"/>
                <w:lang w:val="pl-PL"/>
              </w:rPr>
              <w:t xml:space="preserve"> </w:t>
            </w:r>
            <w:proofErr w:type="spellStart"/>
            <w:r w:rsidRPr="000715DF">
              <w:rPr>
                <w:rFonts w:eastAsia="Myriad Pro" w:cs="Myriad Pro"/>
                <w:b/>
                <w:color w:val="1D2958"/>
                <w:sz w:val="18"/>
                <w:szCs w:val="18"/>
                <w:lang w:val="pl-PL"/>
              </w:rPr>
              <w:t>susijusi</w:t>
            </w:r>
            <w:proofErr w:type="spellEnd"/>
            <w:r w:rsidRPr="000715DF">
              <w:rPr>
                <w:rFonts w:eastAsia="Myriad Pro" w:cs="Myriad Pro"/>
                <w:b/>
                <w:color w:val="1D2958"/>
                <w:sz w:val="18"/>
                <w:szCs w:val="18"/>
                <w:lang w:val="pl-PL"/>
              </w:rPr>
              <w:t xml:space="preserve"> </w:t>
            </w:r>
            <w:proofErr w:type="spellStart"/>
            <w:r w:rsidRPr="000715DF">
              <w:rPr>
                <w:rFonts w:eastAsia="Myriad Pro" w:cs="Myriad Pro"/>
                <w:b/>
                <w:color w:val="1D2958"/>
                <w:sz w:val="18"/>
                <w:szCs w:val="18"/>
                <w:lang w:val="pl-PL"/>
              </w:rPr>
              <w:t>informacija</w:t>
            </w:r>
            <w:proofErr w:type="spellEnd"/>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2403DF52" w14:textId="2640F0C3" w:rsidR="00DA2D1B" w:rsidRPr="000715DF" w:rsidRDefault="00DA2D1B" w:rsidP="007073FE">
            <w:pPr>
              <w:spacing w:after="0" w:line="240" w:lineRule="auto"/>
              <w:rPr>
                <w:rFonts w:hint="eastAsia"/>
                <w:sz w:val="18"/>
                <w:szCs w:val="18"/>
                <w:lang w:val="pl-PL"/>
              </w:rPr>
            </w:pPr>
          </w:p>
        </w:tc>
      </w:tr>
      <w:tr w:rsidR="00DA2D1B" w:rsidRPr="00FF1C66" w14:paraId="089B751C" w14:textId="77777777" w:rsidTr="00A10A02">
        <w:trPr>
          <w:cantSplit/>
          <w:jc w:val="center"/>
        </w:trPr>
        <w:tc>
          <w:tcPr>
            <w:tcW w:w="4762" w:type="dxa"/>
            <w:tcBorders>
              <w:top w:val="single" w:sz="4" w:space="0" w:color="000000"/>
              <w:left w:val="single" w:sz="4" w:space="0" w:color="000000"/>
              <w:bottom w:val="single" w:sz="4" w:space="0" w:color="000000"/>
              <w:right w:val="single" w:sz="4" w:space="0" w:color="000000"/>
            </w:tcBorders>
            <w:shd w:val="clear" w:color="auto" w:fill="EAF8FD"/>
            <w:tcMar>
              <w:top w:w="105" w:type="dxa"/>
              <w:left w:w="115" w:type="dxa"/>
              <w:bottom w:w="105" w:type="dxa"/>
              <w:right w:w="115" w:type="dxa"/>
            </w:tcMar>
            <w:vAlign w:val="center"/>
          </w:tcPr>
          <w:p w14:paraId="2DB37360" w14:textId="366325B7" w:rsidR="00DA2D1B" w:rsidRPr="00FF1C66" w:rsidRDefault="005D16DB" w:rsidP="00A10A02">
            <w:pPr>
              <w:spacing w:after="0" w:line="240" w:lineRule="auto"/>
              <w:rPr>
                <w:rFonts w:hint="eastAsia"/>
                <w:sz w:val="18"/>
                <w:szCs w:val="18"/>
              </w:rPr>
            </w:pPr>
            <w:proofErr w:type="spellStart"/>
            <w:r w:rsidRPr="00FF1C66">
              <w:rPr>
                <w:rFonts w:eastAsia="Myriad Pro" w:cs="Myriad Pro"/>
                <w:b/>
                <w:color w:val="1D2958"/>
                <w:sz w:val="18"/>
                <w:szCs w:val="18"/>
              </w:rPr>
              <w:t>Konfidencialumo</w:t>
            </w:r>
            <w:proofErr w:type="spellEnd"/>
            <w:r w:rsidRPr="00FF1C66">
              <w:rPr>
                <w:rFonts w:eastAsia="Myriad Pro" w:cs="Myriad Pro"/>
                <w:b/>
                <w:color w:val="1D2958"/>
                <w:sz w:val="18"/>
                <w:szCs w:val="18"/>
              </w:rPr>
              <w:t xml:space="preserve"> </w:t>
            </w:r>
            <w:proofErr w:type="spellStart"/>
            <w:r w:rsidRPr="00FF1C66">
              <w:rPr>
                <w:rFonts w:eastAsia="Myriad Pro" w:cs="Myriad Pro"/>
                <w:b/>
                <w:color w:val="1D2958"/>
                <w:sz w:val="18"/>
                <w:szCs w:val="18"/>
              </w:rPr>
              <w:t>arba</w:t>
            </w:r>
            <w:proofErr w:type="spellEnd"/>
            <w:r w:rsidRPr="00FF1C66">
              <w:rPr>
                <w:rFonts w:eastAsia="Myriad Pro" w:cs="Myriad Pro"/>
                <w:b/>
                <w:color w:val="1D2958"/>
                <w:sz w:val="18"/>
                <w:szCs w:val="18"/>
              </w:rPr>
              <w:t xml:space="preserve"> </w:t>
            </w:r>
            <w:proofErr w:type="spellStart"/>
            <w:r w:rsidRPr="00FF1C66">
              <w:rPr>
                <w:rFonts w:eastAsia="Myriad Pro" w:cs="Myriad Pro"/>
                <w:b/>
                <w:color w:val="1D2958"/>
                <w:sz w:val="18"/>
                <w:szCs w:val="18"/>
              </w:rPr>
              <w:t>tvarkymo</w:t>
            </w:r>
            <w:proofErr w:type="spellEnd"/>
            <w:r w:rsidRPr="00FF1C66">
              <w:rPr>
                <w:rFonts w:eastAsia="Myriad Pro" w:cs="Myriad Pro"/>
                <w:b/>
                <w:color w:val="1D2958"/>
                <w:sz w:val="18"/>
                <w:szCs w:val="18"/>
              </w:rPr>
              <w:t xml:space="preserve"> </w:t>
            </w:r>
            <w:proofErr w:type="spellStart"/>
            <w:r w:rsidRPr="00FF1C66">
              <w:rPr>
                <w:rFonts w:eastAsia="Myriad Pro" w:cs="Myriad Pro"/>
                <w:b/>
                <w:color w:val="1D2958"/>
                <w:sz w:val="18"/>
                <w:szCs w:val="18"/>
              </w:rPr>
              <w:t>reikalavimai</w:t>
            </w:r>
            <w:proofErr w:type="spellEnd"/>
          </w:p>
        </w:tc>
        <w:tc>
          <w:tcPr>
            <w:tcW w:w="4762" w:type="dxa"/>
            <w:tcBorders>
              <w:top w:val="single" w:sz="4" w:space="0" w:color="000000"/>
              <w:left w:val="single" w:sz="4" w:space="0" w:color="000000"/>
              <w:bottom w:val="single" w:sz="4" w:space="0" w:color="000000"/>
              <w:right w:val="single" w:sz="4" w:space="0" w:color="000000"/>
            </w:tcBorders>
            <w:shd w:val="clear" w:color="auto" w:fill="FFFFFF"/>
            <w:tcMar>
              <w:top w:w="105" w:type="dxa"/>
              <w:left w:w="115" w:type="dxa"/>
              <w:bottom w:w="105" w:type="dxa"/>
              <w:right w:w="115" w:type="dxa"/>
            </w:tcMar>
            <w:vAlign w:val="center"/>
          </w:tcPr>
          <w:p w14:paraId="3A5C7905" w14:textId="77777777" w:rsidR="00DA2D1B" w:rsidRPr="00FF1C66" w:rsidRDefault="00DA2D1B" w:rsidP="005D16DB">
            <w:pPr>
              <w:spacing w:after="0" w:line="240" w:lineRule="auto"/>
              <w:rPr>
                <w:rFonts w:hint="eastAsia"/>
                <w:sz w:val="18"/>
                <w:szCs w:val="18"/>
              </w:rPr>
            </w:pPr>
          </w:p>
        </w:tc>
      </w:tr>
    </w:tbl>
    <w:p w14:paraId="7D268B9C" w14:textId="77777777" w:rsidR="00DA2D1B" w:rsidRDefault="00DA2D1B" w:rsidP="00DA2D1B">
      <w:pPr>
        <w:pStyle w:val="ListBullet"/>
        <w:numPr>
          <w:ilvl w:val="0"/>
          <w:numId w:val="0"/>
        </w:numPr>
        <w:ind w:left="360" w:hanging="360"/>
        <w:rPr>
          <w:rFonts w:hint="eastAsia"/>
        </w:rPr>
      </w:pPr>
    </w:p>
    <w:p w14:paraId="4AF4B10A" w14:textId="7E10C0E2" w:rsidR="00400CD9" w:rsidRDefault="002B58F8" w:rsidP="00990E0E">
      <w:pPr>
        <w:pStyle w:val="ListBullet"/>
        <w:numPr>
          <w:ilvl w:val="0"/>
          <w:numId w:val="0"/>
        </w:numPr>
        <w:ind w:left="360" w:hanging="360"/>
        <w:rPr>
          <w:rFonts w:hint="eastAsia"/>
        </w:rPr>
      </w:pPr>
      <w:r>
        <w:t>Jei pridedate žurnalus, ekrano kopijas, vaizdo įrašus, paketų fiksavimo duomenis ar koncepcijos įrodymo medžiagą, prieš pateikdami pranešimą pašalinkite nereikalingus asmens duomenis, klientų duomenis, slaptažodžius, autentifikavimo žetonus, privačius raktus ar kitą neskelbtiną informaciją.</w:t>
      </w:r>
    </w:p>
    <w:p w14:paraId="38E505FA" w14:textId="77777777" w:rsidR="00400CD9" w:rsidRDefault="00400CD9" w:rsidP="003A18C2">
      <w:pPr>
        <w:pStyle w:val="ListBullet"/>
        <w:numPr>
          <w:ilvl w:val="0"/>
          <w:numId w:val="0"/>
        </w:numPr>
        <w:tabs>
          <w:tab w:val="left" w:leader="underscore" w:pos="9200"/>
        </w:tabs>
        <w:spacing w:after="50" w:line="252" w:lineRule="auto"/>
        <w:ind w:left="360"/>
        <w:rPr>
          <w:rFonts w:hint="eastAsia"/>
        </w:rPr>
      </w:pPr>
    </w:p>
    <w:p w14:paraId="3B991FF6" w14:textId="34CC02C3" w:rsidR="00A5425F" w:rsidRDefault="00A5425F" w:rsidP="00A5425F">
      <w:pPr>
        <w:pStyle w:val="Heading2"/>
        <w:spacing w:after="80"/>
      </w:pPr>
      <w:bookmarkStart w:id="10" w:name="_Toc239339922"/>
      <w:r>
        <w:rPr>
          <w:rFonts w:ascii="Ubuntu" w:eastAsia="Ubuntu" w:hAnsi="Ubuntu" w:cs="Ubuntu" w:hint="eastAsia"/>
          <w:u w:val="single"/>
        </w:rPr>
        <w:t>10. Sąžiningo veikimo patvirtinimas</w:t>
      </w:r>
      <w:bookmarkEnd w:id="10"/>
    </w:p>
    <w:p w14:paraId="7C6C0657" w14:textId="77777777" w:rsidR="00A5425F" w:rsidRDefault="00A5425F" w:rsidP="00A5425F">
      <w:pPr>
        <w:spacing w:after="110" w:line="259" w:lineRule="auto"/>
        <w:rPr>
          <w:rFonts w:hint="eastAsia"/>
        </w:rPr>
      </w:pPr>
      <w:r>
        <w:rPr>
          <w:rFonts w:eastAsia="Myriad Pro" w:cs="Myriad Pro" w:hint="eastAsia"/>
        </w:rPr>
        <w:t>Pateikdamas šį pranešimą, pranešėjas, kiek jam žinoma, patvirtina, kad:</w:t>
      </w:r>
    </w:p>
    <w:p w14:paraId="573C3FF9" w14:textId="641BBC39" w:rsidR="00A5425F" w:rsidRDefault="007F6EF4" w:rsidP="001000B8">
      <w:pPr>
        <w:pStyle w:val="ListBullet"/>
        <w:numPr>
          <w:ilvl w:val="0"/>
          <w:numId w:val="0"/>
        </w:numPr>
        <w:spacing w:after="50" w:line="252" w:lineRule="auto"/>
        <w:ind w:left="360"/>
        <w:rPr>
          <w:rFonts w:hint="eastAsia"/>
        </w:rPr>
      </w:pPr>
      <w:sdt>
        <w:sdtPr>
          <w:alias w:val="Checkbox 27"/>
          <w:tag w:val="CHECKBOX_0027"/>
          <w:id w:val="100027"/>
          <w14:checkbox>
            <w14:checked w14:val="0"/>
            <w14:checkedState w14:val="2612" w14:font="Arial"/>
            <w14:uncheckedState w14:val="2610" w14:font="Arial"/>
          </w14:checkbox>
        </w:sdtPr>
        <w:sdtEndPr/>
        <w:sdtContent>
          <w:r w:rsidR="001000B8">
            <w:rPr>
              <w:rFonts w:ascii="Arial" w:hAnsi="Arial" w:cs="Arial"/>
            </w:rPr>
            <w:t>☐</w:t>
          </w:r>
        </w:sdtContent>
      </w:sdt>
      <w:r w:rsidR="00A5425F">
        <w:rPr>
          <w:rFonts w:eastAsia="Myriad Pro" w:cs="Myriad Pro" w:hint="eastAsia"/>
          <w:szCs w:val="21"/>
        </w:rPr>
        <w:t xml:space="preserve"> Pranešimas yra tikslus ir parengtas vykdant sąžiningus saugumo tyrimus.</w:t>
      </w:r>
    </w:p>
    <w:p w14:paraId="3D6F23C6" w14:textId="3D6E9E1F" w:rsidR="00A5425F" w:rsidRDefault="007F6EF4" w:rsidP="001000B8">
      <w:pPr>
        <w:pStyle w:val="ListBullet"/>
        <w:numPr>
          <w:ilvl w:val="0"/>
          <w:numId w:val="0"/>
        </w:numPr>
        <w:spacing w:after="50" w:line="252" w:lineRule="auto"/>
        <w:ind w:left="360"/>
        <w:rPr>
          <w:rFonts w:hint="eastAsia"/>
        </w:rPr>
      </w:pPr>
      <w:sdt>
        <w:sdtPr>
          <w:alias w:val="Checkbox 28"/>
          <w:tag w:val="CHECKBOX_0028"/>
          <w:id w:val="100028"/>
          <w14:checkbox>
            <w14:checked w14:val="0"/>
            <w14:checkedState w14:val="2612" w14:font="Arial"/>
            <w14:uncheckedState w14:val="2610" w14:font="Arial"/>
          </w14:checkbox>
        </w:sdtPr>
        <w:sdtEndPr/>
        <w:sdtContent>
          <w:r w:rsidR="001000B8">
            <w:rPr>
              <w:rFonts w:ascii="Arial" w:hAnsi="Arial" w:cs="Arial"/>
            </w:rPr>
            <w:t>☐</w:t>
          </w:r>
        </w:sdtContent>
      </w:sdt>
      <w:r w:rsidR="00A5425F">
        <w:rPr>
          <w:rFonts w:eastAsia="Myriad Pro" w:cs="Myriad Pro" w:hint="eastAsia"/>
          <w:szCs w:val="21"/>
        </w:rPr>
        <w:t xml:space="preserve"> Testavimas apsiribojo sistemomis, įrenginiais, paskyromis ir duomenimis, kurie priklauso pranešėjui arba kuriuos jis turėjo leidimą testuoti.</w:t>
      </w:r>
    </w:p>
    <w:p w14:paraId="6BBC477B" w14:textId="77777777" w:rsidR="00A5425F" w:rsidRDefault="007F6EF4" w:rsidP="001000B8">
      <w:pPr>
        <w:pStyle w:val="ListBullet"/>
        <w:numPr>
          <w:ilvl w:val="0"/>
          <w:numId w:val="0"/>
        </w:numPr>
        <w:spacing w:after="50" w:line="252" w:lineRule="auto"/>
        <w:ind w:left="360"/>
        <w:rPr>
          <w:rFonts w:hint="eastAsia"/>
        </w:rPr>
      </w:pPr>
      <w:sdt>
        <w:sdtPr>
          <w:alias w:val="Checkbox 29"/>
          <w:tag w:val="CHECKBOX_0029"/>
          <w:id w:val="100029"/>
          <w14:checkbox>
            <w14:checked w14:val="0"/>
            <w14:checkedState w14:val="2612" w14:font="Arial"/>
            <w14:uncheckedState w14:val="2610" w14:font="Arial"/>
          </w14:checkbox>
        </w:sdtPr>
        <w:sdtEndPr/>
        <w:sdtContent>
          <w:r w:rsidR="00A5425F">
            <w:rPr>
              <w:rFonts w:ascii="Segoe UI Symbol" w:eastAsia="Arial Unicode MS" w:hAnsi="Segoe UI Symbol" w:cs="Segoe UI Symbol"/>
              <w:color w:val="000000"/>
              <w:szCs w:val="21"/>
            </w:rPr>
            <w:t>☐</w:t>
          </w:r>
        </w:sdtContent>
      </w:sdt>
      <w:r w:rsidR="00A5425F">
        <w:rPr>
          <w:rFonts w:eastAsia="Myriad Pro" w:cs="Myriad Pro" w:hint="eastAsia"/>
          <w:szCs w:val="21"/>
        </w:rPr>
        <w:t xml:space="preserve"> Buvo vengiama nereikalingos prieigos prie neviešų duomenų, jų saugojimo ar atskleidimo.</w:t>
      </w:r>
    </w:p>
    <w:p w14:paraId="310F30BF" w14:textId="77777777" w:rsidR="00A5425F" w:rsidRPr="00BF3105" w:rsidRDefault="007F6EF4" w:rsidP="001000B8">
      <w:pPr>
        <w:pStyle w:val="ListBullet"/>
        <w:numPr>
          <w:ilvl w:val="0"/>
          <w:numId w:val="0"/>
        </w:numPr>
        <w:spacing w:after="50" w:line="252" w:lineRule="auto"/>
        <w:ind w:left="360"/>
        <w:rPr>
          <w:rFonts w:hint="eastAsia"/>
        </w:rPr>
      </w:pPr>
      <w:sdt>
        <w:sdtPr>
          <w:alias w:val="Checkbox 30"/>
          <w:tag w:val="CHECKBOX_0030"/>
          <w:id w:val="100030"/>
          <w14:checkbox>
            <w14:checked w14:val="0"/>
            <w14:checkedState w14:val="2612" w14:font="Arial"/>
            <w14:uncheckedState w14:val="2610" w14:font="Arial"/>
          </w14:checkbox>
        </w:sdtPr>
        <w:sdtEndPr/>
        <w:sdtContent>
          <w:r w:rsidR="00A5425F">
            <w:rPr>
              <w:rFonts w:ascii="Segoe UI Symbol" w:eastAsia="Arial Unicode MS" w:hAnsi="Segoe UI Symbol" w:cs="Segoe UI Symbol"/>
              <w:color w:val="000000"/>
              <w:szCs w:val="21"/>
            </w:rPr>
            <w:t>☐</w:t>
          </w:r>
        </w:sdtContent>
      </w:sdt>
      <w:r w:rsidR="00A5425F">
        <w:rPr>
          <w:rFonts w:eastAsia="Myriad Pro" w:cs="Myriad Pro" w:hint="eastAsia"/>
          <w:szCs w:val="21"/>
        </w:rPr>
        <w:t xml:space="preserve"> Pranešėjas koordinuos atskleidimą pagal paskelbtą politiką, laikydamasis taikomų teisės aktų ir atsižvelgdamas į bet kokį skubų naudotojų rizikos pasikeitimą.</w:t>
      </w:r>
    </w:p>
    <w:p w14:paraId="19C68360" w14:textId="1BC9F46C" w:rsidR="009D2F24" w:rsidRDefault="007F6EF4" w:rsidP="000B4D71">
      <w:pPr>
        <w:pStyle w:val="ListBullet"/>
        <w:numPr>
          <w:ilvl w:val="0"/>
          <w:numId w:val="0"/>
        </w:numPr>
        <w:spacing w:after="50" w:line="252" w:lineRule="auto"/>
        <w:ind w:left="360"/>
        <w:rPr>
          <w:rFonts w:hint="eastAsia"/>
        </w:rPr>
      </w:pPr>
      <w:sdt>
        <w:sdtPr>
          <w:alias w:val="Checkbox 30"/>
          <w:tag w:val="CHECKBOX_0030"/>
          <w:id w:val="-1594698797"/>
          <w14:checkbox>
            <w14:checked w14:val="0"/>
            <w14:checkedState w14:val="2612" w14:font="Arial"/>
            <w14:uncheckedState w14:val="2610" w14:font="Arial"/>
          </w14:checkbox>
        </w:sdtPr>
        <w:sdtEndPr/>
        <w:sdtContent>
          <w:r w:rsidR="001000B8">
            <w:rPr>
              <w:rFonts w:ascii="Arial" w:hAnsi="Arial" w:cs="Arial"/>
            </w:rPr>
            <w:t>☐</w:t>
          </w:r>
        </w:sdtContent>
      </w:sdt>
      <w:r w:rsidR="00BF3105">
        <w:t xml:space="preserve"> Patvirtinu, kad sąmoningai neįtraukiau slaptažodžių, autentifikavimo žetonų, privačių raktų ar nereikalingų asmens / klientų duomenų.</w:t>
      </w:r>
    </w:p>
    <w:p w14:paraId="6C180A1B" w14:textId="180F33F7" w:rsidR="009D2F24" w:rsidRDefault="009D2F24" w:rsidP="009D2F24">
      <w:pPr>
        <w:spacing w:after="110" w:line="259" w:lineRule="auto"/>
        <w:rPr>
          <w:rFonts w:eastAsia="Myriad Pro" w:cs="Myriad Pro"/>
        </w:rPr>
      </w:pPr>
      <w:r>
        <w:rPr>
          <w:rFonts w:eastAsia="Myriad Pro" w:cs="Myriad Pro" w:hint="eastAsia"/>
          <w:b/>
        </w:rPr>
        <w:t>Pateikimo data: ____________________</w:t>
      </w:r>
    </w:p>
    <w:p w14:paraId="683EA517" w14:textId="40E3522B" w:rsidR="009B6E2A" w:rsidRDefault="009B6E2A" w:rsidP="009B6E2A">
      <w:pPr>
        <w:spacing w:after="110" w:line="259" w:lineRule="auto"/>
        <w:rPr>
          <w:rFonts w:hint="eastAsia"/>
        </w:rPr>
      </w:pPr>
      <w:r>
        <w:rPr>
          <w:rFonts w:eastAsia="Myriad Pro" w:cs="Myriad Pro" w:hint="eastAsia"/>
          <w:b/>
        </w:rPr>
        <w:t>Pranešėjo vardas arba slapyvardis, jei nurodytas: ____________________________________________________________________</w:t>
      </w:r>
    </w:p>
    <w:p w14:paraId="2BE015E7" w14:textId="77777777" w:rsidR="0054095F" w:rsidRDefault="0054095F" w:rsidP="00D116E9">
      <w:pPr>
        <w:pStyle w:val="ListBullet"/>
        <w:numPr>
          <w:ilvl w:val="0"/>
          <w:numId w:val="0"/>
        </w:numPr>
        <w:rPr>
          <w:rStyle w:val="Strong"/>
          <w:rFonts w:hint="eastAsia"/>
        </w:rPr>
      </w:pPr>
    </w:p>
    <w:p w14:paraId="1C2FC0BF" w14:textId="77777777" w:rsidR="00A67FD7" w:rsidRDefault="0054095F" w:rsidP="00EB6E7D">
      <w:pPr>
        <w:pStyle w:val="ListBullet"/>
        <w:numPr>
          <w:ilvl w:val="0"/>
          <w:numId w:val="0"/>
        </w:numPr>
        <w:ind w:left="360" w:hanging="360"/>
        <w:rPr>
          <w:rFonts w:hint="eastAsia"/>
        </w:rPr>
      </w:pPr>
      <w:r>
        <w:rPr>
          <w:rStyle w:val="Strong"/>
        </w:rPr>
        <w:t>Kaip pateikti šį pranešimą</w:t>
      </w:r>
    </w:p>
    <w:p w14:paraId="79C3CF60" w14:textId="1DAF4D50" w:rsidR="0054095F" w:rsidRDefault="0054095F" w:rsidP="00A67FD7">
      <w:pPr>
        <w:pStyle w:val="ListBullet"/>
        <w:numPr>
          <w:ilvl w:val="0"/>
          <w:numId w:val="0"/>
        </w:numPr>
        <w:ind w:left="360"/>
        <w:rPr>
          <w:rFonts w:ascii="Times New Roman" w:hAnsi="Times New Roman"/>
          <w:color w:val="auto"/>
          <w:sz w:val="24"/>
        </w:rPr>
      </w:pPr>
      <w:r>
        <w:t>Užpildytą formą siųskite el. paštu: security@saluscontrols.com</w:t>
      </w:r>
    </w:p>
    <w:p w14:paraId="67F786F1" w14:textId="77777777" w:rsidR="0054095F" w:rsidRDefault="0054095F" w:rsidP="00B27AC6">
      <w:pPr>
        <w:pStyle w:val="ListBullet"/>
        <w:numPr>
          <w:ilvl w:val="0"/>
          <w:numId w:val="0"/>
        </w:numPr>
        <w:ind w:left="360"/>
        <w:rPr>
          <w:rFonts w:hint="eastAsia"/>
        </w:rPr>
      </w:pPr>
      <w:r>
        <w:t>Apie įtariamą saugumo pažeidžiamumą taip pat galite pranešti tiesiogiai el. paštu, nenaudodami šios formos. Rekomenduojame naudoti šią formą, nes ji padeda SALUS Controls PLC surinkti informaciją, reikalingą veiksmingai įvertinti pranešimą.</w:t>
      </w:r>
    </w:p>
    <w:p w14:paraId="77706C9A" w14:textId="77777777" w:rsidR="0054095F" w:rsidRDefault="0054095F" w:rsidP="00CC2FDE">
      <w:pPr>
        <w:pStyle w:val="ListBullet"/>
        <w:numPr>
          <w:ilvl w:val="0"/>
          <w:numId w:val="0"/>
        </w:numPr>
        <w:spacing w:after="50" w:line="252" w:lineRule="auto"/>
        <w:ind w:left="360"/>
        <w:rPr>
          <w:rFonts w:hint="eastAsia"/>
        </w:rPr>
      </w:pPr>
    </w:p>
    <w:p w14:paraId="6211C366" w14:textId="77777777" w:rsidR="006C1235" w:rsidRPr="00A5425F" w:rsidRDefault="006C1235" w:rsidP="00A5425F">
      <w:pPr>
        <w:rPr>
          <w:rFonts w:hint="eastAsia"/>
        </w:rPr>
      </w:pPr>
    </w:p>
    <w:sectPr w:rsidR="006C1235" w:rsidRPr="00A5425F" w:rsidSect="00034616">
      <w:headerReference w:type="default" r:id="rId9"/>
      <w:footerReference w:type="default" r:id="rId10"/>
      <w:pgSz w:w="12240" w:h="15840"/>
      <w:pgMar w:top="979" w:right="1123" w:bottom="936" w:left="1123" w:header="403"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166A1" w14:textId="77777777" w:rsidR="007F6EF4" w:rsidRDefault="007F6EF4">
      <w:pPr>
        <w:spacing w:after="0" w:line="240" w:lineRule="auto"/>
        <w:rPr>
          <w:rFonts w:hint="eastAsia"/>
        </w:rPr>
      </w:pPr>
      <w:r>
        <w:separator/>
      </w:r>
    </w:p>
  </w:endnote>
  <w:endnote w:type="continuationSeparator" w:id="0">
    <w:p w14:paraId="22C07272" w14:textId="77777777" w:rsidR="007F6EF4" w:rsidRDefault="007F6EF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Ubuntu">
    <w:charset w:val="00"/>
    <w:family w:val="swiss"/>
    <w:pitch w:val="variable"/>
    <w:sig w:usb0="E00002FF" w:usb1="5000205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B19BF" w14:textId="4F6AEACB" w:rsidR="00A57E86" w:rsidRDefault="001E6F2C" w:rsidP="001E6F2C">
    <w:pPr>
      <w:pStyle w:val="Footer"/>
      <w:tabs>
        <w:tab w:val="left" w:pos="1163"/>
        <w:tab w:val="right" w:pos="9878"/>
      </w:tabs>
      <w:jc w:val="right"/>
      <w:rPr>
        <w:rFonts w:hint="eastAsia"/>
      </w:rPr>
    </w:pPr>
    <w:r>
      <w:rPr>
        <w:rFonts w:ascii="Ubuntu" w:eastAsia="Ubuntu" w:hAnsi="Ubuntu" w:cs="Ubuntu"/>
        <w:b/>
        <w:color w:val="1D2958"/>
        <w:sz w:val="16"/>
      </w:rPr>
      <w:tab/>
    </w:r>
    <w:r>
      <w:rPr>
        <w:rFonts w:ascii="Ubuntu" w:eastAsia="Ubuntu" w:hAnsi="Ubuntu" w:cs="Ubuntu"/>
        <w:b/>
        <w:color w:val="1D2958"/>
        <w:sz w:val="16"/>
      </w:rPr>
      <w:tab/>
    </w:r>
    <w:proofErr w:type="spellStart"/>
    <w:r>
      <w:rPr>
        <w:rFonts w:ascii="Ubuntu" w:eastAsia="Ubuntu" w:hAnsi="Ubuntu" w:cs="Ubuntu"/>
        <w:b/>
        <w:color w:val="1D2958"/>
        <w:sz w:val="16"/>
      </w:rPr>
      <w:t>Puslapis</w:t>
    </w:r>
    <w:proofErr w:type="spellEnd"/>
    <w:r>
      <w:rPr>
        <w:rFonts w:ascii="Ubuntu" w:eastAsia="Ubuntu" w:hAnsi="Ubuntu" w:cs="Ubuntu"/>
        <w:b/>
        <w:color w:val="1D2958"/>
        <w:sz w:val="16"/>
      </w:rPr>
      <w:t xml:space="preserve"> </w:t>
    </w:r>
    <w:r>
      <w:rPr>
        <w:rFonts w:ascii="Ubuntu" w:eastAsia="Ubuntu" w:hAnsi="Ubuntu" w:cs="Ubuntu"/>
        <w:b/>
        <w:color w:val="1D2958"/>
        <w:sz w:val="16"/>
      </w:rPr>
      <w:fldChar w:fldCharType="begin"/>
    </w:r>
    <w:r>
      <w:rPr>
        <w:rFonts w:ascii="Ubuntu" w:eastAsia="Ubuntu" w:hAnsi="Ubuntu" w:cs="Ubuntu"/>
        <w:b/>
        <w:color w:val="1D2958"/>
        <w:sz w:val="16"/>
      </w:rPr>
      <w:instrText xml:space="preserve"> PAGE </w:instrText>
    </w:r>
    <w:r>
      <w:rPr>
        <w:rFonts w:ascii="Ubuntu" w:eastAsia="Ubuntu" w:hAnsi="Ubuntu" w:cs="Ubuntu"/>
        <w:b/>
        <w:color w:val="1D2958"/>
        <w:sz w:val="16"/>
      </w:rPr>
      <w:fldChar w:fldCharType="separate"/>
    </w:r>
    <w:r w:rsidR="00817323">
      <w:rPr>
        <w:rFonts w:ascii="Ubuntu" w:eastAsia="Ubuntu" w:hAnsi="Ubuntu" w:cs="Ubuntu"/>
        <w:b/>
        <w:noProof/>
        <w:color w:val="1D2958"/>
        <w:sz w:val="16"/>
      </w:rPr>
      <w:t>1</w:t>
    </w:r>
    <w:r>
      <w:rPr>
        <w:rFonts w:ascii="Ubuntu" w:eastAsia="Ubuntu" w:hAnsi="Ubuntu" w:cs="Ubuntu"/>
        <w:b/>
        <w:color w:val="1D2958"/>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28F7F0" w14:textId="77777777" w:rsidR="007F6EF4" w:rsidRDefault="007F6EF4">
      <w:pPr>
        <w:spacing w:after="0" w:line="240" w:lineRule="auto"/>
        <w:rPr>
          <w:rFonts w:hint="eastAsia"/>
        </w:rPr>
      </w:pPr>
      <w:r>
        <w:separator/>
      </w:r>
    </w:p>
  </w:footnote>
  <w:footnote w:type="continuationSeparator" w:id="0">
    <w:p w14:paraId="4862970A" w14:textId="77777777" w:rsidR="007F6EF4" w:rsidRDefault="007F6EF4">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DC6F7" w14:textId="1C007DCB" w:rsidR="001E6F2C" w:rsidRPr="001E6F2C" w:rsidRDefault="005D1326" w:rsidP="007B267A">
    <w:pPr>
      <w:pStyle w:val="BodyText"/>
      <w:spacing w:before="55" w:after="0"/>
      <w:ind w:left="284"/>
      <w:jc w:val="center"/>
      <w:rPr>
        <w:rFonts w:hint="eastAsia"/>
        <w:w w:val="105"/>
        <w:sz w:val="16"/>
        <w:szCs w:val="16"/>
      </w:rPr>
    </w:pPr>
    <w:r w:rsidRPr="001E6F2C">
      <w:rPr>
        <w:rFonts w:eastAsia="Myriad Pro" w:cs="Myriad Pro"/>
        <w:color w:val="6D7176"/>
        <w:w w:val="105"/>
        <w:sz w:val="16"/>
        <w:szCs w:val="16"/>
      </w:rPr>
      <w:t>SALUS Controls PLC Units 8-10,</w:t>
    </w:r>
    <w:r w:rsidR="001E6F2C">
      <w:rPr>
        <w:rFonts w:eastAsia="Myriad Pro" w:cs="Myriad Pro"/>
        <w:color w:val="6D7176"/>
        <w:w w:val="105"/>
        <w:sz w:val="16"/>
        <w:szCs w:val="16"/>
      </w:rPr>
      <w:t xml:space="preserve"> </w:t>
    </w:r>
    <w:proofErr w:type="spellStart"/>
    <w:r w:rsidRPr="001E6F2C">
      <w:rPr>
        <w:rFonts w:eastAsia="Myriad Pro" w:cs="Myriad Pro"/>
        <w:color w:val="6D7176"/>
        <w:w w:val="105"/>
        <w:sz w:val="16"/>
        <w:szCs w:val="16"/>
      </w:rPr>
      <w:t>Nerth</w:t>
    </w:r>
    <w:r w:rsidR="00F56C1F">
      <w:rPr>
        <w:rFonts w:eastAsia="Myriad Pro" w:cs="Myriad Pro"/>
        <w:color w:val="6D7176"/>
        <w:w w:val="105"/>
        <w:sz w:val="16"/>
        <w:szCs w:val="16"/>
      </w:rPr>
      <w:t>field</w:t>
    </w:r>
    <w:proofErr w:type="spellEnd"/>
    <w:r w:rsidR="00584A2A">
      <w:rPr>
        <w:rFonts w:eastAsia="Myriad Pro" w:cs="Myriad Pro"/>
        <w:color w:val="6D7176"/>
        <w:w w:val="105"/>
        <w:sz w:val="16"/>
        <w:szCs w:val="16"/>
      </w:rPr>
      <w:t xml:space="preserve"> </w:t>
    </w:r>
    <w:r w:rsidRPr="001E6F2C">
      <w:rPr>
        <w:rFonts w:eastAsia="Myriad Pro" w:cs="Myriad Pro"/>
        <w:color w:val="6D7176"/>
        <w:w w:val="105"/>
        <w:sz w:val="16"/>
        <w:szCs w:val="16"/>
      </w:rPr>
      <w:t>Business Park,</w:t>
    </w:r>
    <w:r w:rsidR="001E6F2C">
      <w:rPr>
        <w:rFonts w:eastAsia="Myriad Pro" w:cs="Myriad Pro"/>
        <w:color w:val="6D7176"/>
        <w:w w:val="105"/>
        <w:sz w:val="16"/>
        <w:szCs w:val="16"/>
      </w:rPr>
      <w:t xml:space="preserve"> </w:t>
    </w:r>
    <w:r w:rsidRPr="001E6F2C">
      <w:rPr>
        <w:rFonts w:eastAsia="Myriad Pro" w:cs="Myriad Pro"/>
        <w:color w:val="6D7176"/>
        <w:w w:val="105"/>
        <w:sz w:val="16"/>
        <w:szCs w:val="16"/>
      </w:rPr>
      <w:t xml:space="preserve">Forge Way, </w:t>
    </w:r>
    <w:r w:rsidR="00223A8B">
      <w:rPr>
        <w:rFonts w:eastAsia="Myriad Pro" w:cs="Myriad Pro"/>
        <w:color w:val="6D7176"/>
        <w:w w:val="105"/>
        <w:sz w:val="16"/>
        <w:szCs w:val="16"/>
      </w:rPr>
      <w:t>Parkgate,</w:t>
    </w:r>
    <w:r w:rsidR="00862FC0">
      <w:rPr>
        <w:rFonts w:eastAsia="Myriad Pro" w:cs="Myriad Pro"/>
        <w:color w:val="6D7176"/>
        <w:w w:val="105"/>
        <w:sz w:val="16"/>
        <w:szCs w:val="16"/>
      </w:rPr>
      <w:t xml:space="preserve"> </w:t>
    </w:r>
    <w:r w:rsidRPr="001E6F2C">
      <w:rPr>
        <w:rFonts w:eastAsia="Myriad Pro" w:cs="Myriad Pro"/>
        <w:color w:val="6D7176"/>
        <w:w w:val="105"/>
        <w:sz w:val="16"/>
        <w:szCs w:val="16"/>
      </w:rPr>
      <w:t>Rotherham, S60 1SD, UK</w:t>
    </w:r>
  </w:p>
  <w:p w14:paraId="78E6932F" w14:textId="77777777" w:rsidR="005D1326" w:rsidRDefault="005D1326">
    <w:pPr>
      <w:pStyle w:val="Header"/>
      <w:jc w:val="cen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757EBFC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000005"/>
    <w:multiLevelType w:val="hybridMultilevel"/>
    <w:tmpl w:val="7545E146"/>
    <w:lvl w:ilvl="0" w:tplc="FFFFFFFF">
      <w:start w:val="3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6"/>
    <w:multiLevelType w:val="hybridMultilevel"/>
    <w:tmpl w:val="515F007C"/>
    <w:lvl w:ilvl="0" w:tplc="FFFFFFFF">
      <w:start w:val="4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45268EF"/>
    <w:multiLevelType w:val="hybridMultilevel"/>
    <w:tmpl w:val="CB2A8F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F0C651E"/>
    <w:multiLevelType w:val="hybridMultilevel"/>
    <w:tmpl w:val="DD48AD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65B1BDC"/>
    <w:multiLevelType w:val="hybridMultilevel"/>
    <w:tmpl w:val="1B0859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CD17CFE"/>
    <w:multiLevelType w:val="hybridMultilevel"/>
    <w:tmpl w:val="D148450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331209EB"/>
    <w:multiLevelType w:val="hybridMultilevel"/>
    <w:tmpl w:val="5EF44C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BF712EA"/>
    <w:multiLevelType w:val="hybridMultilevel"/>
    <w:tmpl w:val="6A863788"/>
    <w:lvl w:ilvl="0" w:tplc="E0664020">
      <w:start w:val="8"/>
      <w:numFmt w:val="bullet"/>
      <w:lvlText w:val="-"/>
      <w:lvlJc w:val="left"/>
      <w:pPr>
        <w:ind w:left="420" w:hanging="360"/>
      </w:pPr>
      <w:rPr>
        <w:rFonts w:ascii="Myriad Pro" w:eastAsiaTheme="minorEastAsia" w:hAnsi="Myriad Pro" w:cstheme="minorBidi" w:hint="default"/>
        <w:color w:val="24272B"/>
        <w:sz w:val="21"/>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 w15:restartNumberingAfterBreak="0">
    <w:nsid w:val="528459BF"/>
    <w:multiLevelType w:val="hybridMultilevel"/>
    <w:tmpl w:val="083418EC"/>
    <w:lvl w:ilvl="0" w:tplc="C13237B8">
      <w:start w:val="8"/>
      <w:numFmt w:val="bullet"/>
      <w:lvlText w:val="-"/>
      <w:lvlJc w:val="left"/>
      <w:pPr>
        <w:ind w:left="720" w:hanging="360"/>
      </w:pPr>
      <w:rPr>
        <w:rFonts w:ascii="Myriad Pro" w:eastAsiaTheme="minorEastAsia" w:hAnsi="Myriad Pro" w:cstheme="minorBidi" w:hint="default"/>
        <w:color w:val="24272B"/>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9C052B"/>
    <w:multiLevelType w:val="hybridMultilevel"/>
    <w:tmpl w:val="DCECE1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9A34EE9"/>
    <w:multiLevelType w:val="hybridMultilevel"/>
    <w:tmpl w:val="1472B78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0" w15:restartNumberingAfterBreak="0">
    <w:nsid w:val="7F814946"/>
    <w:multiLevelType w:val="hybridMultilevel"/>
    <w:tmpl w:val="C4A80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8883120">
    <w:abstractNumId w:val="8"/>
  </w:num>
  <w:num w:numId="2" w16cid:durableId="116991274">
    <w:abstractNumId w:val="6"/>
  </w:num>
  <w:num w:numId="3" w16cid:durableId="89938937">
    <w:abstractNumId w:val="5"/>
  </w:num>
  <w:num w:numId="4" w16cid:durableId="553007795">
    <w:abstractNumId w:val="4"/>
  </w:num>
  <w:num w:numId="5" w16cid:durableId="1176505067">
    <w:abstractNumId w:val="7"/>
  </w:num>
  <w:num w:numId="6" w16cid:durableId="1584803279">
    <w:abstractNumId w:val="3"/>
  </w:num>
  <w:num w:numId="7" w16cid:durableId="1621955255">
    <w:abstractNumId w:val="2"/>
  </w:num>
  <w:num w:numId="8" w16cid:durableId="1975990006">
    <w:abstractNumId w:val="1"/>
  </w:num>
  <w:num w:numId="9" w16cid:durableId="411127923">
    <w:abstractNumId w:val="0"/>
  </w:num>
  <w:num w:numId="10" w16cid:durableId="1180008020">
    <w:abstractNumId w:val="15"/>
  </w:num>
  <w:num w:numId="11" w16cid:durableId="783884163">
    <w:abstractNumId w:val="12"/>
  </w:num>
  <w:num w:numId="12" w16cid:durableId="223151439">
    <w:abstractNumId w:val="18"/>
  </w:num>
  <w:num w:numId="13" w16cid:durableId="1784297975">
    <w:abstractNumId w:val="11"/>
  </w:num>
  <w:num w:numId="14" w16cid:durableId="1060401201">
    <w:abstractNumId w:val="19"/>
  </w:num>
  <w:num w:numId="15" w16cid:durableId="1286501859">
    <w:abstractNumId w:val="8"/>
  </w:num>
  <w:num w:numId="16" w16cid:durableId="209417096">
    <w:abstractNumId w:val="9"/>
  </w:num>
  <w:num w:numId="17" w16cid:durableId="1857572138">
    <w:abstractNumId w:val="10"/>
  </w:num>
  <w:num w:numId="18" w16cid:durableId="505051451">
    <w:abstractNumId w:val="13"/>
  </w:num>
  <w:num w:numId="19" w16cid:durableId="363947609">
    <w:abstractNumId w:val="14"/>
  </w:num>
  <w:num w:numId="20" w16cid:durableId="951396934">
    <w:abstractNumId w:val="20"/>
  </w:num>
  <w:num w:numId="21" w16cid:durableId="1291133405">
    <w:abstractNumId w:val="17"/>
  </w:num>
  <w:num w:numId="22" w16cid:durableId="122900200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530"/>
    <w:rsid w:val="00034616"/>
    <w:rsid w:val="0006063C"/>
    <w:rsid w:val="00065768"/>
    <w:rsid w:val="000678F2"/>
    <w:rsid w:val="000715DF"/>
    <w:rsid w:val="00082F3C"/>
    <w:rsid w:val="00083E91"/>
    <w:rsid w:val="000B4D71"/>
    <w:rsid w:val="000D1683"/>
    <w:rsid w:val="000E4D87"/>
    <w:rsid w:val="000E4E8C"/>
    <w:rsid w:val="001000B8"/>
    <w:rsid w:val="00105460"/>
    <w:rsid w:val="00135918"/>
    <w:rsid w:val="0015074B"/>
    <w:rsid w:val="00153BF5"/>
    <w:rsid w:val="0016185E"/>
    <w:rsid w:val="00181A8C"/>
    <w:rsid w:val="00183348"/>
    <w:rsid w:val="00183F4D"/>
    <w:rsid w:val="0019072D"/>
    <w:rsid w:val="001A2F69"/>
    <w:rsid w:val="001B0D07"/>
    <w:rsid w:val="001E6F2C"/>
    <w:rsid w:val="00201185"/>
    <w:rsid w:val="00201F66"/>
    <w:rsid w:val="00221497"/>
    <w:rsid w:val="00223A8B"/>
    <w:rsid w:val="00224AE7"/>
    <w:rsid w:val="00237A73"/>
    <w:rsid w:val="0024320A"/>
    <w:rsid w:val="002625FC"/>
    <w:rsid w:val="0026323C"/>
    <w:rsid w:val="00264178"/>
    <w:rsid w:val="0028663D"/>
    <w:rsid w:val="0029639D"/>
    <w:rsid w:val="002A3313"/>
    <w:rsid w:val="002B58F8"/>
    <w:rsid w:val="002D0265"/>
    <w:rsid w:val="002F0A10"/>
    <w:rsid w:val="002F3C0E"/>
    <w:rsid w:val="002F7B8F"/>
    <w:rsid w:val="00326F90"/>
    <w:rsid w:val="00343182"/>
    <w:rsid w:val="00344641"/>
    <w:rsid w:val="00345DA7"/>
    <w:rsid w:val="003710B0"/>
    <w:rsid w:val="003A18C2"/>
    <w:rsid w:val="003A1DAC"/>
    <w:rsid w:val="003A30AD"/>
    <w:rsid w:val="003A6D19"/>
    <w:rsid w:val="003A767A"/>
    <w:rsid w:val="003B75E0"/>
    <w:rsid w:val="00400CD9"/>
    <w:rsid w:val="00427DD3"/>
    <w:rsid w:val="004452B0"/>
    <w:rsid w:val="00447C09"/>
    <w:rsid w:val="00490FC0"/>
    <w:rsid w:val="004A0013"/>
    <w:rsid w:val="004B4647"/>
    <w:rsid w:val="004C10EB"/>
    <w:rsid w:val="004C6AB1"/>
    <w:rsid w:val="004D7D2E"/>
    <w:rsid w:val="004E0EDD"/>
    <w:rsid w:val="004F5DAA"/>
    <w:rsid w:val="005007FA"/>
    <w:rsid w:val="00520B09"/>
    <w:rsid w:val="00524591"/>
    <w:rsid w:val="0054095F"/>
    <w:rsid w:val="0054164C"/>
    <w:rsid w:val="00561762"/>
    <w:rsid w:val="00584A2A"/>
    <w:rsid w:val="0058623C"/>
    <w:rsid w:val="00596C01"/>
    <w:rsid w:val="005B181A"/>
    <w:rsid w:val="005B511E"/>
    <w:rsid w:val="005D1326"/>
    <w:rsid w:val="005D16DB"/>
    <w:rsid w:val="005D74F1"/>
    <w:rsid w:val="005E3305"/>
    <w:rsid w:val="005E5C11"/>
    <w:rsid w:val="005F7FDB"/>
    <w:rsid w:val="0060447F"/>
    <w:rsid w:val="006064A6"/>
    <w:rsid w:val="00645F2F"/>
    <w:rsid w:val="006C1235"/>
    <w:rsid w:val="006D5312"/>
    <w:rsid w:val="00702E96"/>
    <w:rsid w:val="007073FE"/>
    <w:rsid w:val="0071281F"/>
    <w:rsid w:val="0074711A"/>
    <w:rsid w:val="007559D5"/>
    <w:rsid w:val="00761D3E"/>
    <w:rsid w:val="00773111"/>
    <w:rsid w:val="00784C93"/>
    <w:rsid w:val="00792C8B"/>
    <w:rsid w:val="00794C62"/>
    <w:rsid w:val="0079623B"/>
    <w:rsid w:val="007B267A"/>
    <w:rsid w:val="007B3241"/>
    <w:rsid w:val="007B5A7D"/>
    <w:rsid w:val="007B6CE4"/>
    <w:rsid w:val="007C3D03"/>
    <w:rsid w:val="007D6092"/>
    <w:rsid w:val="007E28AB"/>
    <w:rsid w:val="007F412C"/>
    <w:rsid w:val="007F6EF4"/>
    <w:rsid w:val="00817323"/>
    <w:rsid w:val="00821C21"/>
    <w:rsid w:val="008240CA"/>
    <w:rsid w:val="00824A2A"/>
    <w:rsid w:val="00832544"/>
    <w:rsid w:val="0084502B"/>
    <w:rsid w:val="008521A6"/>
    <w:rsid w:val="00862FC0"/>
    <w:rsid w:val="008651D2"/>
    <w:rsid w:val="008733AA"/>
    <w:rsid w:val="00876631"/>
    <w:rsid w:val="008A78A6"/>
    <w:rsid w:val="008B4746"/>
    <w:rsid w:val="008C5764"/>
    <w:rsid w:val="008D62A5"/>
    <w:rsid w:val="008E0A5B"/>
    <w:rsid w:val="008E7F23"/>
    <w:rsid w:val="008F55CC"/>
    <w:rsid w:val="009166B1"/>
    <w:rsid w:val="00926EF2"/>
    <w:rsid w:val="00934215"/>
    <w:rsid w:val="00970353"/>
    <w:rsid w:val="00990E0E"/>
    <w:rsid w:val="00992B40"/>
    <w:rsid w:val="009A2B5C"/>
    <w:rsid w:val="009A41D3"/>
    <w:rsid w:val="009A5104"/>
    <w:rsid w:val="009B6E2A"/>
    <w:rsid w:val="009C72B6"/>
    <w:rsid w:val="009D2F24"/>
    <w:rsid w:val="00A00810"/>
    <w:rsid w:val="00A030B5"/>
    <w:rsid w:val="00A10A74"/>
    <w:rsid w:val="00A4010A"/>
    <w:rsid w:val="00A5425F"/>
    <w:rsid w:val="00A57E86"/>
    <w:rsid w:val="00A62040"/>
    <w:rsid w:val="00A67FD7"/>
    <w:rsid w:val="00A73F26"/>
    <w:rsid w:val="00A934FA"/>
    <w:rsid w:val="00AA1D8D"/>
    <w:rsid w:val="00AA79BF"/>
    <w:rsid w:val="00AE2EA0"/>
    <w:rsid w:val="00AF342F"/>
    <w:rsid w:val="00AF3A00"/>
    <w:rsid w:val="00B0684D"/>
    <w:rsid w:val="00B22315"/>
    <w:rsid w:val="00B27AC6"/>
    <w:rsid w:val="00B46DA8"/>
    <w:rsid w:val="00B47730"/>
    <w:rsid w:val="00B83EA6"/>
    <w:rsid w:val="00BC668C"/>
    <w:rsid w:val="00BF3105"/>
    <w:rsid w:val="00BF37AF"/>
    <w:rsid w:val="00BF587A"/>
    <w:rsid w:val="00C0726A"/>
    <w:rsid w:val="00C07344"/>
    <w:rsid w:val="00C12E95"/>
    <w:rsid w:val="00C26D3C"/>
    <w:rsid w:val="00C3035F"/>
    <w:rsid w:val="00C3563A"/>
    <w:rsid w:val="00C45E51"/>
    <w:rsid w:val="00C56E3C"/>
    <w:rsid w:val="00C87487"/>
    <w:rsid w:val="00CB0664"/>
    <w:rsid w:val="00CB1C02"/>
    <w:rsid w:val="00CB593E"/>
    <w:rsid w:val="00CB5F15"/>
    <w:rsid w:val="00CC174E"/>
    <w:rsid w:val="00CC2FDE"/>
    <w:rsid w:val="00CC4B56"/>
    <w:rsid w:val="00CF11FA"/>
    <w:rsid w:val="00CF3C6D"/>
    <w:rsid w:val="00D00A5F"/>
    <w:rsid w:val="00D014AE"/>
    <w:rsid w:val="00D116E9"/>
    <w:rsid w:val="00D25B8D"/>
    <w:rsid w:val="00D54783"/>
    <w:rsid w:val="00D5644F"/>
    <w:rsid w:val="00D63CC5"/>
    <w:rsid w:val="00D67ABC"/>
    <w:rsid w:val="00D82881"/>
    <w:rsid w:val="00D86034"/>
    <w:rsid w:val="00D90BCA"/>
    <w:rsid w:val="00D95308"/>
    <w:rsid w:val="00DA2D1B"/>
    <w:rsid w:val="00DB0D87"/>
    <w:rsid w:val="00DC12F3"/>
    <w:rsid w:val="00DE2B46"/>
    <w:rsid w:val="00DF7C4F"/>
    <w:rsid w:val="00E24482"/>
    <w:rsid w:val="00E740AE"/>
    <w:rsid w:val="00E847E6"/>
    <w:rsid w:val="00E84B17"/>
    <w:rsid w:val="00E84CA3"/>
    <w:rsid w:val="00E85FB3"/>
    <w:rsid w:val="00E9096C"/>
    <w:rsid w:val="00EB6E7D"/>
    <w:rsid w:val="00EE56C2"/>
    <w:rsid w:val="00F4392E"/>
    <w:rsid w:val="00F46327"/>
    <w:rsid w:val="00F517B9"/>
    <w:rsid w:val="00F54C66"/>
    <w:rsid w:val="00F56C1F"/>
    <w:rsid w:val="00F5799C"/>
    <w:rsid w:val="00F75246"/>
    <w:rsid w:val="00F864DC"/>
    <w:rsid w:val="00FB0509"/>
    <w:rsid w:val="00FB36E2"/>
    <w:rsid w:val="00FC693F"/>
    <w:rsid w:val="00FF1C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D62225"/>
  <w14:defaultImageDpi w14:val="300"/>
  <w15:docId w15:val="{76562646-C1AD-4B88-A8AD-3712A85AE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2D1B"/>
    <w:pPr>
      <w:spacing w:after="120" w:line="269" w:lineRule="auto"/>
    </w:pPr>
    <w:rPr>
      <w:rFonts w:ascii="Myriad Pro" w:hAnsi="Myriad Pro"/>
      <w:color w:val="24272B"/>
      <w:sz w:val="21"/>
    </w:rPr>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b/>
      <w:bCs/>
      <w:color w:val="1D2958"/>
      <w:sz w:val="3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D2958"/>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AEEF"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AEEF"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5677"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5677"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AEEF"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81B3"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AEEF"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AEEF" w:themeColor="accent1"/>
    </w:rPr>
  </w:style>
  <w:style w:type="paragraph" w:styleId="Title">
    <w:name w:val="Title"/>
    <w:basedOn w:val="Normal"/>
    <w:next w:val="Normal"/>
    <w:link w:val="TitleChar"/>
    <w:uiPriority w:val="10"/>
    <w:qFormat/>
    <w:rsid w:val="00FC693F"/>
    <w:pPr>
      <w:pBdr>
        <w:bottom w:val="single" w:sz="8" w:space="4" w:color="00AEEF" w:themeColor="accent1"/>
      </w:pBdr>
      <w:spacing w:after="300" w:line="240" w:lineRule="auto"/>
      <w:contextualSpacing/>
    </w:pPr>
    <w:rPr>
      <w:rFonts w:asciiTheme="majorHAnsi" w:eastAsiaTheme="majorEastAsia" w:hAnsiTheme="majorHAnsi" w:cstheme="majorBidi"/>
      <w:b/>
      <w:color w:val="1D2958"/>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AEEF"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AEEF"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374" w:hanging="259"/>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AEEF"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5677"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5677"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AEEF"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AEEF"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00AEEF" w:themeColor="accent1"/>
      </w:pBdr>
      <w:spacing w:before="200" w:after="280"/>
      <w:ind w:left="936" w:right="936"/>
    </w:pPr>
    <w:rPr>
      <w:b/>
      <w:bCs/>
      <w:i/>
      <w:iCs/>
      <w:color w:val="00AEEF" w:themeColor="accent1"/>
    </w:rPr>
  </w:style>
  <w:style w:type="character" w:customStyle="1" w:styleId="IntenseQuoteChar">
    <w:name w:val="Intense Quote Char"/>
    <w:basedOn w:val="DefaultParagraphFont"/>
    <w:link w:val="IntenseQuote"/>
    <w:uiPriority w:val="30"/>
    <w:rsid w:val="00FC693F"/>
    <w:rPr>
      <w:b/>
      <w:bCs/>
      <w:i/>
      <w:iCs/>
      <w:color w:val="00AEEF"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00AEEF" w:themeColor="accent1"/>
    </w:rPr>
  </w:style>
  <w:style w:type="character" w:styleId="SubtleReference">
    <w:name w:val="Subtle Reference"/>
    <w:basedOn w:val="DefaultParagraphFont"/>
    <w:uiPriority w:val="31"/>
    <w:qFormat/>
    <w:rsid w:val="00FC693F"/>
    <w:rPr>
      <w:smallCaps/>
      <w:color w:val="00AEEF" w:themeColor="accent2"/>
      <w:u w:val="single"/>
    </w:rPr>
  </w:style>
  <w:style w:type="character" w:styleId="IntenseReference">
    <w:name w:val="Intense Reference"/>
    <w:basedOn w:val="DefaultParagraphFont"/>
    <w:uiPriority w:val="32"/>
    <w:qFormat/>
    <w:rsid w:val="00FC693F"/>
    <w:rPr>
      <w:b/>
      <w:bCs/>
      <w:smallCaps/>
      <w:color w:val="00AEEF"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81B3" w:themeColor="accent1" w:themeShade="BF"/>
    </w:rPr>
    <w:tblPr>
      <w:tblStyleRowBandSize w:val="1"/>
      <w:tblStyleColBandSize w:val="1"/>
      <w:tblBorders>
        <w:top w:val="single" w:sz="8" w:space="0" w:color="00AEEF" w:themeColor="accent1"/>
        <w:bottom w:val="single" w:sz="8" w:space="0" w:color="00AEEF" w:themeColor="accent1"/>
      </w:tblBorders>
    </w:tblPr>
    <w:tblStylePr w:type="firstRow">
      <w:pPr>
        <w:spacing w:before="0" w:after="0" w:line="240" w:lineRule="auto"/>
      </w:pPr>
      <w:rPr>
        <w:b/>
        <w:bCs/>
      </w:rPr>
      <w:tblPr/>
      <w:tcPr>
        <w:tcBorders>
          <w:top w:val="single" w:sz="8" w:space="0" w:color="00AEEF" w:themeColor="accent1"/>
          <w:left w:val="nil"/>
          <w:bottom w:val="single" w:sz="8" w:space="0" w:color="00AEEF" w:themeColor="accent1"/>
          <w:right w:val="nil"/>
          <w:insideH w:val="nil"/>
          <w:insideV w:val="nil"/>
        </w:tcBorders>
      </w:tcPr>
    </w:tblStylePr>
    <w:tblStylePr w:type="lastRow">
      <w:pPr>
        <w:spacing w:before="0" w:after="0" w:line="240" w:lineRule="auto"/>
      </w:pPr>
      <w:rPr>
        <w:b/>
        <w:bCs/>
      </w:rPr>
      <w:tblPr/>
      <w:tcPr>
        <w:tcBorders>
          <w:top w:val="single" w:sz="8" w:space="0" w:color="00AEEF" w:themeColor="accent1"/>
          <w:left w:val="nil"/>
          <w:bottom w:val="single" w:sz="8" w:space="0" w:color="00AEE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ECFF" w:themeFill="accent1" w:themeFillTint="3F"/>
      </w:tcPr>
    </w:tblStylePr>
    <w:tblStylePr w:type="band1Horz">
      <w:tblPr/>
      <w:tcPr>
        <w:tcBorders>
          <w:left w:val="nil"/>
          <w:right w:val="nil"/>
          <w:insideH w:val="nil"/>
          <w:insideV w:val="nil"/>
        </w:tcBorders>
        <w:shd w:val="clear" w:color="auto" w:fill="BCECFF" w:themeFill="accent1" w:themeFillTint="3F"/>
      </w:tcPr>
    </w:tblStylePr>
  </w:style>
  <w:style w:type="table" w:styleId="LightShading-Accent2">
    <w:name w:val="Light Shading Accent 2"/>
    <w:basedOn w:val="TableNormal"/>
    <w:uiPriority w:val="60"/>
    <w:rsid w:val="00FC693F"/>
    <w:pPr>
      <w:spacing w:after="0" w:line="240" w:lineRule="auto"/>
    </w:pPr>
    <w:rPr>
      <w:color w:val="0081B3" w:themeColor="accent2" w:themeShade="BF"/>
    </w:rPr>
    <w:tblPr>
      <w:tblStyleRowBandSize w:val="1"/>
      <w:tblStyleColBandSize w:val="1"/>
      <w:tblBorders>
        <w:top w:val="single" w:sz="8" w:space="0" w:color="00AEEF" w:themeColor="accent2"/>
        <w:bottom w:val="single" w:sz="8" w:space="0" w:color="00AEEF" w:themeColor="accent2"/>
      </w:tblBorders>
    </w:tblPr>
    <w:tblStylePr w:type="firstRow">
      <w:pPr>
        <w:spacing w:before="0" w:after="0" w:line="240" w:lineRule="auto"/>
      </w:pPr>
      <w:rPr>
        <w:b/>
        <w:bCs/>
      </w:rPr>
      <w:tblPr/>
      <w:tcPr>
        <w:tcBorders>
          <w:top w:val="single" w:sz="8" w:space="0" w:color="00AEEF" w:themeColor="accent2"/>
          <w:left w:val="nil"/>
          <w:bottom w:val="single" w:sz="8" w:space="0" w:color="00AEEF" w:themeColor="accent2"/>
          <w:right w:val="nil"/>
          <w:insideH w:val="nil"/>
          <w:insideV w:val="nil"/>
        </w:tcBorders>
      </w:tcPr>
    </w:tblStylePr>
    <w:tblStylePr w:type="lastRow">
      <w:pPr>
        <w:spacing w:before="0" w:after="0" w:line="240" w:lineRule="auto"/>
      </w:pPr>
      <w:rPr>
        <w:b/>
        <w:bCs/>
      </w:rPr>
      <w:tblPr/>
      <w:tcPr>
        <w:tcBorders>
          <w:top w:val="single" w:sz="8" w:space="0" w:color="00AEEF" w:themeColor="accent2"/>
          <w:left w:val="nil"/>
          <w:bottom w:val="single" w:sz="8" w:space="0" w:color="00AEE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ECFF" w:themeFill="accent2" w:themeFillTint="3F"/>
      </w:tcPr>
    </w:tblStylePr>
    <w:tblStylePr w:type="band1Horz">
      <w:tblPr/>
      <w:tcPr>
        <w:tcBorders>
          <w:left w:val="nil"/>
          <w:right w:val="nil"/>
          <w:insideH w:val="nil"/>
          <w:insideV w:val="nil"/>
        </w:tcBorders>
        <w:shd w:val="clear" w:color="auto" w:fill="BCECFF"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00AEEF" w:themeColor="accent1"/>
        <w:left w:val="single" w:sz="8" w:space="0" w:color="00AEEF" w:themeColor="accent1"/>
        <w:bottom w:val="single" w:sz="8" w:space="0" w:color="00AEEF" w:themeColor="accent1"/>
        <w:right w:val="single" w:sz="8" w:space="0" w:color="00AEEF" w:themeColor="accent1"/>
      </w:tblBorders>
    </w:tblPr>
    <w:tblStylePr w:type="firstRow">
      <w:pPr>
        <w:spacing w:before="0" w:after="0" w:line="240" w:lineRule="auto"/>
      </w:pPr>
      <w:rPr>
        <w:b/>
        <w:bCs/>
        <w:color w:val="FFFFFF" w:themeColor="background1"/>
      </w:rPr>
      <w:tblPr/>
      <w:tcPr>
        <w:shd w:val="clear" w:color="auto" w:fill="00AEEF" w:themeFill="accent1"/>
      </w:tcPr>
    </w:tblStylePr>
    <w:tblStylePr w:type="lastRow">
      <w:pPr>
        <w:spacing w:before="0" w:after="0" w:line="240" w:lineRule="auto"/>
      </w:pPr>
      <w:rPr>
        <w:b/>
        <w:bCs/>
      </w:rPr>
      <w:tblPr/>
      <w:tcPr>
        <w:tcBorders>
          <w:top w:val="double" w:sz="6" w:space="0" w:color="00AEEF" w:themeColor="accent1"/>
          <w:left w:val="single" w:sz="8" w:space="0" w:color="00AEEF" w:themeColor="accent1"/>
          <w:bottom w:val="single" w:sz="8" w:space="0" w:color="00AEEF" w:themeColor="accent1"/>
          <w:right w:val="single" w:sz="8" w:space="0" w:color="00AEEF" w:themeColor="accent1"/>
        </w:tcBorders>
      </w:tcPr>
    </w:tblStylePr>
    <w:tblStylePr w:type="firstCol">
      <w:rPr>
        <w:b/>
        <w:bCs/>
      </w:rPr>
    </w:tblStylePr>
    <w:tblStylePr w:type="lastCol">
      <w:rPr>
        <w:b/>
        <w:bCs/>
      </w:rPr>
    </w:tblStylePr>
    <w:tblStylePr w:type="band1Vert">
      <w:tblPr/>
      <w:tcPr>
        <w:tcBorders>
          <w:top w:val="single" w:sz="8" w:space="0" w:color="00AEEF" w:themeColor="accent1"/>
          <w:left w:val="single" w:sz="8" w:space="0" w:color="00AEEF" w:themeColor="accent1"/>
          <w:bottom w:val="single" w:sz="8" w:space="0" w:color="00AEEF" w:themeColor="accent1"/>
          <w:right w:val="single" w:sz="8" w:space="0" w:color="00AEEF" w:themeColor="accent1"/>
        </w:tcBorders>
      </w:tcPr>
    </w:tblStylePr>
    <w:tblStylePr w:type="band1Horz">
      <w:tblPr/>
      <w:tcPr>
        <w:tcBorders>
          <w:top w:val="single" w:sz="8" w:space="0" w:color="00AEEF" w:themeColor="accent1"/>
          <w:left w:val="single" w:sz="8" w:space="0" w:color="00AEEF" w:themeColor="accent1"/>
          <w:bottom w:val="single" w:sz="8" w:space="0" w:color="00AEEF" w:themeColor="accent1"/>
          <w:right w:val="single" w:sz="8" w:space="0" w:color="00AEEF"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00AEEF" w:themeColor="accent2"/>
        <w:left w:val="single" w:sz="8" w:space="0" w:color="00AEEF" w:themeColor="accent2"/>
        <w:bottom w:val="single" w:sz="8" w:space="0" w:color="00AEEF" w:themeColor="accent2"/>
        <w:right w:val="single" w:sz="8" w:space="0" w:color="00AEEF" w:themeColor="accent2"/>
      </w:tblBorders>
    </w:tblPr>
    <w:tblStylePr w:type="firstRow">
      <w:pPr>
        <w:spacing w:before="0" w:after="0" w:line="240" w:lineRule="auto"/>
      </w:pPr>
      <w:rPr>
        <w:b/>
        <w:bCs/>
        <w:color w:val="FFFFFF" w:themeColor="background1"/>
      </w:rPr>
      <w:tblPr/>
      <w:tcPr>
        <w:shd w:val="clear" w:color="auto" w:fill="00AEEF" w:themeFill="accent2"/>
      </w:tcPr>
    </w:tblStylePr>
    <w:tblStylePr w:type="lastRow">
      <w:pPr>
        <w:spacing w:before="0" w:after="0" w:line="240" w:lineRule="auto"/>
      </w:pPr>
      <w:rPr>
        <w:b/>
        <w:bCs/>
      </w:rPr>
      <w:tblPr/>
      <w:tcPr>
        <w:tcBorders>
          <w:top w:val="double" w:sz="6" w:space="0" w:color="00AEEF" w:themeColor="accent2"/>
          <w:left w:val="single" w:sz="8" w:space="0" w:color="00AEEF" w:themeColor="accent2"/>
          <w:bottom w:val="single" w:sz="8" w:space="0" w:color="00AEEF" w:themeColor="accent2"/>
          <w:right w:val="single" w:sz="8" w:space="0" w:color="00AEEF" w:themeColor="accent2"/>
        </w:tcBorders>
      </w:tcPr>
    </w:tblStylePr>
    <w:tblStylePr w:type="firstCol">
      <w:rPr>
        <w:b/>
        <w:bCs/>
      </w:rPr>
    </w:tblStylePr>
    <w:tblStylePr w:type="lastCol">
      <w:rPr>
        <w:b/>
        <w:bCs/>
      </w:rPr>
    </w:tblStylePr>
    <w:tblStylePr w:type="band1Vert">
      <w:tblPr/>
      <w:tcPr>
        <w:tcBorders>
          <w:top w:val="single" w:sz="8" w:space="0" w:color="00AEEF" w:themeColor="accent2"/>
          <w:left w:val="single" w:sz="8" w:space="0" w:color="00AEEF" w:themeColor="accent2"/>
          <w:bottom w:val="single" w:sz="8" w:space="0" w:color="00AEEF" w:themeColor="accent2"/>
          <w:right w:val="single" w:sz="8" w:space="0" w:color="00AEEF" w:themeColor="accent2"/>
        </w:tcBorders>
      </w:tcPr>
    </w:tblStylePr>
    <w:tblStylePr w:type="band1Horz">
      <w:tblPr/>
      <w:tcPr>
        <w:tcBorders>
          <w:top w:val="single" w:sz="8" w:space="0" w:color="00AEEF" w:themeColor="accent2"/>
          <w:left w:val="single" w:sz="8" w:space="0" w:color="00AEEF" w:themeColor="accent2"/>
          <w:bottom w:val="single" w:sz="8" w:space="0" w:color="00AEEF" w:themeColor="accent2"/>
          <w:right w:val="single" w:sz="8" w:space="0" w:color="00AEEF"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00AEEF" w:themeColor="accent1"/>
        <w:left w:val="single" w:sz="8" w:space="0" w:color="00AEEF" w:themeColor="accent1"/>
        <w:bottom w:val="single" w:sz="8" w:space="0" w:color="00AEEF" w:themeColor="accent1"/>
        <w:right w:val="single" w:sz="8" w:space="0" w:color="00AEEF" w:themeColor="accent1"/>
        <w:insideH w:val="single" w:sz="8" w:space="0" w:color="00AEEF" w:themeColor="accent1"/>
        <w:insideV w:val="single" w:sz="8" w:space="0" w:color="00AEE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EEF" w:themeColor="accent1"/>
          <w:left w:val="single" w:sz="8" w:space="0" w:color="00AEEF" w:themeColor="accent1"/>
          <w:bottom w:val="single" w:sz="18" w:space="0" w:color="00AEEF" w:themeColor="accent1"/>
          <w:right w:val="single" w:sz="8" w:space="0" w:color="00AEEF" w:themeColor="accent1"/>
          <w:insideH w:val="nil"/>
          <w:insideV w:val="single" w:sz="8" w:space="0" w:color="00AEE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EEF" w:themeColor="accent1"/>
          <w:left w:val="single" w:sz="8" w:space="0" w:color="00AEEF" w:themeColor="accent1"/>
          <w:bottom w:val="single" w:sz="8" w:space="0" w:color="00AEEF" w:themeColor="accent1"/>
          <w:right w:val="single" w:sz="8" w:space="0" w:color="00AEEF" w:themeColor="accent1"/>
          <w:insideH w:val="nil"/>
          <w:insideV w:val="single" w:sz="8" w:space="0" w:color="00AEE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EEF" w:themeColor="accent1"/>
          <w:left w:val="single" w:sz="8" w:space="0" w:color="00AEEF" w:themeColor="accent1"/>
          <w:bottom w:val="single" w:sz="8" w:space="0" w:color="00AEEF" w:themeColor="accent1"/>
          <w:right w:val="single" w:sz="8" w:space="0" w:color="00AEEF" w:themeColor="accent1"/>
        </w:tcBorders>
      </w:tcPr>
    </w:tblStylePr>
    <w:tblStylePr w:type="band1Vert">
      <w:tblPr/>
      <w:tcPr>
        <w:tcBorders>
          <w:top w:val="single" w:sz="8" w:space="0" w:color="00AEEF" w:themeColor="accent1"/>
          <w:left w:val="single" w:sz="8" w:space="0" w:color="00AEEF" w:themeColor="accent1"/>
          <w:bottom w:val="single" w:sz="8" w:space="0" w:color="00AEEF" w:themeColor="accent1"/>
          <w:right w:val="single" w:sz="8" w:space="0" w:color="00AEEF" w:themeColor="accent1"/>
        </w:tcBorders>
        <w:shd w:val="clear" w:color="auto" w:fill="BCECFF" w:themeFill="accent1" w:themeFillTint="3F"/>
      </w:tcPr>
    </w:tblStylePr>
    <w:tblStylePr w:type="band1Horz">
      <w:tblPr/>
      <w:tcPr>
        <w:tcBorders>
          <w:top w:val="single" w:sz="8" w:space="0" w:color="00AEEF" w:themeColor="accent1"/>
          <w:left w:val="single" w:sz="8" w:space="0" w:color="00AEEF" w:themeColor="accent1"/>
          <w:bottom w:val="single" w:sz="8" w:space="0" w:color="00AEEF" w:themeColor="accent1"/>
          <w:right w:val="single" w:sz="8" w:space="0" w:color="00AEEF" w:themeColor="accent1"/>
          <w:insideV w:val="single" w:sz="8" w:space="0" w:color="00AEEF" w:themeColor="accent1"/>
        </w:tcBorders>
        <w:shd w:val="clear" w:color="auto" w:fill="BCECFF" w:themeFill="accent1" w:themeFillTint="3F"/>
      </w:tcPr>
    </w:tblStylePr>
    <w:tblStylePr w:type="band2Horz">
      <w:tblPr/>
      <w:tcPr>
        <w:tcBorders>
          <w:top w:val="single" w:sz="8" w:space="0" w:color="00AEEF" w:themeColor="accent1"/>
          <w:left w:val="single" w:sz="8" w:space="0" w:color="00AEEF" w:themeColor="accent1"/>
          <w:bottom w:val="single" w:sz="8" w:space="0" w:color="00AEEF" w:themeColor="accent1"/>
          <w:right w:val="single" w:sz="8" w:space="0" w:color="00AEEF" w:themeColor="accent1"/>
          <w:insideV w:val="single" w:sz="8" w:space="0" w:color="00AEEF"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00AEEF" w:themeColor="accent2"/>
        <w:left w:val="single" w:sz="8" w:space="0" w:color="00AEEF" w:themeColor="accent2"/>
        <w:bottom w:val="single" w:sz="8" w:space="0" w:color="00AEEF" w:themeColor="accent2"/>
        <w:right w:val="single" w:sz="8" w:space="0" w:color="00AEEF" w:themeColor="accent2"/>
        <w:insideH w:val="single" w:sz="8" w:space="0" w:color="00AEEF" w:themeColor="accent2"/>
        <w:insideV w:val="single" w:sz="8" w:space="0" w:color="00AEE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AEEF" w:themeColor="accent2"/>
          <w:left w:val="single" w:sz="8" w:space="0" w:color="00AEEF" w:themeColor="accent2"/>
          <w:bottom w:val="single" w:sz="18" w:space="0" w:color="00AEEF" w:themeColor="accent2"/>
          <w:right w:val="single" w:sz="8" w:space="0" w:color="00AEEF" w:themeColor="accent2"/>
          <w:insideH w:val="nil"/>
          <w:insideV w:val="single" w:sz="8" w:space="0" w:color="00AEE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EEF" w:themeColor="accent2"/>
          <w:left w:val="single" w:sz="8" w:space="0" w:color="00AEEF" w:themeColor="accent2"/>
          <w:bottom w:val="single" w:sz="8" w:space="0" w:color="00AEEF" w:themeColor="accent2"/>
          <w:right w:val="single" w:sz="8" w:space="0" w:color="00AEEF" w:themeColor="accent2"/>
          <w:insideH w:val="nil"/>
          <w:insideV w:val="single" w:sz="8" w:space="0" w:color="00AEE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AEEF" w:themeColor="accent2"/>
          <w:left w:val="single" w:sz="8" w:space="0" w:color="00AEEF" w:themeColor="accent2"/>
          <w:bottom w:val="single" w:sz="8" w:space="0" w:color="00AEEF" w:themeColor="accent2"/>
          <w:right w:val="single" w:sz="8" w:space="0" w:color="00AEEF" w:themeColor="accent2"/>
        </w:tcBorders>
      </w:tcPr>
    </w:tblStylePr>
    <w:tblStylePr w:type="band1Vert">
      <w:tblPr/>
      <w:tcPr>
        <w:tcBorders>
          <w:top w:val="single" w:sz="8" w:space="0" w:color="00AEEF" w:themeColor="accent2"/>
          <w:left w:val="single" w:sz="8" w:space="0" w:color="00AEEF" w:themeColor="accent2"/>
          <w:bottom w:val="single" w:sz="8" w:space="0" w:color="00AEEF" w:themeColor="accent2"/>
          <w:right w:val="single" w:sz="8" w:space="0" w:color="00AEEF" w:themeColor="accent2"/>
        </w:tcBorders>
        <w:shd w:val="clear" w:color="auto" w:fill="BCECFF" w:themeFill="accent2" w:themeFillTint="3F"/>
      </w:tcPr>
    </w:tblStylePr>
    <w:tblStylePr w:type="band1Horz">
      <w:tblPr/>
      <w:tcPr>
        <w:tcBorders>
          <w:top w:val="single" w:sz="8" w:space="0" w:color="00AEEF" w:themeColor="accent2"/>
          <w:left w:val="single" w:sz="8" w:space="0" w:color="00AEEF" w:themeColor="accent2"/>
          <w:bottom w:val="single" w:sz="8" w:space="0" w:color="00AEEF" w:themeColor="accent2"/>
          <w:right w:val="single" w:sz="8" w:space="0" w:color="00AEEF" w:themeColor="accent2"/>
          <w:insideV w:val="single" w:sz="8" w:space="0" w:color="00AEEF" w:themeColor="accent2"/>
        </w:tcBorders>
        <w:shd w:val="clear" w:color="auto" w:fill="BCECFF" w:themeFill="accent2" w:themeFillTint="3F"/>
      </w:tcPr>
    </w:tblStylePr>
    <w:tblStylePr w:type="band2Horz">
      <w:tblPr/>
      <w:tcPr>
        <w:tcBorders>
          <w:top w:val="single" w:sz="8" w:space="0" w:color="00AEEF" w:themeColor="accent2"/>
          <w:left w:val="single" w:sz="8" w:space="0" w:color="00AEEF" w:themeColor="accent2"/>
          <w:bottom w:val="single" w:sz="8" w:space="0" w:color="00AEEF" w:themeColor="accent2"/>
          <w:right w:val="single" w:sz="8" w:space="0" w:color="00AEEF" w:themeColor="accent2"/>
          <w:insideV w:val="single" w:sz="8" w:space="0" w:color="00AEEF"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34C7FF" w:themeColor="accent1" w:themeTint="BF"/>
        <w:left w:val="single" w:sz="8" w:space="0" w:color="34C7FF" w:themeColor="accent1" w:themeTint="BF"/>
        <w:bottom w:val="single" w:sz="8" w:space="0" w:color="34C7FF" w:themeColor="accent1" w:themeTint="BF"/>
        <w:right w:val="single" w:sz="8" w:space="0" w:color="34C7FF" w:themeColor="accent1" w:themeTint="BF"/>
        <w:insideH w:val="single" w:sz="8" w:space="0" w:color="34C7FF" w:themeColor="accent1" w:themeTint="BF"/>
      </w:tblBorders>
    </w:tblPr>
    <w:tblStylePr w:type="firstRow">
      <w:pPr>
        <w:spacing w:before="0" w:after="0" w:line="240" w:lineRule="auto"/>
      </w:pPr>
      <w:rPr>
        <w:b/>
        <w:bCs/>
        <w:color w:val="FFFFFF" w:themeColor="background1"/>
      </w:rPr>
      <w:tblPr/>
      <w:tcPr>
        <w:tcBorders>
          <w:top w:val="single" w:sz="8" w:space="0" w:color="34C7FF" w:themeColor="accent1" w:themeTint="BF"/>
          <w:left w:val="single" w:sz="8" w:space="0" w:color="34C7FF" w:themeColor="accent1" w:themeTint="BF"/>
          <w:bottom w:val="single" w:sz="8" w:space="0" w:color="34C7FF" w:themeColor="accent1" w:themeTint="BF"/>
          <w:right w:val="single" w:sz="8" w:space="0" w:color="34C7FF" w:themeColor="accent1" w:themeTint="BF"/>
          <w:insideH w:val="nil"/>
          <w:insideV w:val="nil"/>
        </w:tcBorders>
        <w:shd w:val="clear" w:color="auto" w:fill="00AEEF" w:themeFill="accent1"/>
      </w:tcPr>
    </w:tblStylePr>
    <w:tblStylePr w:type="lastRow">
      <w:pPr>
        <w:spacing w:before="0" w:after="0" w:line="240" w:lineRule="auto"/>
      </w:pPr>
      <w:rPr>
        <w:b/>
        <w:bCs/>
      </w:rPr>
      <w:tblPr/>
      <w:tcPr>
        <w:tcBorders>
          <w:top w:val="double" w:sz="6" w:space="0" w:color="34C7FF" w:themeColor="accent1" w:themeTint="BF"/>
          <w:left w:val="single" w:sz="8" w:space="0" w:color="34C7FF" w:themeColor="accent1" w:themeTint="BF"/>
          <w:bottom w:val="single" w:sz="8" w:space="0" w:color="34C7FF" w:themeColor="accent1" w:themeTint="BF"/>
          <w:right w:val="single" w:sz="8" w:space="0" w:color="34C7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CECFF" w:themeFill="accent1" w:themeFillTint="3F"/>
      </w:tcPr>
    </w:tblStylePr>
    <w:tblStylePr w:type="band1Horz">
      <w:tblPr/>
      <w:tcPr>
        <w:tcBorders>
          <w:insideH w:val="nil"/>
          <w:insideV w:val="nil"/>
        </w:tcBorders>
        <w:shd w:val="clear" w:color="auto" w:fill="BCEC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34C7FF" w:themeColor="accent2" w:themeTint="BF"/>
        <w:left w:val="single" w:sz="8" w:space="0" w:color="34C7FF" w:themeColor="accent2" w:themeTint="BF"/>
        <w:bottom w:val="single" w:sz="8" w:space="0" w:color="34C7FF" w:themeColor="accent2" w:themeTint="BF"/>
        <w:right w:val="single" w:sz="8" w:space="0" w:color="34C7FF" w:themeColor="accent2" w:themeTint="BF"/>
        <w:insideH w:val="single" w:sz="8" w:space="0" w:color="34C7FF" w:themeColor="accent2" w:themeTint="BF"/>
      </w:tblBorders>
    </w:tblPr>
    <w:tblStylePr w:type="firstRow">
      <w:pPr>
        <w:spacing w:before="0" w:after="0" w:line="240" w:lineRule="auto"/>
      </w:pPr>
      <w:rPr>
        <w:b/>
        <w:bCs/>
        <w:color w:val="FFFFFF" w:themeColor="background1"/>
      </w:rPr>
      <w:tblPr/>
      <w:tcPr>
        <w:tcBorders>
          <w:top w:val="single" w:sz="8" w:space="0" w:color="34C7FF" w:themeColor="accent2" w:themeTint="BF"/>
          <w:left w:val="single" w:sz="8" w:space="0" w:color="34C7FF" w:themeColor="accent2" w:themeTint="BF"/>
          <w:bottom w:val="single" w:sz="8" w:space="0" w:color="34C7FF" w:themeColor="accent2" w:themeTint="BF"/>
          <w:right w:val="single" w:sz="8" w:space="0" w:color="34C7FF" w:themeColor="accent2" w:themeTint="BF"/>
          <w:insideH w:val="nil"/>
          <w:insideV w:val="nil"/>
        </w:tcBorders>
        <w:shd w:val="clear" w:color="auto" w:fill="00AEEF" w:themeFill="accent2"/>
      </w:tcPr>
    </w:tblStylePr>
    <w:tblStylePr w:type="lastRow">
      <w:pPr>
        <w:spacing w:before="0" w:after="0" w:line="240" w:lineRule="auto"/>
      </w:pPr>
      <w:rPr>
        <w:b/>
        <w:bCs/>
      </w:rPr>
      <w:tblPr/>
      <w:tcPr>
        <w:tcBorders>
          <w:top w:val="double" w:sz="6" w:space="0" w:color="34C7FF" w:themeColor="accent2" w:themeTint="BF"/>
          <w:left w:val="single" w:sz="8" w:space="0" w:color="34C7FF" w:themeColor="accent2" w:themeTint="BF"/>
          <w:bottom w:val="single" w:sz="8" w:space="0" w:color="34C7FF" w:themeColor="accent2" w:themeTint="BF"/>
          <w:right w:val="single" w:sz="8" w:space="0" w:color="34C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CECFF" w:themeFill="accent2" w:themeFillTint="3F"/>
      </w:tcPr>
    </w:tblStylePr>
    <w:tblStylePr w:type="band1Horz">
      <w:tblPr/>
      <w:tcPr>
        <w:tcBorders>
          <w:insideH w:val="nil"/>
          <w:insideV w:val="nil"/>
        </w:tcBorders>
        <w:shd w:val="clear" w:color="auto" w:fill="BCE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EE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EEF" w:themeFill="accent1"/>
      </w:tcPr>
    </w:tblStylePr>
    <w:tblStylePr w:type="lastCol">
      <w:rPr>
        <w:b/>
        <w:bCs/>
        <w:color w:val="FFFFFF" w:themeColor="background1"/>
      </w:rPr>
      <w:tblPr/>
      <w:tcPr>
        <w:tcBorders>
          <w:left w:val="nil"/>
          <w:right w:val="nil"/>
          <w:insideH w:val="nil"/>
          <w:insideV w:val="nil"/>
        </w:tcBorders>
        <w:shd w:val="clear" w:color="auto" w:fill="00AEE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EE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EEF" w:themeFill="accent2"/>
      </w:tcPr>
    </w:tblStylePr>
    <w:tblStylePr w:type="lastCol">
      <w:rPr>
        <w:b/>
        <w:bCs/>
        <w:color w:val="FFFFFF" w:themeColor="background1"/>
      </w:rPr>
      <w:tblPr/>
      <w:tcPr>
        <w:tcBorders>
          <w:left w:val="nil"/>
          <w:right w:val="nil"/>
          <w:insideH w:val="nil"/>
          <w:insideV w:val="nil"/>
        </w:tcBorders>
        <w:shd w:val="clear" w:color="auto" w:fill="00AEE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00AEEF" w:themeColor="accent1"/>
        <w:bottom w:val="single" w:sz="8" w:space="0" w:color="00AEEF" w:themeColor="accent1"/>
      </w:tblBorders>
    </w:tblPr>
    <w:tblStylePr w:type="firstRow">
      <w:rPr>
        <w:rFonts w:asciiTheme="majorHAnsi" w:eastAsiaTheme="majorEastAsia" w:hAnsiTheme="majorHAnsi" w:cstheme="majorBidi"/>
      </w:rPr>
      <w:tblPr/>
      <w:tcPr>
        <w:tcBorders>
          <w:top w:val="nil"/>
          <w:bottom w:val="single" w:sz="8" w:space="0" w:color="00AEEF" w:themeColor="accent1"/>
        </w:tcBorders>
      </w:tcPr>
    </w:tblStylePr>
    <w:tblStylePr w:type="lastRow">
      <w:rPr>
        <w:b/>
        <w:bCs/>
        <w:color w:val="1F497D" w:themeColor="text2"/>
      </w:rPr>
      <w:tblPr/>
      <w:tcPr>
        <w:tcBorders>
          <w:top w:val="single" w:sz="8" w:space="0" w:color="00AEEF" w:themeColor="accent1"/>
          <w:bottom w:val="single" w:sz="8" w:space="0" w:color="00AEEF" w:themeColor="accent1"/>
        </w:tcBorders>
      </w:tcPr>
    </w:tblStylePr>
    <w:tblStylePr w:type="firstCol">
      <w:rPr>
        <w:b/>
        <w:bCs/>
      </w:rPr>
    </w:tblStylePr>
    <w:tblStylePr w:type="lastCol">
      <w:rPr>
        <w:b/>
        <w:bCs/>
      </w:rPr>
      <w:tblPr/>
      <w:tcPr>
        <w:tcBorders>
          <w:top w:val="single" w:sz="8" w:space="0" w:color="00AEEF" w:themeColor="accent1"/>
          <w:bottom w:val="single" w:sz="8" w:space="0" w:color="00AEEF" w:themeColor="accent1"/>
        </w:tcBorders>
      </w:tcPr>
    </w:tblStylePr>
    <w:tblStylePr w:type="band1Vert">
      <w:tblPr/>
      <w:tcPr>
        <w:shd w:val="clear" w:color="auto" w:fill="BCECFF" w:themeFill="accent1" w:themeFillTint="3F"/>
      </w:tcPr>
    </w:tblStylePr>
    <w:tblStylePr w:type="band1Horz">
      <w:tblPr/>
      <w:tcPr>
        <w:shd w:val="clear" w:color="auto" w:fill="BCECFF"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00AEEF" w:themeColor="accent2"/>
        <w:bottom w:val="single" w:sz="8" w:space="0" w:color="00AEEF" w:themeColor="accent2"/>
      </w:tblBorders>
    </w:tblPr>
    <w:tblStylePr w:type="firstRow">
      <w:rPr>
        <w:rFonts w:asciiTheme="majorHAnsi" w:eastAsiaTheme="majorEastAsia" w:hAnsiTheme="majorHAnsi" w:cstheme="majorBidi"/>
      </w:rPr>
      <w:tblPr/>
      <w:tcPr>
        <w:tcBorders>
          <w:top w:val="nil"/>
          <w:bottom w:val="single" w:sz="8" w:space="0" w:color="00AEEF" w:themeColor="accent2"/>
        </w:tcBorders>
      </w:tcPr>
    </w:tblStylePr>
    <w:tblStylePr w:type="lastRow">
      <w:rPr>
        <w:b/>
        <w:bCs/>
        <w:color w:val="1F497D" w:themeColor="text2"/>
      </w:rPr>
      <w:tblPr/>
      <w:tcPr>
        <w:tcBorders>
          <w:top w:val="single" w:sz="8" w:space="0" w:color="00AEEF" w:themeColor="accent2"/>
          <w:bottom w:val="single" w:sz="8" w:space="0" w:color="00AEEF" w:themeColor="accent2"/>
        </w:tcBorders>
      </w:tcPr>
    </w:tblStylePr>
    <w:tblStylePr w:type="firstCol">
      <w:rPr>
        <w:b/>
        <w:bCs/>
      </w:rPr>
    </w:tblStylePr>
    <w:tblStylePr w:type="lastCol">
      <w:rPr>
        <w:b/>
        <w:bCs/>
      </w:rPr>
      <w:tblPr/>
      <w:tcPr>
        <w:tcBorders>
          <w:top w:val="single" w:sz="8" w:space="0" w:color="00AEEF" w:themeColor="accent2"/>
          <w:bottom w:val="single" w:sz="8" w:space="0" w:color="00AEEF" w:themeColor="accent2"/>
        </w:tcBorders>
      </w:tcPr>
    </w:tblStylePr>
    <w:tblStylePr w:type="band1Vert">
      <w:tblPr/>
      <w:tcPr>
        <w:shd w:val="clear" w:color="auto" w:fill="BCECFF" w:themeFill="accent2" w:themeFillTint="3F"/>
      </w:tcPr>
    </w:tblStylePr>
    <w:tblStylePr w:type="band1Horz">
      <w:tblPr/>
      <w:tcPr>
        <w:shd w:val="clear" w:color="auto" w:fill="BCECFF"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EEF" w:themeColor="accent1"/>
        <w:left w:val="single" w:sz="8" w:space="0" w:color="00AEEF" w:themeColor="accent1"/>
        <w:bottom w:val="single" w:sz="8" w:space="0" w:color="00AEEF" w:themeColor="accent1"/>
        <w:right w:val="single" w:sz="8" w:space="0" w:color="00AEEF" w:themeColor="accent1"/>
      </w:tblBorders>
    </w:tblPr>
    <w:tblStylePr w:type="firstRow">
      <w:rPr>
        <w:sz w:val="24"/>
        <w:szCs w:val="24"/>
      </w:rPr>
      <w:tblPr/>
      <w:tcPr>
        <w:tcBorders>
          <w:top w:val="nil"/>
          <w:left w:val="nil"/>
          <w:bottom w:val="single" w:sz="24" w:space="0" w:color="00AEEF" w:themeColor="accent1"/>
          <w:right w:val="nil"/>
          <w:insideH w:val="nil"/>
          <w:insideV w:val="nil"/>
        </w:tcBorders>
        <w:shd w:val="clear" w:color="auto" w:fill="FFFFFF" w:themeFill="background1"/>
      </w:tcPr>
    </w:tblStylePr>
    <w:tblStylePr w:type="lastRow">
      <w:tblPr/>
      <w:tcPr>
        <w:tcBorders>
          <w:top w:val="single" w:sz="8" w:space="0" w:color="00AEE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EEF" w:themeColor="accent1"/>
          <w:insideH w:val="nil"/>
          <w:insideV w:val="nil"/>
        </w:tcBorders>
        <w:shd w:val="clear" w:color="auto" w:fill="FFFFFF" w:themeFill="background1"/>
      </w:tcPr>
    </w:tblStylePr>
    <w:tblStylePr w:type="lastCol">
      <w:tblPr/>
      <w:tcPr>
        <w:tcBorders>
          <w:top w:val="nil"/>
          <w:left w:val="single" w:sz="8" w:space="0" w:color="00AEE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ECFF" w:themeFill="accent1" w:themeFillTint="3F"/>
      </w:tcPr>
    </w:tblStylePr>
    <w:tblStylePr w:type="band1Horz">
      <w:tblPr/>
      <w:tcPr>
        <w:tcBorders>
          <w:top w:val="nil"/>
          <w:bottom w:val="nil"/>
          <w:insideH w:val="nil"/>
          <w:insideV w:val="nil"/>
        </w:tcBorders>
        <w:shd w:val="clear" w:color="auto" w:fill="BCEC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EEF" w:themeColor="accent2"/>
        <w:left w:val="single" w:sz="8" w:space="0" w:color="00AEEF" w:themeColor="accent2"/>
        <w:bottom w:val="single" w:sz="8" w:space="0" w:color="00AEEF" w:themeColor="accent2"/>
        <w:right w:val="single" w:sz="8" w:space="0" w:color="00AEEF" w:themeColor="accent2"/>
      </w:tblBorders>
    </w:tblPr>
    <w:tblStylePr w:type="firstRow">
      <w:rPr>
        <w:sz w:val="24"/>
        <w:szCs w:val="24"/>
      </w:rPr>
      <w:tblPr/>
      <w:tcPr>
        <w:tcBorders>
          <w:top w:val="nil"/>
          <w:left w:val="nil"/>
          <w:bottom w:val="single" w:sz="24" w:space="0" w:color="00AEEF" w:themeColor="accent2"/>
          <w:right w:val="nil"/>
          <w:insideH w:val="nil"/>
          <w:insideV w:val="nil"/>
        </w:tcBorders>
        <w:shd w:val="clear" w:color="auto" w:fill="FFFFFF" w:themeFill="background1"/>
      </w:tcPr>
    </w:tblStylePr>
    <w:tblStylePr w:type="lastRow">
      <w:tblPr/>
      <w:tcPr>
        <w:tcBorders>
          <w:top w:val="single" w:sz="8" w:space="0" w:color="00AEE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EEF" w:themeColor="accent2"/>
          <w:insideH w:val="nil"/>
          <w:insideV w:val="nil"/>
        </w:tcBorders>
        <w:shd w:val="clear" w:color="auto" w:fill="FFFFFF" w:themeFill="background1"/>
      </w:tcPr>
    </w:tblStylePr>
    <w:tblStylePr w:type="lastCol">
      <w:tblPr/>
      <w:tcPr>
        <w:tcBorders>
          <w:top w:val="nil"/>
          <w:left w:val="single" w:sz="8" w:space="0" w:color="00AEE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CECFF" w:themeFill="accent2" w:themeFillTint="3F"/>
      </w:tcPr>
    </w:tblStylePr>
    <w:tblStylePr w:type="band1Horz">
      <w:tblPr/>
      <w:tcPr>
        <w:tcBorders>
          <w:top w:val="nil"/>
          <w:bottom w:val="nil"/>
          <w:insideH w:val="nil"/>
          <w:insideV w:val="nil"/>
        </w:tcBorders>
        <w:shd w:val="clear" w:color="auto" w:fill="BCE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34C7FF" w:themeColor="accent1" w:themeTint="BF"/>
        <w:left w:val="single" w:sz="8" w:space="0" w:color="34C7FF" w:themeColor="accent1" w:themeTint="BF"/>
        <w:bottom w:val="single" w:sz="8" w:space="0" w:color="34C7FF" w:themeColor="accent1" w:themeTint="BF"/>
        <w:right w:val="single" w:sz="8" w:space="0" w:color="34C7FF" w:themeColor="accent1" w:themeTint="BF"/>
        <w:insideH w:val="single" w:sz="8" w:space="0" w:color="34C7FF" w:themeColor="accent1" w:themeTint="BF"/>
        <w:insideV w:val="single" w:sz="8" w:space="0" w:color="34C7FF" w:themeColor="accent1" w:themeTint="BF"/>
      </w:tblBorders>
    </w:tblPr>
    <w:tcPr>
      <w:shd w:val="clear" w:color="auto" w:fill="BCECFF" w:themeFill="accent1" w:themeFillTint="3F"/>
    </w:tcPr>
    <w:tblStylePr w:type="firstRow">
      <w:rPr>
        <w:b/>
        <w:bCs/>
      </w:rPr>
    </w:tblStylePr>
    <w:tblStylePr w:type="lastRow">
      <w:rPr>
        <w:b/>
        <w:bCs/>
      </w:rPr>
      <w:tblPr/>
      <w:tcPr>
        <w:tcBorders>
          <w:top w:val="single" w:sz="18" w:space="0" w:color="34C7FF" w:themeColor="accent1" w:themeTint="BF"/>
        </w:tcBorders>
      </w:tcPr>
    </w:tblStylePr>
    <w:tblStylePr w:type="firstCol">
      <w:rPr>
        <w:b/>
        <w:bCs/>
      </w:rPr>
    </w:tblStylePr>
    <w:tblStylePr w:type="lastCol">
      <w:rPr>
        <w:b/>
        <w:bCs/>
      </w:rPr>
    </w:tblStylePr>
    <w:tblStylePr w:type="band1Vert">
      <w:tblPr/>
      <w:tcPr>
        <w:shd w:val="clear" w:color="auto" w:fill="78D9FF" w:themeFill="accent1" w:themeFillTint="7F"/>
      </w:tcPr>
    </w:tblStylePr>
    <w:tblStylePr w:type="band1Horz">
      <w:tblPr/>
      <w:tcPr>
        <w:shd w:val="clear" w:color="auto" w:fill="78D9FF"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34C7FF" w:themeColor="accent2" w:themeTint="BF"/>
        <w:left w:val="single" w:sz="8" w:space="0" w:color="34C7FF" w:themeColor="accent2" w:themeTint="BF"/>
        <w:bottom w:val="single" w:sz="8" w:space="0" w:color="34C7FF" w:themeColor="accent2" w:themeTint="BF"/>
        <w:right w:val="single" w:sz="8" w:space="0" w:color="34C7FF" w:themeColor="accent2" w:themeTint="BF"/>
        <w:insideH w:val="single" w:sz="8" w:space="0" w:color="34C7FF" w:themeColor="accent2" w:themeTint="BF"/>
        <w:insideV w:val="single" w:sz="8" w:space="0" w:color="34C7FF" w:themeColor="accent2" w:themeTint="BF"/>
      </w:tblBorders>
    </w:tblPr>
    <w:tcPr>
      <w:shd w:val="clear" w:color="auto" w:fill="BCECFF" w:themeFill="accent2" w:themeFillTint="3F"/>
    </w:tcPr>
    <w:tblStylePr w:type="firstRow">
      <w:rPr>
        <w:b/>
        <w:bCs/>
      </w:rPr>
    </w:tblStylePr>
    <w:tblStylePr w:type="lastRow">
      <w:rPr>
        <w:b/>
        <w:bCs/>
      </w:rPr>
      <w:tblPr/>
      <w:tcPr>
        <w:tcBorders>
          <w:top w:val="single" w:sz="18" w:space="0" w:color="34C7FF" w:themeColor="accent2" w:themeTint="BF"/>
        </w:tcBorders>
      </w:tcPr>
    </w:tblStylePr>
    <w:tblStylePr w:type="firstCol">
      <w:rPr>
        <w:b/>
        <w:bCs/>
      </w:rPr>
    </w:tblStylePr>
    <w:tblStylePr w:type="lastCol">
      <w:rPr>
        <w:b/>
        <w:bCs/>
      </w:rPr>
    </w:tblStylePr>
    <w:tblStylePr w:type="band1Vert">
      <w:tblPr/>
      <w:tcPr>
        <w:shd w:val="clear" w:color="auto" w:fill="78D9FF" w:themeFill="accent2" w:themeFillTint="7F"/>
      </w:tcPr>
    </w:tblStylePr>
    <w:tblStylePr w:type="band1Horz">
      <w:tblPr/>
      <w:tcPr>
        <w:shd w:val="clear" w:color="auto" w:fill="78D9FF"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EEF" w:themeColor="accent1"/>
        <w:left w:val="single" w:sz="8" w:space="0" w:color="00AEEF" w:themeColor="accent1"/>
        <w:bottom w:val="single" w:sz="8" w:space="0" w:color="00AEEF" w:themeColor="accent1"/>
        <w:right w:val="single" w:sz="8" w:space="0" w:color="00AEEF" w:themeColor="accent1"/>
        <w:insideH w:val="single" w:sz="8" w:space="0" w:color="00AEEF" w:themeColor="accent1"/>
        <w:insideV w:val="single" w:sz="8" w:space="0" w:color="00AEEF" w:themeColor="accent1"/>
      </w:tblBorders>
    </w:tblPr>
    <w:tcPr>
      <w:shd w:val="clear" w:color="auto" w:fill="BCECFF" w:themeFill="accent1" w:themeFillTint="3F"/>
    </w:tcPr>
    <w:tblStylePr w:type="firstRow">
      <w:rPr>
        <w:b/>
        <w:bCs/>
        <w:color w:val="000000" w:themeColor="text1"/>
      </w:rPr>
      <w:tblPr/>
      <w:tcPr>
        <w:shd w:val="clear" w:color="auto" w:fill="E4F7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F0FF" w:themeFill="accent1" w:themeFillTint="33"/>
      </w:tcPr>
    </w:tblStylePr>
    <w:tblStylePr w:type="band1Vert">
      <w:tblPr/>
      <w:tcPr>
        <w:shd w:val="clear" w:color="auto" w:fill="78D9FF" w:themeFill="accent1" w:themeFillTint="7F"/>
      </w:tcPr>
    </w:tblStylePr>
    <w:tblStylePr w:type="band1Horz">
      <w:tblPr/>
      <w:tcPr>
        <w:tcBorders>
          <w:insideH w:val="single" w:sz="6" w:space="0" w:color="00AEEF" w:themeColor="accent1"/>
          <w:insideV w:val="single" w:sz="6" w:space="0" w:color="00AEEF" w:themeColor="accent1"/>
        </w:tcBorders>
        <w:shd w:val="clear" w:color="auto" w:fill="78D9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AEEF" w:themeColor="accent2"/>
        <w:left w:val="single" w:sz="8" w:space="0" w:color="00AEEF" w:themeColor="accent2"/>
        <w:bottom w:val="single" w:sz="8" w:space="0" w:color="00AEEF" w:themeColor="accent2"/>
        <w:right w:val="single" w:sz="8" w:space="0" w:color="00AEEF" w:themeColor="accent2"/>
        <w:insideH w:val="single" w:sz="8" w:space="0" w:color="00AEEF" w:themeColor="accent2"/>
        <w:insideV w:val="single" w:sz="8" w:space="0" w:color="00AEEF" w:themeColor="accent2"/>
      </w:tblBorders>
    </w:tblPr>
    <w:tcPr>
      <w:shd w:val="clear" w:color="auto" w:fill="BCECFF" w:themeFill="accent2" w:themeFillTint="3F"/>
    </w:tcPr>
    <w:tblStylePr w:type="firstRow">
      <w:rPr>
        <w:b/>
        <w:bCs/>
        <w:color w:val="000000" w:themeColor="text1"/>
      </w:rPr>
      <w:tblPr/>
      <w:tcPr>
        <w:shd w:val="clear" w:color="auto" w:fill="E4F7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F0FF" w:themeFill="accent2" w:themeFillTint="33"/>
      </w:tcPr>
    </w:tblStylePr>
    <w:tblStylePr w:type="band1Vert">
      <w:tblPr/>
      <w:tcPr>
        <w:shd w:val="clear" w:color="auto" w:fill="78D9FF" w:themeFill="accent2" w:themeFillTint="7F"/>
      </w:tcPr>
    </w:tblStylePr>
    <w:tblStylePr w:type="band1Horz">
      <w:tblPr/>
      <w:tcPr>
        <w:tcBorders>
          <w:insideH w:val="single" w:sz="6" w:space="0" w:color="00AEEF" w:themeColor="accent2"/>
          <w:insideV w:val="single" w:sz="6" w:space="0" w:color="00AEEF" w:themeColor="accent2"/>
        </w:tcBorders>
        <w:shd w:val="clear" w:color="auto" w:fill="78D9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EC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EE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EE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EE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EE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8D9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8D9FF"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CE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AEE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AEE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AEE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AEE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8D9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8D9FF"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00AEE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67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1B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1B3" w:themeFill="accent1" w:themeFillShade="BF"/>
      </w:tcPr>
    </w:tblStylePr>
    <w:tblStylePr w:type="band1Vert">
      <w:tblPr/>
      <w:tcPr>
        <w:tcBorders>
          <w:top w:val="nil"/>
          <w:left w:val="nil"/>
          <w:bottom w:val="nil"/>
          <w:right w:val="nil"/>
          <w:insideH w:val="nil"/>
          <w:insideV w:val="nil"/>
        </w:tcBorders>
        <w:shd w:val="clear" w:color="auto" w:fill="0081B3" w:themeFill="accent1" w:themeFillShade="BF"/>
      </w:tcPr>
    </w:tblStylePr>
    <w:tblStylePr w:type="band1Horz">
      <w:tblPr/>
      <w:tcPr>
        <w:tcBorders>
          <w:top w:val="nil"/>
          <w:left w:val="nil"/>
          <w:bottom w:val="nil"/>
          <w:right w:val="nil"/>
          <w:insideH w:val="nil"/>
          <w:insideV w:val="nil"/>
        </w:tcBorders>
        <w:shd w:val="clear" w:color="auto" w:fill="0081B3"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00AEE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677"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1B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1B3" w:themeFill="accent2" w:themeFillShade="BF"/>
      </w:tcPr>
    </w:tblStylePr>
    <w:tblStylePr w:type="band1Vert">
      <w:tblPr/>
      <w:tcPr>
        <w:tcBorders>
          <w:top w:val="nil"/>
          <w:left w:val="nil"/>
          <w:bottom w:val="nil"/>
          <w:right w:val="nil"/>
          <w:insideH w:val="nil"/>
          <w:insideV w:val="nil"/>
        </w:tcBorders>
        <w:shd w:val="clear" w:color="auto" w:fill="0081B3" w:themeFill="accent2" w:themeFillShade="BF"/>
      </w:tcPr>
    </w:tblStylePr>
    <w:tblStylePr w:type="band1Horz">
      <w:tblPr/>
      <w:tcPr>
        <w:tcBorders>
          <w:top w:val="nil"/>
          <w:left w:val="nil"/>
          <w:bottom w:val="nil"/>
          <w:right w:val="nil"/>
          <w:insideH w:val="nil"/>
          <w:insideV w:val="nil"/>
        </w:tcBorders>
        <w:shd w:val="clear" w:color="auto" w:fill="0081B3"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00AEEF"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AEE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00AEEF" w:themeColor="accent2"/>
        <w:left w:val="single" w:sz="4" w:space="0" w:color="00AEEF" w:themeColor="accent1"/>
        <w:bottom w:val="single" w:sz="4" w:space="0" w:color="00AEEF" w:themeColor="accent1"/>
        <w:right w:val="single" w:sz="4" w:space="0" w:color="00AEEF" w:themeColor="accent1"/>
        <w:insideH w:val="single" w:sz="4" w:space="0" w:color="FFFFFF" w:themeColor="background1"/>
        <w:insideV w:val="single" w:sz="4" w:space="0" w:color="FFFFFF" w:themeColor="background1"/>
      </w:tblBorders>
    </w:tblPr>
    <w:tcPr>
      <w:shd w:val="clear" w:color="auto" w:fill="E4F7FF" w:themeFill="accent1" w:themeFillTint="19"/>
    </w:tcPr>
    <w:tblStylePr w:type="firstRow">
      <w:rPr>
        <w:b/>
        <w:bCs/>
      </w:rPr>
      <w:tblPr/>
      <w:tcPr>
        <w:tcBorders>
          <w:top w:val="nil"/>
          <w:left w:val="nil"/>
          <w:bottom w:val="single" w:sz="24" w:space="0" w:color="00AEE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78F" w:themeFill="accent1" w:themeFillShade="99"/>
      </w:tcPr>
    </w:tblStylePr>
    <w:tblStylePr w:type="firstCol">
      <w:rPr>
        <w:color w:val="FFFFFF" w:themeColor="background1"/>
      </w:rPr>
      <w:tblPr/>
      <w:tcPr>
        <w:tcBorders>
          <w:top w:val="nil"/>
          <w:left w:val="nil"/>
          <w:bottom w:val="nil"/>
          <w:right w:val="nil"/>
          <w:insideH w:val="single" w:sz="4" w:space="0" w:color="00678F" w:themeColor="accent1" w:themeShade="99"/>
          <w:insideV w:val="nil"/>
        </w:tcBorders>
        <w:shd w:val="clear" w:color="auto" w:fill="00678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678F" w:themeFill="accent1" w:themeFillShade="99"/>
      </w:tcPr>
    </w:tblStylePr>
    <w:tblStylePr w:type="band1Vert">
      <w:tblPr/>
      <w:tcPr>
        <w:shd w:val="clear" w:color="auto" w:fill="92E1FF" w:themeFill="accent1" w:themeFillTint="66"/>
      </w:tcPr>
    </w:tblStylePr>
    <w:tblStylePr w:type="band1Horz">
      <w:tblPr/>
      <w:tcPr>
        <w:shd w:val="clear" w:color="auto" w:fill="78D9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00AEEF" w:themeColor="accent2"/>
        <w:left w:val="single" w:sz="4" w:space="0" w:color="00AEEF" w:themeColor="accent2"/>
        <w:bottom w:val="single" w:sz="4" w:space="0" w:color="00AEEF" w:themeColor="accent2"/>
        <w:right w:val="single" w:sz="4" w:space="0" w:color="00AEEF" w:themeColor="accent2"/>
        <w:insideH w:val="single" w:sz="4" w:space="0" w:color="FFFFFF" w:themeColor="background1"/>
        <w:insideV w:val="single" w:sz="4" w:space="0" w:color="FFFFFF" w:themeColor="background1"/>
      </w:tblBorders>
    </w:tblPr>
    <w:tcPr>
      <w:shd w:val="clear" w:color="auto" w:fill="E4F7FF" w:themeFill="accent2" w:themeFillTint="19"/>
    </w:tcPr>
    <w:tblStylePr w:type="firstRow">
      <w:rPr>
        <w:b/>
        <w:bCs/>
      </w:rPr>
      <w:tblPr/>
      <w:tcPr>
        <w:tcBorders>
          <w:top w:val="nil"/>
          <w:left w:val="nil"/>
          <w:bottom w:val="single" w:sz="24" w:space="0" w:color="00AEE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78F" w:themeFill="accent2" w:themeFillShade="99"/>
      </w:tcPr>
    </w:tblStylePr>
    <w:tblStylePr w:type="firstCol">
      <w:rPr>
        <w:color w:val="FFFFFF" w:themeColor="background1"/>
      </w:rPr>
      <w:tblPr/>
      <w:tcPr>
        <w:tcBorders>
          <w:top w:val="nil"/>
          <w:left w:val="nil"/>
          <w:bottom w:val="nil"/>
          <w:right w:val="nil"/>
          <w:insideH w:val="single" w:sz="4" w:space="0" w:color="00678F" w:themeColor="accent2" w:themeShade="99"/>
          <w:insideV w:val="nil"/>
        </w:tcBorders>
        <w:shd w:val="clear" w:color="auto" w:fill="00678F"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678F" w:themeFill="accent2" w:themeFillShade="99"/>
      </w:tcPr>
    </w:tblStylePr>
    <w:tblStylePr w:type="band1Vert">
      <w:tblPr/>
      <w:tcPr>
        <w:shd w:val="clear" w:color="auto" w:fill="92E1FF" w:themeFill="accent2" w:themeFillTint="66"/>
      </w:tcPr>
    </w:tblStylePr>
    <w:tblStylePr w:type="band1Horz">
      <w:tblPr/>
      <w:tcPr>
        <w:shd w:val="clear" w:color="auto" w:fill="78D9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8ABF" w:themeFill="accent2" w:themeFillShade="CC"/>
      </w:tcPr>
    </w:tblStylePr>
    <w:tblStylePr w:type="lastRow">
      <w:rPr>
        <w:b/>
        <w:bCs/>
        <w:color w:val="008AB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4F7FF" w:themeFill="accent1" w:themeFillTint="19"/>
    </w:tcPr>
    <w:tblStylePr w:type="firstRow">
      <w:rPr>
        <w:b/>
        <w:bCs/>
        <w:color w:val="FFFFFF" w:themeColor="background1"/>
      </w:rPr>
      <w:tblPr/>
      <w:tcPr>
        <w:tcBorders>
          <w:bottom w:val="single" w:sz="12" w:space="0" w:color="FFFFFF" w:themeColor="background1"/>
        </w:tcBorders>
        <w:shd w:val="clear" w:color="auto" w:fill="008ABF" w:themeFill="accent2" w:themeFillShade="CC"/>
      </w:tcPr>
    </w:tblStylePr>
    <w:tblStylePr w:type="lastRow">
      <w:rPr>
        <w:b/>
        <w:bCs/>
        <w:color w:val="008AB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ECFF" w:themeFill="accent1" w:themeFillTint="3F"/>
      </w:tcPr>
    </w:tblStylePr>
    <w:tblStylePr w:type="band1Horz">
      <w:tblPr/>
      <w:tcPr>
        <w:shd w:val="clear" w:color="auto" w:fill="C8F0FF"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E4F7FF" w:themeFill="accent2" w:themeFillTint="19"/>
    </w:tcPr>
    <w:tblStylePr w:type="firstRow">
      <w:rPr>
        <w:b/>
        <w:bCs/>
        <w:color w:val="FFFFFF" w:themeColor="background1"/>
      </w:rPr>
      <w:tblPr/>
      <w:tcPr>
        <w:tcBorders>
          <w:bottom w:val="single" w:sz="12" w:space="0" w:color="FFFFFF" w:themeColor="background1"/>
        </w:tcBorders>
        <w:shd w:val="clear" w:color="auto" w:fill="008ABF" w:themeFill="accent2" w:themeFillShade="CC"/>
      </w:tcPr>
    </w:tblStylePr>
    <w:tblStylePr w:type="lastRow">
      <w:rPr>
        <w:b/>
        <w:bCs/>
        <w:color w:val="008AB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CECFF" w:themeFill="accent2" w:themeFillTint="3F"/>
      </w:tcPr>
    </w:tblStylePr>
    <w:tblStylePr w:type="band1Horz">
      <w:tblPr/>
      <w:tcPr>
        <w:shd w:val="clear" w:color="auto" w:fill="C8F0FF"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8F0FF" w:themeFill="accent1" w:themeFillTint="33"/>
    </w:tcPr>
    <w:tblStylePr w:type="firstRow">
      <w:rPr>
        <w:b/>
        <w:bCs/>
      </w:rPr>
      <w:tblPr/>
      <w:tcPr>
        <w:shd w:val="clear" w:color="auto" w:fill="92E1FF" w:themeFill="accent1" w:themeFillTint="66"/>
      </w:tcPr>
    </w:tblStylePr>
    <w:tblStylePr w:type="lastRow">
      <w:rPr>
        <w:b/>
        <w:bCs/>
        <w:color w:val="000000" w:themeColor="text1"/>
      </w:rPr>
      <w:tblPr/>
      <w:tcPr>
        <w:shd w:val="clear" w:color="auto" w:fill="92E1FF" w:themeFill="accent1" w:themeFillTint="66"/>
      </w:tcPr>
    </w:tblStylePr>
    <w:tblStylePr w:type="firstCol">
      <w:rPr>
        <w:color w:val="FFFFFF" w:themeColor="background1"/>
      </w:rPr>
      <w:tblPr/>
      <w:tcPr>
        <w:shd w:val="clear" w:color="auto" w:fill="0081B3" w:themeFill="accent1" w:themeFillShade="BF"/>
      </w:tcPr>
    </w:tblStylePr>
    <w:tblStylePr w:type="lastCol">
      <w:rPr>
        <w:color w:val="FFFFFF" w:themeColor="background1"/>
      </w:rPr>
      <w:tblPr/>
      <w:tcPr>
        <w:shd w:val="clear" w:color="auto" w:fill="0081B3" w:themeFill="accent1" w:themeFillShade="BF"/>
      </w:tcPr>
    </w:tblStylePr>
    <w:tblStylePr w:type="band1Vert">
      <w:tblPr/>
      <w:tcPr>
        <w:shd w:val="clear" w:color="auto" w:fill="78D9FF" w:themeFill="accent1" w:themeFillTint="7F"/>
      </w:tcPr>
    </w:tblStylePr>
    <w:tblStylePr w:type="band1Horz">
      <w:tblPr/>
      <w:tcPr>
        <w:shd w:val="clear" w:color="auto" w:fill="78D9FF"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8F0FF" w:themeFill="accent2" w:themeFillTint="33"/>
    </w:tcPr>
    <w:tblStylePr w:type="firstRow">
      <w:rPr>
        <w:b/>
        <w:bCs/>
      </w:rPr>
      <w:tblPr/>
      <w:tcPr>
        <w:shd w:val="clear" w:color="auto" w:fill="92E1FF" w:themeFill="accent2" w:themeFillTint="66"/>
      </w:tcPr>
    </w:tblStylePr>
    <w:tblStylePr w:type="lastRow">
      <w:rPr>
        <w:b/>
        <w:bCs/>
        <w:color w:val="000000" w:themeColor="text1"/>
      </w:rPr>
      <w:tblPr/>
      <w:tcPr>
        <w:shd w:val="clear" w:color="auto" w:fill="92E1FF" w:themeFill="accent2" w:themeFillTint="66"/>
      </w:tcPr>
    </w:tblStylePr>
    <w:tblStylePr w:type="firstCol">
      <w:rPr>
        <w:color w:val="FFFFFF" w:themeColor="background1"/>
      </w:rPr>
      <w:tblPr/>
      <w:tcPr>
        <w:shd w:val="clear" w:color="auto" w:fill="0081B3" w:themeFill="accent2" w:themeFillShade="BF"/>
      </w:tcPr>
    </w:tblStylePr>
    <w:tblStylePr w:type="lastCol">
      <w:rPr>
        <w:color w:val="FFFFFF" w:themeColor="background1"/>
      </w:rPr>
      <w:tblPr/>
      <w:tcPr>
        <w:shd w:val="clear" w:color="auto" w:fill="0081B3" w:themeFill="accent2" w:themeFillShade="BF"/>
      </w:tcPr>
    </w:tblStylePr>
    <w:tblStylePr w:type="band1Vert">
      <w:tblPr/>
      <w:tcPr>
        <w:shd w:val="clear" w:color="auto" w:fill="78D9FF" w:themeFill="accent2" w:themeFillTint="7F"/>
      </w:tcPr>
    </w:tblStylePr>
    <w:tblStylePr w:type="band1Horz">
      <w:tblPr/>
      <w:tcPr>
        <w:shd w:val="clear" w:color="auto" w:fill="78D9FF"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Normal1">
    <w:name w:val="Table Normal1"/>
    <w:uiPriority w:val="2"/>
    <w:semiHidden/>
    <w:unhideWhenUsed/>
    <w:qFormat/>
    <w:rsid w:val="005D1326"/>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paragraph" w:styleId="TOC1">
    <w:name w:val="toc 1"/>
    <w:basedOn w:val="Normal"/>
    <w:next w:val="Normal"/>
    <w:autoRedefine/>
    <w:uiPriority w:val="39"/>
    <w:unhideWhenUsed/>
    <w:rsid w:val="00DC12F3"/>
    <w:pPr>
      <w:spacing w:after="100"/>
    </w:pPr>
  </w:style>
  <w:style w:type="character" w:styleId="Hyperlink">
    <w:name w:val="Hyperlink"/>
    <w:basedOn w:val="DefaultParagraphFont"/>
    <w:uiPriority w:val="99"/>
    <w:unhideWhenUsed/>
    <w:rsid w:val="00DC12F3"/>
    <w:rPr>
      <w:color w:val="0000FF" w:themeColor="hyperlink"/>
      <w:u w:val="single"/>
    </w:rPr>
  </w:style>
  <w:style w:type="character" w:styleId="UnresolvedMention">
    <w:name w:val="Unresolved Mention"/>
    <w:basedOn w:val="DefaultParagraphFont"/>
    <w:uiPriority w:val="99"/>
    <w:semiHidden/>
    <w:unhideWhenUsed/>
    <w:rsid w:val="00E24482"/>
    <w:rPr>
      <w:color w:val="605E5C"/>
      <w:shd w:val="clear" w:color="auto" w:fill="E1DFDD"/>
    </w:rPr>
  </w:style>
  <w:style w:type="character" w:styleId="FollowedHyperlink">
    <w:name w:val="FollowedHyperlink"/>
    <w:basedOn w:val="DefaultParagraphFont"/>
    <w:uiPriority w:val="99"/>
    <w:semiHidden/>
    <w:unhideWhenUsed/>
    <w:rsid w:val="0019072D"/>
    <w:rPr>
      <w:color w:val="800080" w:themeColor="followedHyperlink"/>
      <w:u w:val="single"/>
    </w:rPr>
  </w:style>
  <w:style w:type="character" w:styleId="CommentReference">
    <w:name w:val="annotation reference"/>
    <w:basedOn w:val="DefaultParagraphFont"/>
    <w:uiPriority w:val="99"/>
    <w:semiHidden/>
    <w:unhideWhenUsed/>
    <w:rsid w:val="00D5644F"/>
    <w:rPr>
      <w:sz w:val="21"/>
      <w:szCs w:val="21"/>
    </w:rPr>
  </w:style>
  <w:style w:type="paragraph" w:styleId="CommentText">
    <w:name w:val="annotation text"/>
    <w:basedOn w:val="Normal"/>
    <w:link w:val="CommentTextChar"/>
    <w:uiPriority w:val="99"/>
    <w:unhideWhenUsed/>
    <w:rsid w:val="00D5644F"/>
  </w:style>
  <w:style w:type="character" w:customStyle="1" w:styleId="CommentTextChar">
    <w:name w:val="Comment Text Char"/>
    <w:basedOn w:val="DefaultParagraphFont"/>
    <w:link w:val="CommentText"/>
    <w:uiPriority w:val="99"/>
    <w:rsid w:val="00D5644F"/>
    <w:rPr>
      <w:rFonts w:ascii="Aptos" w:hAnsi="Aptos"/>
      <w:color w:val="2B2B2B"/>
      <w:sz w:val="21"/>
    </w:rPr>
  </w:style>
  <w:style w:type="paragraph" w:styleId="CommentSubject">
    <w:name w:val="annotation subject"/>
    <w:basedOn w:val="CommentText"/>
    <w:next w:val="CommentText"/>
    <w:link w:val="CommentSubjectChar"/>
    <w:uiPriority w:val="99"/>
    <w:semiHidden/>
    <w:unhideWhenUsed/>
    <w:rsid w:val="00D5644F"/>
    <w:rPr>
      <w:b/>
      <w:bCs/>
    </w:rPr>
  </w:style>
  <w:style w:type="character" w:customStyle="1" w:styleId="CommentSubjectChar">
    <w:name w:val="Comment Subject Char"/>
    <w:basedOn w:val="CommentTextChar"/>
    <w:link w:val="CommentSubject"/>
    <w:uiPriority w:val="99"/>
    <w:semiHidden/>
    <w:rsid w:val="00D5644F"/>
    <w:rPr>
      <w:rFonts w:ascii="Aptos" w:hAnsi="Aptos"/>
      <w:b/>
      <w:bCs/>
      <w:color w:val="2B2B2B"/>
      <w:sz w:val="21"/>
    </w:rPr>
  </w:style>
  <w:style w:type="table" w:customStyle="1" w:styleId="1">
    <w:name w:val="网格型1"/>
    <w:basedOn w:val="TableNormal"/>
    <w:next w:val="TableGrid"/>
    <w:uiPriority w:val="59"/>
    <w:rsid w:val="006C1235"/>
    <w:pPr>
      <w:spacing w:after="0" w:line="240" w:lineRule="auto"/>
    </w:pPr>
    <w:rPr>
      <w:rFonts w:ascii="Arial" w:eastAsia="SimSun"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E0EDD"/>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pdq2pgselectionanchorcontainer">
    <w:name w:val="pdq2pg_selectionanchorcontainer"/>
    <w:basedOn w:val="Normal"/>
    <w:rsid w:val="003A18C2"/>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urity@saluscontrol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00AEEF"/>
      </a:accent1>
      <a:accent2>
        <a:srgbClr val="00AEEF"/>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948094c8-480e-400b-91c4-c984b7e20814}" enabled="1" method="Standard" siteId="{a1109567-0815-4e1f-88af-e23555482aaa}"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1110</Words>
  <Characters>6332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SALUS Controls PLC - Suspected Vulnerability Report Form</vt:lpstr>
    </vt:vector>
  </TitlesOfParts>
  <Manager/>
  <Company>SALUS Controls PLC</Company>
  <LinksUpToDate>false</LinksUpToDate>
  <CharactersWithSpaces>7428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SALUS Controls PLC - Suspected Vulnerability Report Form</dc:title>
  <dc:subject/>
  <dc:creator>SALUS Controls PLC</dc:creator>
  <cp:keywords>SALUS Controls, vulnerability disclosure, product security, security updates</cp:keywords>
  <dc:description>Review markup only; not for publication.</dc:description>
  <cp:lastModifiedBy>Ramona Farcas</cp:lastModifiedBy>
  <cp:revision>2</cp:revision>
  <dcterms:created xsi:type="dcterms:W3CDTF">2026-10-08T06:57:00Z</dcterms:created>
  <dcterms:modified xsi:type="dcterms:W3CDTF">2026-10-08T06:57:00Z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62f4ae9f-aa0c-44c0-9d31-4c2aee434488</vt:lpwstr>
  </property>
</Properties>
</file>