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BA509" w14:textId="767251EA" w:rsidR="00A5425F" w:rsidRPr="00862DE8" w:rsidRDefault="00824A2A" w:rsidP="00A5425F">
      <w:pPr>
        <w:pStyle w:val="Heading1"/>
        <w:spacing w:after="120"/>
        <w:rPr>
          <w:rFonts w:ascii="Ubuntu" w:eastAsia="Ubuntu" w:hAnsi="Ubuntu" w:cs="Ubuntu"/>
          <w:color w:val="00AEEF"/>
          <w:u w:val="single"/>
          <w:lang w:val="fr-FR"/>
        </w:rPr>
      </w:pPr>
      <w:bookmarkStart w:id="0" w:name="_Toc239339911"/>
      <w:r w:rsidRPr="00862DE8">
        <w:rPr>
          <w:rFonts w:ascii="Ubuntu" w:eastAsia="Ubuntu" w:hAnsi="Ubuntu" w:cs="Ubuntu"/>
          <w:color w:val="00AEEF"/>
          <w:u w:val="single"/>
          <w:lang w:val="fr-FR"/>
        </w:rPr>
        <w:t>SALUS Controls PLC - Formulaire de signalement d’une vulnérabilité suspectée</w:t>
      </w:r>
      <w:bookmarkEnd w:id="0"/>
    </w:p>
    <w:p w14:paraId="0C47EA57" w14:textId="77777777" w:rsidR="005B511E" w:rsidRPr="00862DE8" w:rsidRDefault="005B511E" w:rsidP="005B511E">
      <w:pPr>
        <w:rPr>
          <w:rFonts w:hint="eastAsia"/>
          <w:lang w:val="fr-FR"/>
        </w:rPr>
      </w:pPr>
    </w:p>
    <w:p w14:paraId="5C65BB70" w14:textId="69AA841B" w:rsidR="005B511E" w:rsidRPr="00862DE8" w:rsidRDefault="005B511E" w:rsidP="002A3313">
      <w:pPr>
        <w:pStyle w:val="ListBullet"/>
        <w:numPr>
          <w:ilvl w:val="0"/>
          <w:numId w:val="0"/>
        </w:numPr>
        <w:ind w:left="360"/>
        <w:rPr>
          <w:rFonts w:hint="eastAsia"/>
          <w:lang w:val="fr-FR"/>
        </w:rPr>
      </w:pPr>
      <w:r w:rsidRPr="00862DE8">
        <w:rPr>
          <w:lang w:val="fr-FR"/>
        </w:rPr>
        <w:t>Utilisez ce formulaire pour signaler une vulnérabilité de sécurité suspectée affectant un produit, une application, un service cloud ou un site web de SALUS.</w:t>
      </w:r>
    </w:p>
    <w:p w14:paraId="45D4999E" w14:textId="77777777" w:rsidR="005B511E" w:rsidRPr="00862DE8" w:rsidRDefault="005B511E" w:rsidP="002A3313">
      <w:pPr>
        <w:pStyle w:val="ListBullet"/>
        <w:numPr>
          <w:ilvl w:val="0"/>
          <w:numId w:val="0"/>
        </w:numPr>
        <w:ind w:left="360"/>
        <w:rPr>
          <w:rFonts w:hint="eastAsia"/>
          <w:lang w:val="fr-FR"/>
        </w:rPr>
      </w:pPr>
      <w:r w:rsidRPr="00862DE8">
        <w:rPr>
          <w:lang w:val="fr-FR"/>
        </w:rPr>
        <w:t>Veuillez fournir autant d’informations que possible. Il n’est pas nécessaire de remplir tous les champs pour que nous puissions accepter votre signalement.</w:t>
      </w:r>
    </w:p>
    <w:p w14:paraId="08162BC0" w14:textId="77777777" w:rsidR="005B511E" w:rsidRPr="00862DE8" w:rsidRDefault="005B511E" w:rsidP="002A3313">
      <w:pPr>
        <w:pStyle w:val="ListBullet"/>
        <w:numPr>
          <w:ilvl w:val="0"/>
          <w:numId w:val="0"/>
        </w:numPr>
        <w:ind w:left="360"/>
        <w:rPr>
          <w:rFonts w:hint="eastAsia"/>
          <w:lang w:val="fr-FR"/>
        </w:rPr>
      </w:pPr>
      <w:r w:rsidRPr="00862DE8">
        <w:rPr>
          <w:lang w:val="fr-FR"/>
        </w:rPr>
        <w:t>Vous pouvez effectuer un signalement de manière anonyme. Toutefois, si vous ne fournissez pas vos coordonnées, nous pourrions ne pas être en mesure de vous demander des informations complémentaires ni de vous tenir informé(e) du suivi de votre signalement.</w:t>
      </w:r>
    </w:p>
    <w:p w14:paraId="55992710" w14:textId="77777777" w:rsidR="005B511E" w:rsidRPr="00862DE8" w:rsidRDefault="005B511E" w:rsidP="002A3313">
      <w:pPr>
        <w:pStyle w:val="ListBullet"/>
        <w:numPr>
          <w:ilvl w:val="0"/>
          <w:numId w:val="0"/>
        </w:numPr>
        <w:ind w:left="360"/>
        <w:rPr>
          <w:rFonts w:hint="eastAsia"/>
          <w:lang w:val="fr-FR"/>
        </w:rPr>
      </w:pPr>
      <w:r w:rsidRPr="00862DE8">
        <w:rPr>
          <w:lang w:val="fr-FR"/>
        </w:rPr>
        <w:t>Une fois rempli, veuillez envoyer ce formulaire à security@saluscontrols.com.</w:t>
      </w:r>
    </w:p>
    <w:p w14:paraId="6F7C6122" w14:textId="77777777" w:rsidR="005B511E" w:rsidRPr="00862DE8" w:rsidRDefault="005B511E" w:rsidP="002A3313">
      <w:pPr>
        <w:pStyle w:val="ListBullet"/>
        <w:numPr>
          <w:ilvl w:val="0"/>
          <w:numId w:val="0"/>
        </w:numPr>
        <w:ind w:left="360"/>
        <w:rPr>
          <w:rStyle w:val="Strong"/>
          <w:rFonts w:hint="eastAsia"/>
          <w:szCs w:val="21"/>
          <w:lang w:val="fr-FR"/>
        </w:rPr>
      </w:pPr>
      <w:r w:rsidRPr="00862DE8">
        <w:rPr>
          <w:rStyle w:val="Strong"/>
          <w:szCs w:val="21"/>
          <w:lang w:val="fr-FR"/>
        </w:rPr>
        <w:t>Veuillez ne pas inclure de mots de passe, de jetons d’authentification, de clés privées ni de données personnelles ou clients non nécessaires.</w:t>
      </w:r>
    </w:p>
    <w:p w14:paraId="461345A0" w14:textId="27CF629C" w:rsidR="00D54783" w:rsidRPr="00862DE8" w:rsidRDefault="00D54783" w:rsidP="002A3313">
      <w:pPr>
        <w:pStyle w:val="ListBullet"/>
        <w:numPr>
          <w:ilvl w:val="0"/>
          <w:numId w:val="0"/>
        </w:numPr>
        <w:ind w:left="360"/>
        <w:rPr>
          <w:rFonts w:hint="eastAsia"/>
          <w:lang w:val="fr-FR"/>
        </w:rPr>
      </w:pPr>
      <w:r w:rsidRPr="00862DE8">
        <w:rPr>
          <w:lang w:val="fr-FR"/>
        </w:rPr>
        <w:t>Les champs indiqués « Obligatoire » ne sont requis que lorsque les informations sont raisonnablement disponibles. Si vous ne disposez pas de toutes les informations, vous pouvez tout de même envoyer votre signalement.</w:t>
      </w:r>
    </w:p>
    <w:p w14:paraId="5F8D13B4" w14:textId="77777777" w:rsidR="00A5425F" w:rsidRPr="00862DE8" w:rsidRDefault="00A5425F" w:rsidP="00A5425F">
      <w:pPr>
        <w:pStyle w:val="Title"/>
        <w:spacing w:after="160" w:line="259" w:lineRule="auto"/>
        <w:rPr>
          <w:lang w:val="fr-FR"/>
        </w:rPr>
      </w:pPr>
      <w:r w:rsidRPr="00862DE8">
        <w:rPr>
          <w:rFonts w:ascii="Ubuntu" w:eastAsia="Ubuntu" w:hAnsi="Ubuntu" w:cs="Ubuntu" w:hint="eastAsia"/>
          <w:u w:val="single"/>
          <w:lang w:val="fr-FR"/>
        </w:rPr>
        <w:t>Signalement d’une vulnérabilité suspectée</w:t>
      </w:r>
    </w:p>
    <w:p w14:paraId="4239CF82" w14:textId="77777777" w:rsidR="00A5425F" w:rsidRPr="00862DE8" w:rsidRDefault="00A5425F" w:rsidP="00A5425F">
      <w:pPr>
        <w:pStyle w:val="Heading2"/>
        <w:spacing w:after="80"/>
        <w:rPr>
          <w:lang w:val="fr-FR"/>
        </w:rPr>
      </w:pPr>
      <w:bookmarkStart w:id="1" w:name="_Toc239339912"/>
      <w:r w:rsidRPr="00862DE8">
        <w:rPr>
          <w:rFonts w:ascii="Ubuntu" w:eastAsia="Ubuntu" w:hAnsi="Ubuntu" w:cs="Ubuntu" w:hint="eastAsia"/>
          <w:u w:val="single"/>
          <w:lang w:val="fr-FR"/>
        </w:rPr>
        <w:t>1. Informations sur l’auteur du signalement</w:t>
      </w:r>
      <w:bookmarkEnd w:id="1"/>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2615F057"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3EDA9661" w14:textId="77777777" w:rsidR="00A5425F" w:rsidRDefault="00A5425F" w:rsidP="000B505C">
            <w:pPr>
              <w:spacing w:after="0" w:line="240" w:lineRule="auto"/>
              <w:rPr>
                <w:rFonts w:hint="eastAsia"/>
              </w:rPr>
            </w:pPr>
            <w:r>
              <w:rPr>
                <w:rFonts w:eastAsia="Ubuntu" w:cs="Ubuntu" w:hint="eastAsia"/>
                <w:b/>
                <w:color w:val="FFFFFF"/>
                <w:sz w:val="18"/>
              </w:rPr>
              <w:t>Champ</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62C7CD25" w14:textId="77777777" w:rsidR="00A5425F" w:rsidRDefault="00A5425F" w:rsidP="000B505C">
            <w:pPr>
              <w:spacing w:after="0" w:line="240" w:lineRule="auto"/>
              <w:rPr>
                <w:rFonts w:hint="eastAsia"/>
              </w:rPr>
            </w:pPr>
            <w:r>
              <w:rPr>
                <w:rFonts w:eastAsia="Ubuntu" w:cs="Ubuntu" w:hint="eastAsia"/>
                <w:b/>
                <w:color w:val="FFFFFF"/>
                <w:sz w:val="18"/>
              </w:rPr>
              <w:t>Réponse</w:t>
            </w:r>
          </w:p>
        </w:tc>
      </w:tr>
      <w:tr w:rsidR="00A5425F" w14:paraId="5A7253DF"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2B202A9" w14:textId="77777777" w:rsidR="00A5425F" w:rsidRDefault="00A5425F" w:rsidP="000B505C">
            <w:pPr>
              <w:spacing w:after="0" w:line="240" w:lineRule="auto"/>
              <w:rPr>
                <w:rFonts w:hint="eastAsia"/>
              </w:rPr>
            </w:pPr>
            <w:r>
              <w:rPr>
                <w:rFonts w:eastAsia="Myriad Pro" w:cs="Myriad Pro" w:hint="eastAsia"/>
                <w:b/>
                <w:color w:val="1D2958"/>
                <w:sz w:val="18"/>
              </w:rPr>
              <w:t>Nom ou pseudonyme (facultatif)</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721CEB0D" w14:textId="77777777" w:rsidR="00A5425F" w:rsidRDefault="00A5425F" w:rsidP="000B505C">
            <w:pPr>
              <w:spacing w:after="0" w:line="240" w:lineRule="auto"/>
              <w:rPr>
                <w:rFonts w:hint="eastAsia"/>
              </w:rPr>
            </w:pPr>
          </w:p>
        </w:tc>
      </w:tr>
      <w:tr w:rsidR="00A5425F" w14:paraId="50C78C64"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F087F7B" w14:textId="52648E22" w:rsidR="00A5425F" w:rsidRDefault="004E0EDD" w:rsidP="000B505C">
            <w:pPr>
              <w:spacing w:after="0" w:line="240" w:lineRule="auto"/>
              <w:rPr>
                <w:rFonts w:hint="eastAsia"/>
              </w:rPr>
            </w:pPr>
            <w:proofErr w:type="spellStart"/>
            <w:r>
              <w:rPr>
                <w:rFonts w:eastAsia="Myriad Pro" w:cs="Myriad Pro"/>
                <w:b/>
                <w:color w:val="1D2958"/>
                <w:sz w:val="18"/>
              </w:rPr>
              <w:t>Organisation</w:t>
            </w:r>
            <w:proofErr w:type="spellEnd"/>
            <w:r>
              <w:rPr>
                <w:rFonts w:eastAsia="Myriad Pro" w:cs="Myriad Pro"/>
                <w:b/>
                <w:color w:val="1D2958"/>
                <w:sz w:val="18"/>
              </w:rPr>
              <w:t xml:space="preserve"> (</w:t>
            </w:r>
            <w:proofErr w:type="spellStart"/>
            <w:r>
              <w:rPr>
                <w:rFonts w:eastAsia="Myriad Pro" w:cs="Myriad Pro"/>
                <w:b/>
                <w:color w:val="1D2958"/>
                <w:sz w:val="18"/>
              </w:rPr>
              <w:t>facultatif</w:t>
            </w:r>
            <w:proofErr w:type="spellEnd"/>
            <w:r>
              <w:rPr>
                <w:rFonts w:eastAsia="Myriad Pro" w:cs="Myriad Pro"/>
                <w:b/>
                <w:color w:val="1D2958"/>
                <w:sz w:val="18"/>
              </w:rPr>
              <w: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40F79FC" w14:textId="77777777" w:rsidR="00A5425F" w:rsidRDefault="00A5425F" w:rsidP="000B505C">
            <w:pPr>
              <w:spacing w:after="0" w:line="240" w:lineRule="auto"/>
              <w:rPr>
                <w:rFonts w:hint="eastAsia"/>
              </w:rPr>
            </w:pPr>
          </w:p>
        </w:tc>
      </w:tr>
      <w:tr w:rsidR="00A5425F" w:rsidRPr="00862DE8" w14:paraId="18305F51"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261BBFC" w14:textId="60EC54FE" w:rsidR="00A5425F" w:rsidRPr="00862DE8" w:rsidRDefault="004E0EDD" w:rsidP="000B505C">
            <w:pPr>
              <w:spacing w:after="0" w:line="240" w:lineRule="auto"/>
              <w:rPr>
                <w:rFonts w:hint="eastAsia"/>
                <w:lang w:val="fr-FR"/>
              </w:rPr>
            </w:pPr>
            <w:r w:rsidRPr="00862DE8">
              <w:rPr>
                <w:rFonts w:eastAsia="Myriad Pro" w:cs="Myriad Pro"/>
                <w:b/>
                <w:color w:val="1D2958"/>
                <w:sz w:val="18"/>
                <w:lang w:val="fr-FR"/>
              </w:rPr>
              <w:t>E-mail/moyen de contact (obligatoire sauf signalement anonyme)</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4A757C5A" w14:textId="276E2BF4" w:rsidR="00A5425F" w:rsidRPr="00862DE8" w:rsidRDefault="00A5425F" w:rsidP="000B505C">
            <w:pPr>
              <w:spacing w:after="0" w:line="240" w:lineRule="auto"/>
              <w:rPr>
                <w:rFonts w:hint="eastAsia"/>
                <w:lang w:val="fr-FR"/>
              </w:rPr>
            </w:pPr>
          </w:p>
        </w:tc>
      </w:tr>
      <w:tr w:rsidR="00A5425F" w14:paraId="3133B78F"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2C55901" w14:textId="16961870" w:rsidR="00A5425F" w:rsidRDefault="00A5425F" w:rsidP="000B505C">
            <w:pPr>
              <w:spacing w:after="0" w:line="240" w:lineRule="auto"/>
              <w:rPr>
                <w:rFonts w:hint="eastAsia"/>
              </w:rPr>
            </w:pPr>
            <w:r>
              <w:rPr>
                <w:rFonts w:eastAsia="Myriad Pro" w:cs="Myriad Pro" w:hint="eastAsia"/>
                <w:b/>
                <w:color w:val="1D2958"/>
                <w:sz w:val="18"/>
              </w:rPr>
              <w:t xml:space="preserve">Langue </w:t>
            </w:r>
            <w:proofErr w:type="spellStart"/>
            <w:r>
              <w:rPr>
                <w:rFonts w:eastAsia="Myriad Pro" w:cs="Myriad Pro" w:hint="eastAsia"/>
                <w:b/>
                <w:color w:val="1D2958"/>
                <w:sz w:val="18"/>
              </w:rPr>
              <w:t>préférée</w:t>
            </w:r>
            <w:proofErr w:type="spellEnd"/>
            <w:r>
              <w:rPr>
                <w:rFonts w:eastAsia="Myriad Pro" w:cs="Myriad Pro" w:hint="eastAsia"/>
                <w:b/>
                <w:color w:val="1D2958"/>
                <w:sz w:val="18"/>
              </w:rPr>
              <w:t xml:space="preserve"> (</w:t>
            </w:r>
            <w:proofErr w:type="spellStart"/>
            <w:r>
              <w:rPr>
                <w:rFonts w:eastAsia="Myriad Pro" w:cs="Myriad Pro" w:hint="eastAsia"/>
                <w:b/>
                <w:color w:val="1D2958"/>
                <w:sz w:val="18"/>
              </w:rPr>
              <w:t>facultatif</w:t>
            </w:r>
            <w:proofErr w:type="spellEnd"/>
            <w:r>
              <w:rPr>
                <w:rFonts w:eastAsia="Myriad Pro" w:cs="Myriad Pro" w:hint="eastAsia"/>
                <w:b/>
                <w:color w:val="1D2958"/>
                <w:sz w:val="18"/>
              </w:rPr>
              <w: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7F44624" w14:textId="4898FAF2" w:rsidR="00A5425F" w:rsidRDefault="00A5425F" w:rsidP="000B505C">
            <w:pPr>
              <w:spacing w:after="0" w:line="240" w:lineRule="auto"/>
              <w:rPr>
                <w:rFonts w:hint="eastAsia"/>
              </w:rPr>
            </w:pPr>
          </w:p>
        </w:tc>
      </w:tr>
      <w:tr w:rsidR="00F54C66" w14:paraId="701B7A6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7722D52" w14:textId="71639B87" w:rsidR="00F54C66" w:rsidRDefault="00F54C66" w:rsidP="000B505C">
            <w:pPr>
              <w:spacing w:after="0" w:line="240" w:lineRule="auto"/>
              <w:rPr>
                <w:rFonts w:eastAsia="Myriad Pro" w:cs="Myriad Pro"/>
                <w:b/>
                <w:color w:val="1D2958"/>
                <w:sz w:val="18"/>
              </w:rPr>
            </w:pPr>
            <w:r>
              <w:rPr>
                <w:rFonts w:eastAsia="Myriad Pro" w:cs="Myriad Pro"/>
                <w:b/>
                <w:color w:val="1D2958"/>
                <w:sz w:val="18"/>
              </w:rPr>
              <w:t>Signalement anonyme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7D4B5EC1" w14:textId="77777777" w:rsidR="00F54C66" w:rsidRDefault="004F3081" w:rsidP="00F54C66">
            <w:pPr>
              <w:spacing w:after="0" w:line="240" w:lineRule="auto"/>
              <w:rPr>
                <w:rFonts w:eastAsia="Myriad Pro" w:cs="Myriad Pro"/>
                <w:sz w:val="18"/>
                <w:szCs w:val="21"/>
              </w:rPr>
            </w:pPr>
            <w:sdt>
              <w:sdtPr>
                <w:alias w:val="Checkbox 9"/>
                <w:tag w:val="CHECKBOX_0009"/>
                <w:id w:val="1487208471"/>
                <w14:checkbox>
                  <w14:checked w14:val="0"/>
                  <w14:checkedState w14:val="2612" w14:font="Arial"/>
                  <w14:uncheckedState w14:val="2610" w14:font="Arial"/>
                </w14:checkbox>
              </w:sdtPr>
              <w:sdtEndPr/>
              <w:sdtContent>
                <w:r w:rsidR="00F54C66">
                  <w:rPr>
                    <w:rFonts w:ascii="Segoe UI Symbol" w:hAnsi="Segoe UI Symbol" w:cs="Segoe UI Symbol"/>
                  </w:rPr>
                  <w:t>☐</w:t>
                </w:r>
              </w:sdtContent>
            </w:sdt>
            <w:r w:rsidR="00F54C66">
              <w:rPr>
                <w:rFonts w:eastAsia="Myriad Pro" w:cs="Myriad Pro" w:hint="eastAsia"/>
                <w:sz w:val="18"/>
                <w:szCs w:val="21"/>
              </w:rPr>
              <w:t xml:space="preserve"> </w:t>
            </w:r>
            <w:r w:rsidR="00F54C66">
              <w:rPr>
                <w:rFonts w:eastAsia="Myriad Pro" w:cs="Myriad Pro"/>
                <w:sz w:val="18"/>
                <w:szCs w:val="21"/>
              </w:rPr>
              <w:t>Oui</w:t>
            </w:r>
            <w:r w:rsidR="00F54C66">
              <w:rPr>
                <w:rFonts w:eastAsia="Myriad Pro" w:cs="Myriad Pro" w:hint="eastAsia"/>
                <w:sz w:val="18"/>
                <w:szCs w:val="21"/>
              </w:rPr>
              <w:t xml:space="preserve"> </w:t>
            </w:r>
          </w:p>
          <w:p w14:paraId="124159B7" w14:textId="2333B155" w:rsidR="00F54C66" w:rsidRPr="00F54C66" w:rsidRDefault="004F3081" w:rsidP="000B505C">
            <w:pPr>
              <w:spacing w:after="0" w:line="240" w:lineRule="auto"/>
              <w:rPr>
                <w:rFonts w:eastAsia="Myriad Pro" w:cs="Myriad Pro"/>
                <w:sz w:val="18"/>
                <w:szCs w:val="21"/>
              </w:rPr>
            </w:pPr>
            <w:sdt>
              <w:sdtPr>
                <w:alias w:val="Checkbox 10"/>
                <w:tag w:val="CHECKBOX_0010"/>
                <w:id w:val="-1191147512"/>
                <w14:checkbox>
                  <w14:checked w14:val="0"/>
                  <w14:checkedState w14:val="2612" w14:font="Arial"/>
                  <w14:uncheckedState w14:val="2610" w14:font="Arial"/>
                </w14:checkbox>
              </w:sdtPr>
              <w:sdtEndPr/>
              <w:sdtContent>
                <w:r w:rsidR="00F54C66">
                  <w:rPr>
                    <w:rFonts w:ascii="Segoe UI Symbol" w:hAnsi="Segoe UI Symbol" w:cs="Segoe UI Symbol"/>
                  </w:rPr>
                  <w:t>☐</w:t>
                </w:r>
              </w:sdtContent>
            </w:sdt>
            <w:r w:rsidR="00F54C66">
              <w:rPr>
                <w:rFonts w:eastAsia="Myriad Pro" w:cs="Myriad Pro" w:hint="eastAsia"/>
                <w:sz w:val="18"/>
                <w:szCs w:val="21"/>
              </w:rPr>
              <w:t xml:space="preserve"> </w:t>
            </w:r>
            <w:r w:rsidR="00F54C66">
              <w:rPr>
                <w:rFonts w:eastAsia="Myriad Pro" w:cs="Myriad Pro"/>
                <w:sz w:val="18"/>
                <w:szCs w:val="21"/>
              </w:rPr>
              <w:t>Non</w:t>
            </w:r>
            <w:r w:rsidR="00F54C66">
              <w:rPr>
                <w:rFonts w:eastAsia="Myriad Pro" w:cs="Myriad Pro" w:hint="eastAsia"/>
                <w:sz w:val="18"/>
                <w:szCs w:val="21"/>
              </w:rPr>
              <w:t xml:space="preserve"> </w:t>
            </w:r>
          </w:p>
        </w:tc>
      </w:tr>
    </w:tbl>
    <w:p w14:paraId="10BBCCC4" w14:textId="77777777" w:rsidR="00A5425F" w:rsidRDefault="00A5425F" w:rsidP="00A5425F">
      <w:pPr>
        <w:spacing w:after="110" w:line="259" w:lineRule="auto"/>
        <w:rPr>
          <w:rFonts w:hint="eastAsia"/>
        </w:rPr>
      </w:pPr>
    </w:p>
    <w:p w14:paraId="0FAB4383" w14:textId="77777777" w:rsidR="00A5425F" w:rsidRDefault="00A5425F" w:rsidP="00A5425F">
      <w:pPr>
        <w:pStyle w:val="Heading2"/>
        <w:spacing w:after="80"/>
      </w:pPr>
      <w:bookmarkStart w:id="2" w:name="_Toc239339913"/>
      <w:r>
        <w:rPr>
          <w:rFonts w:ascii="Ubuntu" w:eastAsia="Ubuntu" w:hAnsi="Ubuntu" w:cs="Ubuntu" w:hint="eastAsia"/>
          <w:u w:val="single"/>
        </w:rPr>
        <w:t>2. Produit ou composant concerné</w:t>
      </w:r>
      <w:bookmarkEnd w:id="2"/>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17462D5F"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3849B6EE" w14:textId="77777777" w:rsidR="00A5425F" w:rsidRDefault="00A5425F" w:rsidP="000B505C">
            <w:pPr>
              <w:spacing w:after="0" w:line="240" w:lineRule="auto"/>
              <w:rPr>
                <w:rFonts w:hint="eastAsia"/>
              </w:rPr>
            </w:pPr>
            <w:r>
              <w:rPr>
                <w:rFonts w:eastAsia="Ubuntu" w:cs="Ubuntu" w:hint="eastAsia"/>
                <w:b/>
                <w:color w:val="FFFFFF"/>
                <w:sz w:val="18"/>
              </w:rPr>
              <w:t>Champ</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7EFBA718" w14:textId="77777777" w:rsidR="00A5425F" w:rsidRDefault="00A5425F" w:rsidP="000B505C">
            <w:pPr>
              <w:spacing w:after="0" w:line="240" w:lineRule="auto"/>
              <w:rPr>
                <w:rFonts w:hint="eastAsia"/>
              </w:rPr>
            </w:pPr>
            <w:r>
              <w:rPr>
                <w:rFonts w:eastAsia="Ubuntu" w:cs="Ubuntu" w:hint="eastAsia"/>
                <w:b/>
                <w:color w:val="FFFFFF"/>
                <w:sz w:val="18"/>
              </w:rPr>
              <w:t>Réponse</w:t>
            </w:r>
          </w:p>
        </w:tc>
      </w:tr>
      <w:tr w:rsidR="00A5425F" w:rsidRPr="00862DE8" w14:paraId="36F3761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7A474D7B" w14:textId="77777777" w:rsidR="00A5425F" w:rsidRPr="00862DE8" w:rsidRDefault="00A5425F" w:rsidP="000B505C">
            <w:pPr>
              <w:spacing w:after="0" w:line="240" w:lineRule="auto"/>
              <w:rPr>
                <w:rFonts w:hint="eastAsia"/>
                <w:lang w:val="fr-FR"/>
              </w:rPr>
            </w:pPr>
            <w:r w:rsidRPr="00862DE8">
              <w:rPr>
                <w:rFonts w:eastAsia="Myriad Pro" w:cs="Myriad Pro" w:hint="eastAsia"/>
                <w:b/>
                <w:color w:val="1D2958"/>
                <w:sz w:val="18"/>
                <w:lang w:val="fr-FR"/>
              </w:rPr>
              <w:t>Nom du produit ou service (obligatoire)</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C745BD3" w14:textId="77777777" w:rsidR="00A5425F" w:rsidRPr="00862DE8" w:rsidRDefault="00A5425F" w:rsidP="000B505C">
            <w:pPr>
              <w:spacing w:after="0" w:line="240" w:lineRule="auto"/>
              <w:rPr>
                <w:rFonts w:hint="eastAsia"/>
                <w:lang w:val="fr-FR"/>
              </w:rPr>
            </w:pPr>
          </w:p>
        </w:tc>
      </w:tr>
      <w:tr w:rsidR="00A5425F" w14:paraId="427AA205"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506DC73" w14:textId="374D70EE" w:rsidR="00A5425F" w:rsidRDefault="00A5425F" w:rsidP="000B505C">
            <w:pPr>
              <w:spacing w:after="0" w:line="240" w:lineRule="auto"/>
              <w:rPr>
                <w:rFonts w:hint="eastAsia"/>
              </w:rPr>
            </w:pPr>
            <w:proofErr w:type="spellStart"/>
            <w:r>
              <w:rPr>
                <w:rFonts w:eastAsia="Myriad Pro" w:cs="Myriad Pro" w:hint="eastAsia"/>
                <w:b/>
                <w:color w:val="1D2958"/>
                <w:sz w:val="18"/>
              </w:rPr>
              <w:t>Modèle</w:t>
            </w:r>
            <w:proofErr w:type="spellEnd"/>
            <w:r>
              <w:rPr>
                <w:rFonts w:eastAsia="Myriad Pro" w:cs="Myriad Pro" w:hint="eastAsia"/>
                <w:b/>
                <w:color w:val="1D2958"/>
                <w:sz w:val="18"/>
              </w:rPr>
              <w:t xml:space="preserve"> (le </w:t>
            </w:r>
            <w:proofErr w:type="spellStart"/>
            <w:r>
              <w:rPr>
                <w:rFonts w:eastAsia="Myriad Pro" w:cs="Myriad Pro" w:hint="eastAsia"/>
                <w:b/>
                <w:color w:val="1D2958"/>
                <w:sz w:val="18"/>
              </w:rPr>
              <w:t>cas</w:t>
            </w:r>
            <w:proofErr w:type="spellEnd"/>
            <w:r>
              <w:rPr>
                <w:rFonts w:eastAsia="Myriad Pro" w:cs="Myriad Pro" w:hint="eastAsia"/>
                <w:b/>
                <w:color w:val="1D2958"/>
                <w:sz w:val="18"/>
              </w:rPr>
              <w:t xml:space="preserve"> </w:t>
            </w:r>
            <w:proofErr w:type="spellStart"/>
            <w:r>
              <w:rPr>
                <w:rFonts w:eastAsia="Myriad Pro" w:cs="Myriad Pro" w:hint="eastAsia"/>
                <w:b/>
                <w:color w:val="1D2958"/>
                <w:sz w:val="18"/>
              </w:rPr>
              <w:t>échéant</w:t>
            </w:r>
            <w:proofErr w:type="spellEnd"/>
            <w:r>
              <w:rPr>
                <w:rFonts w:eastAsia="Myriad Pro" w:cs="Myriad Pro" w:hint="eastAsia"/>
                <w:b/>
                <w:color w:val="1D2958"/>
                <w:sz w:val="18"/>
              </w:rPr>
              <w: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343FE2B" w14:textId="77777777" w:rsidR="00A5425F" w:rsidRDefault="00A5425F" w:rsidP="000B505C">
            <w:pPr>
              <w:spacing w:after="0" w:line="240" w:lineRule="auto"/>
              <w:rPr>
                <w:rFonts w:hint="eastAsia"/>
              </w:rPr>
            </w:pPr>
          </w:p>
        </w:tc>
      </w:tr>
      <w:tr w:rsidR="00A5425F" w14:paraId="29597FDE"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75A670F4" w14:textId="29C35B81" w:rsidR="00A5425F" w:rsidRDefault="00A5425F" w:rsidP="000B505C">
            <w:pPr>
              <w:spacing w:after="0" w:line="240" w:lineRule="auto"/>
              <w:rPr>
                <w:rFonts w:hint="eastAsia"/>
              </w:rPr>
            </w:pPr>
            <w:r>
              <w:rPr>
                <w:rFonts w:eastAsia="Myriad Pro" w:cs="Myriad Pro" w:hint="eastAsia"/>
                <w:b/>
                <w:color w:val="1D2958"/>
                <w:sz w:val="18"/>
              </w:rPr>
              <w:t>Version matérielle (si connue)</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0D484A5D" w14:textId="77777777" w:rsidR="00A5425F" w:rsidRDefault="00A5425F" w:rsidP="000B505C">
            <w:pPr>
              <w:spacing w:after="0" w:line="240" w:lineRule="auto"/>
              <w:rPr>
                <w:rFonts w:hint="eastAsia"/>
              </w:rPr>
            </w:pPr>
          </w:p>
        </w:tc>
      </w:tr>
      <w:tr w:rsidR="00A5425F" w:rsidRPr="00862DE8" w14:paraId="21CB9F50"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98B3652" w14:textId="511FB920" w:rsidR="00A5425F" w:rsidRPr="00862DE8" w:rsidRDefault="00A73F26" w:rsidP="000B505C">
            <w:pPr>
              <w:spacing w:after="0" w:line="240" w:lineRule="auto"/>
              <w:rPr>
                <w:rFonts w:hint="eastAsia"/>
                <w:lang w:val="fr-FR"/>
              </w:rPr>
            </w:pPr>
            <w:r w:rsidRPr="00862DE8">
              <w:rPr>
                <w:rFonts w:eastAsia="Myriad Pro" w:cs="Myriad Pro"/>
                <w:b/>
                <w:color w:val="1D2958"/>
                <w:sz w:val="18"/>
                <w:lang w:val="fr-FR"/>
              </w:rPr>
              <w:lastRenderedPageBreak/>
              <w:t xml:space="preserve">Version du </w:t>
            </w:r>
            <w:proofErr w:type="spellStart"/>
            <w:r w:rsidRPr="00862DE8">
              <w:rPr>
                <w:rFonts w:eastAsia="Myriad Pro" w:cs="Myriad Pro"/>
                <w:b/>
                <w:color w:val="1D2958"/>
                <w:sz w:val="18"/>
                <w:lang w:val="fr-FR"/>
              </w:rPr>
              <w:t>firmware</w:t>
            </w:r>
            <w:proofErr w:type="spellEnd"/>
            <w:r w:rsidRPr="00862DE8">
              <w:rPr>
                <w:rFonts w:eastAsia="Myriad Pro" w:cs="Myriad Pro"/>
                <w:b/>
                <w:color w:val="1D2958"/>
                <w:sz w:val="18"/>
                <w:lang w:val="fr-FR"/>
              </w:rPr>
              <w:t xml:space="preserve"> / logiciel / application (si connue)</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CAFDD5B" w14:textId="77777777" w:rsidR="00A5425F" w:rsidRPr="00862DE8" w:rsidRDefault="00A5425F" w:rsidP="000B505C">
            <w:pPr>
              <w:spacing w:after="0" w:line="240" w:lineRule="auto"/>
              <w:rPr>
                <w:rFonts w:hint="eastAsia"/>
                <w:lang w:val="fr-FR"/>
              </w:rPr>
            </w:pPr>
          </w:p>
        </w:tc>
      </w:tr>
      <w:tr w:rsidR="00A5425F" w14:paraId="73D070A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BAB7CD5" w14:textId="48876666" w:rsidR="00A5425F" w:rsidRDefault="007D6092" w:rsidP="000B505C">
            <w:pPr>
              <w:spacing w:after="0" w:line="240" w:lineRule="auto"/>
              <w:rPr>
                <w:rFonts w:hint="eastAsia"/>
              </w:rPr>
            </w:pPr>
            <w:r>
              <w:rPr>
                <w:rFonts w:eastAsia="Myriad Pro" w:cs="Myriad Pro"/>
                <w:b/>
                <w:color w:val="1D2958"/>
                <w:sz w:val="18"/>
              </w:rPr>
              <w:t xml:space="preserve">Pays / </w:t>
            </w:r>
            <w:proofErr w:type="spellStart"/>
            <w:r>
              <w:rPr>
                <w:rFonts w:eastAsia="Myriad Pro" w:cs="Myriad Pro"/>
                <w:b/>
                <w:color w:val="1D2958"/>
                <w:sz w:val="18"/>
              </w:rPr>
              <w:t>région</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CE0B6C5" w14:textId="77777777" w:rsidR="00A5425F" w:rsidRDefault="00A5425F" w:rsidP="000B505C">
            <w:pPr>
              <w:spacing w:after="0" w:line="240" w:lineRule="auto"/>
              <w:rPr>
                <w:rFonts w:hint="eastAsia"/>
              </w:rPr>
            </w:pPr>
          </w:p>
        </w:tc>
      </w:tr>
      <w:tr w:rsidR="00A5425F" w:rsidRPr="00862DE8" w14:paraId="0743AC2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E7F2671" w14:textId="493072AB" w:rsidR="00A5425F" w:rsidRPr="00862DE8" w:rsidRDefault="007D6092" w:rsidP="000B505C">
            <w:pPr>
              <w:spacing w:after="0" w:line="240" w:lineRule="auto"/>
              <w:rPr>
                <w:rFonts w:hint="eastAsia"/>
                <w:lang w:val="fr-FR"/>
              </w:rPr>
            </w:pPr>
            <w:r w:rsidRPr="00862DE8">
              <w:rPr>
                <w:rFonts w:eastAsia="Myriad Pro" w:cs="Myriad Pro"/>
                <w:b/>
                <w:color w:val="1D2958"/>
                <w:sz w:val="18"/>
                <w:lang w:val="fr-FR"/>
              </w:rPr>
              <w:t>Autres informations de configuration pertinentes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0EF27A1F" w14:textId="77777777" w:rsidR="00A5425F" w:rsidRPr="00862DE8" w:rsidRDefault="00A5425F" w:rsidP="000B505C">
            <w:pPr>
              <w:spacing w:after="0" w:line="240" w:lineRule="auto"/>
              <w:rPr>
                <w:rFonts w:hint="eastAsia"/>
                <w:lang w:val="fr-FR"/>
              </w:rPr>
            </w:pPr>
          </w:p>
        </w:tc>
      </w:tr>
    </w:tbl>
    <w:p w14:paraId="3454BA03" w14:textId="77777777" w:rsidR="00A5425F" w:rsidRPr="00862DE8" w:rsidRDefault="00A5425F" w:rsidP="00A5425F">
      <w:pPr>
        <w:spacing w:after="110" w:line="259" w:lineRule="auto"/>
        <w:rPr>
          <w:rFonts w:hint="eastAsia"/>
          <w:lang w:val="fr-FR"/>
        </w:rPr>
      </w:pPr>
    </w:p>
    <w:p w14:paraId="3170C933" w14:textId="4E1DD7FD" w:rsidR="00A5425F" w:rsidRDefault="00A5425F" w:rsidP="00A5425F">
      <w:pPr>
        <w:pStyle w:val="Heading2"/>
        <w:spacing w:after="80"/>
      </w:pPr>
      <w:bookmarkStart w:id="3" w:name="_Toc239339914"/>
      <w:r>
        <w:rPr>
          <w:rFonts w:ascii="Ubuntu" w:eastAsia="Ubuntu" w:hAnsi="Ubuntu" w:cs="Ubuntu" w:hint="eastAsia"/>
          <w:u w:val="single"/>
        </w:rPr>
        <w:t xml:space="preserve">3. Description de la </w:t>
      </w:r>
      <w:proofErr w:type="spellStart"/>
      <w:r>
        <w:rPr>
          <w:rFonts w:ascii="Ubuntu" w:eastAsia="Ubuntu" w:hAnsi="Ubuntu" w:cs="Ubuntu" w:hint="eastAsia"/>
          <w:u w:val="single"/>
        </w:rPr>
        <w:t>vulnérabilité</w:t>
      </w:r>
      <w:proofErr w:type="spellEnd"/>
      <w:r>
        <w:rPr>
          <w:rFonts w:ascii="Ubuntu" w:eastAsia="Ubuntu" w:hAnsi="Ubuntu" w:cs="Ubuntu" w:hint="eastAsia"/>
          <w:u w:val="single"/>
        </w:rPr>
        <w:t xml:space="preserve"> suspectée</w:t>
      </w:r>
      <w:bookmarkEnd w:id="3"/>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2542AB73"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4EE387A3" w14:textId="77777777" w:rsidR="00A5425F" w:rsidRDefault="00A5425F" w:rsidP="000B505C">
            <w:pPr>
              <w:spacing w:after="0" w:line="240" w:lineRule="auto"/>
              <w:rPr>
                <w:rFonts w:hint="eastAsia"/>
              </w:rPr>
            </w:pPr>
            <w:r>
              <w:rPr>
                <w:rFonts w:eastAsia="Ubuntu" w:cs="Ubuntu" w:hint="eastAsia"/>
                <w:b/>
                <w:color w:val="FFFFFF"/>
                <w:sz w:val="18"/>
              </w:rPr>
              <w:t>Champ</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09D75774" w14:textId="77777777" w:rsidR="00A5425F" w:rsidRDefault="00A5425F" w:rsidP="000B505C">
            <w:pPr>
              <w:spacing w:after="0" w:line="240" w:lineRule="auto"/>
              <w:rPr>
                <w:rFonts w:hint="eastAsia"/>
              </w:rPr>
            </w:pPr>
            <w:r>
              <w:rPr>
                <w:rFonts w:eastAsia="Ubuntu" w:cs="Ubuntu" w:hint="eastAsia"/>
                <w:b/>
                <w:color w:val="FFFFFF"/>
                <w:sz w:val="18"/>
              </w:rPr>
              <w:t>Réponse</w:t>
            </w:r>
          </w:p>
        </w:tc>
      </w:tr>
      <w:tr w:rsidR="00A5425F" w14:paraId="411E80B2"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9B817FF" w14:textId="38033EC0" w:rsidR="00A5425F" w:rsidRDefault="0026323C" w:rsidP="000B505C">
            <w:pPr>
              <w:spacing w:after="0" w:line="240" w:lineRule="auto"/>
              <w:rPr>
                <w:rFonts w:hint="eastAsia"/>
              </w:rPr>
            </w:pPr>
            <w:r>
              <w:rPr>
                <w:rFonts w:eastAsia="Myriad Pro" w:cs="Myriad Pro"/>
                <w:b/>
                <w:color w:val="1D2958"/>
                <w:sz w:val="18"/>
              </w:rPr>
              <w:t>Titre court (obligatoire)</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67D5478" w14:textId="2FDFDE72" w:rsidR="00A5425F" w:rsidRDefault="00A5425F" w:rsidP="000B505C">
            <w:pPr>
              <w:spacing w:after="0" w:line="240" w:lineRule="auto"/>
              <w:rPr>
                <w:rFonts w:hint="eastAsia"/>
              </w:rPr>
            </w:pPr>
          </w:p>
        </w:tc>
      </w:tr>
      <w:tr w:rsidR="0026323C" w:rsidRPr="00862DE8" w14:paraId="3E51C3A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4A0EB080" w14:textId="77777777" w:rsidR="0026323C" w:rsidRPr="00862DE8" w:rsidRDefault="0026323C" w:rsidP="000B505C">
            <w:pPr>
              <w:spacing w:after="0" w:line="240" w:lineRule="auto"/>
              <w:rPr>
                <w:rFonts w:eastAsia="Myriad Pro" w:cs="Myriad Pro"/>
                <w:b/>
                <w:color w:val="1D2958"/>
                <w:sz w:val="18"/>
                <w:lang w:val="fr-FR"/>
              </w:rPr>
            </w:pPr>
            <w:r w:rsidRPr="00862DE8">
              <w:rPr>
                <w:rFonts w:eastAsia="Myriad Pro" w:cs="Myriad Pro"/>
                <w:b/>
                <w:color w:val="1D2958"/>
                <w:sz w:val="18"/>
                <w:lang w:val="fr-FR"/>
              </w:rPr>
              <w:t>Veuillez décrire le problème de sécurité identifié (obligatoire)</w:t>
            </w:r>
          </w:p>
          <w:p w14:paraId="5EDC6E74" w14:textId="044A2957" w:rsidR="00BF587A" w:rsidRPr="00862DE8" w:rsidRDefault="00BF587A" w:rsidP="000B505C">
            <w:pPr>
              <w:spacing w:after="0" w:line="240" w:lineRule="auto"/>
              <w:rPr>
                <w:rFonts w:eastAsia="Myriad Pro" w:cs="Myriad Pro"/>
                <w:b/>
                <w:color w:val="1D2958"/>
                <w:sz w:val="18"/>
                <w:lang w:val="fr-FR"/>
              </w:rPr>
            </w:pP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49863FFE" w14:textId="3A658EA9" w:rsidR="0026323C" w:rsidRPr="00862DE8" w:rsidRDefault="0026323C" w:rsidP="000B505C">
            <w:pPr>
              <w:spacing w:after="0" w:line="240" w:lineRule="auto"/>
              <w:rPr>
                <w:rFonts w:hint="eastAsia"/>
                <w:lang w:val="fr-FR"/>
              </w:rPr>
            </w:pPr>
          </w:p>
        </w:tc>
      </w:tr>
      <w:tr w:rsidR="00F517B9" w:rsidRPr="00862DE8" w14:paraId="0D93E63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5642C5A" w14:textId="10D9169C" w:rsidR="00F517B9" w:rsidRPr="00862DE8" w:rsidRDefault="00F517B9" w:rsidP="000B505C">
            <w:pPr>
              <w:spacing w:after="0" w:line="240" w:lineRule="auto"/>
              <w:rPr>
                <w:rFonts w:eastAsia="Myriad Pro" w:cs="Myriad Pro"/>
                <w:b/>
                <w:color w:val="1D2958"/>
                <w:sz w:val="18"/>
                <w:lang w:val="fr-FR"/>
              </w:rPr>
            </w:pPr>
            <w:r w:rsidRPr="00862DE8">
              <w:rPr>
                <w:rFonts w:eastAsia="Myriad Pro" w:cs="Myriad Pro"/>
                <w:b/>
                <w:color w:val="1D2958"/>
                <w:sz w:val="18"/>
                <w:lang w:val="fr-FR"/>
              </w:rPr>
              <w:t>Quand avez-vous constaté le problème pour la première fois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F063E61" w14:textId="77777777" w:rsidR="00F517B9" w:rsidRPr="00862DE8" w:rsidRDefault="00F517B9" w:rsidP="000B505C">
            <w:pPr>
              <w:spacing w:after="0" w:line="240" w:lineRule="auto"/>
              <w:rPr>
                <w:rFonts w:hint="eastAsia"/>
                <w:lang w:val="fr-FR"/>
              </w:rPr>
            </w:pPr>
          </w:p>
        </w:tc>
      </w:tr>
      <w:tr w:rsidR="00F517B9" w14:paraId="4ACE11E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AB48F10" w14:textId="2F53ABD5" w:rsidR="00F517B9" w:rsidRDefault="00F517B9" w:rsidP="000B505C">
            <w:pPr>
              <w:spacing w:after="0" w:line="240" w:lineRule="auto"/>
              <w:rPr>
                <w:rFonts w:eastAsia="Myriad Pro" w:cs="Myriad Pro"/>
                <w:b/>
                <w:color w:val="1D2958"/>
                <w:sz w:val="18"/>
              </w:rPr>
            </w:pPr>
            <w:r>
              <w:rPr>
                <w:rFonts w:eastAsia="Myriad Pro" w:cs="Myriad Pro"/>
                <w:b/>
                <w:color w:val="1D2958"/>
                <w:sz w:val="18"/>
              </w:rPr>
              <w:t xml:space="preserve">Quel </w:t>
            </w:r>
            <w:proofErr w:type="spellStart"/>
            <w:r>
              <w:rPr>
                <w:rFonts w:eastAsia="Myriad Pro" w:cs="Myriad Pro"/>
                <w:b/>
                <w:color w:val="1D2958"/>
                <w:sz w:val="18"/>
              </w:rPr>
              <w:t>comportement</w:t>
            </w:r>
            <w:proofErr w:type="spellEnd"/>
            <w:r>
              <w:rPr>
                <w:rFonts w:eastAsia="Myriad Pro" w:cs="Myriad Pro"/>
                <w:b/>
                <w:color w:val="1D2958"/>
                <w:sz w:val="18"/>
              </w:rPr>
              <w:t xml:space="preserve"> </w:t>
            </w:r>
            <w:proofErr w:type="spellStart"/>
            <w:r>
              <w:rPr>
                <w:rFonts w:eastAsia="Myriad Pro" w:cs="Myriad Pro"/>
                <w:b/>
                <w:color w:val="1D2958"/>
                <w:sz w:val="18"/>
              </w:rPr>
              <w:t>attendiez</w:t>
            </w:r>
            <w:proofErr w:type="spellEnd"/>
            <w:r>
              <w:rPr>
                <w:rFonts w:eastAsia="Myriad Pro" w:cs="Myriad Pro"/>
                <w:b/>
                <w:color w:val="1D2958"/>
                <w:sz w:val="18"/>
              </w:rPr>
              <w:t>-vous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3BE13C2B" w14:textId="77777777" w:rsidR="00F517B9" w:rsidRDefault="00F517B9" w:rsidP="000B505C">
            <w:pPr>
              <w:spacing w:after="0" w:line="240" w:lineRule="auto"/>
              <w:rPr>
                <w:rFonts w:hint="eastAsia"/>
              </w:rPr>
            </w:pPr>
          </w:p>
        </w:tc>
      </w:tr>
      <w:tr w:rsidR="00F517B9" w:rsidRPr="00862DE8" w14:paraId="286F183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4B2B756C" w14:textId="2A7DB67B" w:rsidR="00F517B9" w:rsidRPr="00862DE8" w:rsidRDefault="00F517B9" w:rsidP="000B505C">
            <w:pPr>
              <w:spacing w:after="0" w:line="240" w:lineRule="auto"/>
              <w:rPr>
                <w:rFonts w:eastAsia="Myriad Pro" w:cs="Myriad Pro"/>
                <w:b/>
                <w:color w:val="1D2958"/>
                <w:sz w:val="18"/>
                <w:lang w:val="fr-FR"/>
              </w:rPr>
            </w:pPr>
            <w:r w:rsidRPr="00862DE8">
              <w:rPr>
                <w:rFonts w:eastAsia="Myriad Pro" w:cs="Myriad Pro"/>
                <w:b/>
                <w:color w:val="1D2958"/>
                <w:sz w:val="18"/>
                <w:lang w:val="fr-FR"/>
              </w:rPr>
              <w:t>Que s’est-il réellement passé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D448354" w14:textId="77777777" w:rsidR="00F517B9" w:rsidRPr="00862DE8" w:rsidRDefault="00F517B9" w:rsidP="000B505C">
            <w:pPr>
              <w:spacing w:after="0" w:line="240" w:lineRule="auto"/>
              <w:rPr>
                <w:rFonts w:hint="eastAsia"/>
                <w:lang w:val="fr-FR"/>
              </w:rPr>
            </w:pPr>
          </w:p>
        </w:tc>
      </w:tr>
      <w:tr w:rsidR="00F517B9" w14:paraId="10F038E4"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590309AD" w14:textId="56738CC4" w:rsidR="00F517B9" w:rsidRPr="00862DE8" w:rsidRDefault="00F517B9" w:rsidP="000B505C">
            <w:pPr>
              <w:spacing w:after="0" w:line="240" w:lineRule="auto"/>
              <w:rPr>
                <w:rFonts w:eastAsia="Myriad Pro" w:cs="Myriad Pro"/>
                <w:b/>
                <w:color w:val="1D2958"/>
                <w:sz w:val="18"/>
                <w:lang w:val="fr-FR"/>
              </w:rPr>
            </w:pPr>
            <w:r w:rsidRPr="00862DE8">
              <w:rPr>
                <w:rFonts w:eastAsia="Myriad Pro" w:cs="Myriad Pro"/>
                <w:b/>
                <w:color w:val="1D2958"/>
                <w:sz w:val="18"/>
                <w:lang w:val="fr-FR"/>
              </w:rPr>
              <w:t>Pouvez-vous reproduire le problème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649706E4" w14:textId="2CA31542" w:rsidR="002F0A10" w:rsidRPr="00224AE7" w:rsidRDefault="004F3081" w:rsidP="000B505C">
            <w:pPr>
              <w:spacing w:after="0" w:line="240" w:lineRule="auto"/>
              <w:rPr>
                <w:rFonts w:eastAsia="Myriad Pro" w:cs="Myriad Pro"/>
                <w:sz w:val="18"/>
                <w:szCs w:val="21"/>
              </w:rPr>
            </w:pPr>
            <w:sdt>
              <w:sdtPr>
                <w:alias w:val="Checkbox 9"/>
                <w:tag w:val="CHECKBOX_0009"/>
                <w:id w:val="219563174"/>
                <w14:checkbox>
                  <w14:checked w14:val="0"/>
                  <w14:checkedState w14:val="2612" w14:font="Arial"/>
                  <w14:uncheckedState w14:val="2610" w14:font="Arial"/>
                </w14:checkbox>
              </w:sdtPr>
              <w:sdtEndPr/>
              <w:sdtContent>
                <w:r w:rsidR="00F517B9">
                  <w:rPr>
                    <w:rFonts w:ascii="Arial" w:hAnsi="Arial" w:cs="Arial"/>
                  </w:rPr>
                  <w:t>☐</w:t>
                </w:r>
              </w:sdtContent>
            </w:sdt>
            <w:r w:rsidR="00F517B9">
              <w:rPr>
                <w:rFonts w:eastAsia="Myriad Pro" w:cs="Myriad Pro" w:hint="eastAsia"/>
                <w:sz w:val="18"/>
                <w:szCs w:val="21"/>
              </w:rPr>
              <w:t xml:space="preserve"> </w:t>
            </w:r>
            <w:r w:rsidR="00F517B9">
              <w:rPr>
                <w:rFonts w:eastAsia="Myriad Pro" w:cs="Myriad Pro"/>
                <w:sz w:val="18"/>
                <w:szCs w:val="21"/>
              </w:rPr>
              <w:t>Oui</w:t>
            </w:r>
            <w:r w:rsidR="00F517B9">
              <w:rPr>
                <w:rFonts w:eastAsia="Myriad Pro" w:cs="Myriad Pro" w:hint="eastAsia"/>
                <w:sz w:val="18"/>
                <w:szCs w:val="21"/>
              </w:rPr>
              <w:t xml:space="preserve"> </w:t>
            </w:r>
            <w:sdt>
              <w:sdtPr>
                <w:alias w:val="Checkbox 10"/>
                <w:tag w:val="CHECKBOX_0010"/>
                <w:id w:val="-192616713"/>
                <w14:checkbox>
                  <w14:checked w14:val="0"/>
                  <w14:checkedState w14:val="2612" w14:font="Arial"/>
                  <w14:uncheckedState w14:val="2610" w14:font="Arial"/>
                </w14:checkbox>
              </w:sdtPr>
              <w:sdtEndPr/>
              <w:sdtContent>
                <w:r w:rsidR="00F517B9">
                  <w:rPr>
                    <w:rFonts w:ascii="Arial" w:hAnsi="Arial" w:cs="Arial"/>
                  </w:rPr>
                  <w:t>☐</w:t>
                </w:r>
              </w:sdtContent>
            </w:sdt>
            <w:r w:rsidR="00F517B9">
              <w:rPr>
                <w:rFonts w:eastAsia="Myriad Pro" w:cs="Myriad Pro" w:hint="eastAsia"/>
                <w:sz w:val="18"/>
                <w:szCs w:val="21"/>
              </w:rPr>
              <w:t xml:space="preserve"> </w:t>
            </w:r>
            <w:r w:rsidR="00F517B9">
              <w:rPr>
                <w:rFonts w:eastAsia="Myriad Pro" w:cs="Myriad Pro"/>
                <w:sz w:val="18"/>
                <w:szCs w:val="21"/>
              </w:rPr>
              <w:t>Non</w:t>
            </w:r>
            <w:r w:rsidR="00F517B9">
              <w:rPr>
                <w:rFonts w:eastAsia="Myriad Pro" w:cs="Myriad Pro" w:hint="eastAsia"/>
                <w:sz w:val="18"/>
                <w:szCs w:val="21"/>
              </w:rPr>
              <w:t xml:space="preserve"> </w:t>
            </w:r>
            <w:sdt>
              <w:sdtPr>
                <w:alias w:val="Checkbox 11"/>
                <w:tag w:val="CHECKBOX_0011"/>
                <w:id w:val="-44069672"/>
                <w14:checkbox>
                  <w14:checked w14:val="0"/>
                  <w14:checkedState w14:val="2612" w14:font="Arial"/>
                  <w14:uncheckedState w14:val="2610" w14:font="Arial"/>
                </w14:checkbox>
              </w:sdtPr>
              <w:sdtEndPr/>
              <w:sdtContent>
                <w:r w:rsidR="00F517B9">
                  <w:rPr>
                    <w:rFonts w:ascii="Arial" w:hAnsi="Arial" w:cs="Arial"/>
                  </w:rPr>
                  <w:t>☐</w:t>
                </w:r>
              </w:sdtContent>
            </w:sdt>
            <w:r w:rsidR="00F517B9">
              <w:rPr>
                <w:rFonts w:eastAsia="Myriad Pro" w:cs="Myriad Pro" w:hint="eastAsia"/>
                <w:sz w:val="18"/>
                <w:szCs w:val="21"/>
              </w:rPr>
              <w:t xml:space="preserve"> </w:t>
            </w:r>
            <w:r w:rsidR="00F517B9">
              <w:rPr>
                <w:rFonts w:eastAsia="Myriad Pro" w:cs="Myriad Pro"/>
                <w:sz w:val="18"/>
                <w:szCs w:val="21"/>
              </w:rPr>
              <w:t>Parfois</w:t>
            </w:r>
            <w:r w:rsidR="00B0684D">
              <w:rPr>
                <w:rFonts w:eastAsia="Myriad Pro" w:cs="Myriad Pro"/>
                <w:sz w:val="18"/>
                <w:szCs w:val="21"/>
              </w:rPr>
              <w:t xml:space="preserve"> </w:t>
            </w:r>
            <w:r w:rsidR="002F0A10" w:rsidRPr="002F0A10">
              <w:rPr>
                <w:rFonts w:eastAsia="Myriad Pro" w:cs="Segoe UI Symbol"/>
                <w:sz w:val="18"/>
                <w:szCs w:val="21"/>
              </w:rPr>
              <w:t>☐</w:t>
            </w:r>
            <w:r w:rsidR="002F0A10" w:rsidRPr="002F0A10">
              <w:rPr>
                <w:rFonts w:eastAsia="Myriad Pro" w:cs="Myriad Pro"/>
                <w:sz w:val="18"/>
                <w:szCs w:val="21"/>
              </w:rPr>
              <w:t xml:space="preserve"> Inconnu</w:t>
            </w:r>
          </w:p>
        </w:tc>
      </w:tr>
      <w:tr w:rsidR="00BF587A" w:rsidRPr="00862DE8" w14:paraId="77C5801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D7EF609" w14:textId="07735993" w:rsidR="00BF587A" w:rsidRPr="00862DE8" w:rsidRDefault="00BF587A" w:rsidP="000B505C">
            <w:pPr>
              <w:spacing w:after="0" w:line="240" w:lineRule="auto"/>
              <w:rPr>
                <w:rFonts w:eastAsia="Myriad Pro" w:cs="Myriad Pro"/>
                <w:b/>
                <w:color w:val="1D2958"/>
                <w:sz w:val="18"/>
                <w:lang w:val="fr-FR"/>
              </w:rPr>
            </w:pPr>
            <w:r w:rsidRPr="00862DE8">
              <w:rPr>
                <w:rFonts w:eastAsia="Myriad Pro" w:cs="Myriad Pro"/>
                <w:b/>
                <w:color w:val="1D2958"/>
                <w:sz w:val="18"/>
                <w:lang w:val="fr-FR"/>
              </w:rPr>
              <w:t>Si possible, décrivez les étapes nécessaires pour le reproduire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2AB18845" w14:textId="77777777" w:rsidR="00BF587A" w:rsidRPr="00862DE8" w:rsidRDefault="00BF587A" w:rsidP="000B505C">
            <w:pPr>
              <w:spacing w:after="0" w:line="240" w:lineRule="auto"/>
              <w:rPr>
                <w:rFonts w:hint="eastAsia"/>
                <w:lang w:val="fr-FR"/>
              </w:rPr>
            </w:pPr>
          </w:p>
        </w:tc>
      </w:tr>
      <w:tr w:rsidR="0074711A" w:rsidRPr="00862DE8" w14:paraId="68B35F76"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24AFAF5" w14:textId="1CB2ECAF" w:rsidR="0074711A" w:rsidRPr="00862DE8" w:rsidRDefault="0074711A" w:rsidP="000B505C">
            <w:pPr>
              <w:spacing w:after="0" w:line="240" w:lineRule="auto"/>
              <w:rPr>
                <w:rFonts w:eastAsia="Myriad Pro" w:cs="Myriad Pro"/>
                <w:b/>
                <w:color w:val="1D2958"/>
                <w:sz w:val="18"/>
                <w:lang w:val="fr-FR"/>
              </w:rPr>
            </w:pPr>
            <w:r w:rsidRPr="00862DE8">
              <w:rPr>
                <w:rFonts w:eastAsia="Myriad Pro" w:cs="Myriad Pro"/>
                <w:b/>
                <w:color w:val="1D2958"/>
                <w:sz w:val="18"/>
                <w:lang w:val="fr-FR"/>
              </w:rPr>
              <w:t>Selon vous, quel impact ce problème pourrait-il avoir sur la sécurité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18A7B91" w14:textId="77777777" w:rsidR="0074711A" w:rsidRPr="00862DE8" w:rsidRDefault="0074711A" w:rsidP="000B505C">
            <w:pPr>
              <w:spacing w:after="0" w:line="240" w:lineRule="auto"/>
              <w:rPr>
                <w:rFonts w:hint="eastAsia"/>
                <w:lang w:val="fr-FR"/>
              </w:rPr>
            </w:pPr>
          </w:p>
        </w:tc>
      </w:tr>
      <w:tr w:rsidR="0074711A" w14:paraId="7859C67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52D79EED" w14:textId="71E3F874" w:rsidR="0074711A" w:rsidRPr="00862DE8" w:rsidRDefault="0074711A" w:rsidP="000B505C">
            <w:pPr>
              <w:spacing w:after="0" w:line="240" w:lineRule="auto"/>
              <w:rPr>
                <w:rFonts w:eastAsia="Myriad Pro" w:cs="Myriad Pro"/>
                <w:b/>
                <w:color w:val="1D2958"/>
                <w:sz w:val="18"/>
                <w:lang w:val="fr-FR"/>
              </w:rPr>
            </w:pPr>
            <w:r w:rsidRPr="00862DE8">
              <w:rPr>
                <w:rFonts w:eastAsia="Myriad Pro" w:cs="Myriad Pro"/>
                <w:b/>
                <w:color w:val="1D2958"/>
                <w:sz w:val="18"/>
                <w:lang w:val="fr-FR"/>
              </w:rPr>
              <w:t>Pièces jointes incluses ?</w:t>
            </w:r>
          </w:p>
          <w:p w14:paraId="797325B8" w14:textId="65CCB756" w:rsidR="0074711A" w:rsidRPr="00862DE8" w:rsidRDefault="0074711A" w:rsidP="000B505C">
            <w:pPr>
              <w:spacing w:after="0" w:line="240" w:lineRule="auto"/>
              <w:rPr>
                <w:rFonts w:eastAsia="Myriad Pro" w:cs="Myriad Pro"/>
                <w:bCs/>
                <w:color w:val="1D2958"/>
                <w:sz w:val="18"/>
                <w:lang w:val="fr-FR"/>
              </w:rPr>
            </w:pPr>
            <w:r w:rsidRPr="00862DE8">
              <w:rPr>
                <w:rFonts w:eastAsia="Myriad Pro" w:cs="Myriad Pro"/>
                <w:b/>
                <w:bCs/>
                <w:color w:val="1D2958"/>
                <w:sz w:val="18"/>
                <w:lang w:val="fr-FR"/>
              </w:rPr>
              <w:t>Vous pouvez fournir des captures d’écran, journaux, vidéos ou informations de preuve de concept pertinents.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4C5E145C" w14:textId="77777777" w:rsidR="00C07344" w:rsidRDefault="004F3081" w:rsidP="00D82881">
            <w:pPr>
              <w:spacing w:after="0" w:line="240" w:lineRule="auto"/>
              <w:rPr>
                <w:rFonts w:eastAsia="Myriad Pro" w:cs="Myriad Pro"/>
                <w:sz w:val="18"/>
                <w:szCs w:val="21"/>
              </w:rPr>
            </w:pPr>
            <w:sdt>
              <w:sdtPr>
                <w:alias w:val="Checkbox 9"/>
                <w:tag w:val="CHECKBOX_0009"/>
                <w:id w:val="135007956"/>
                <w14:checkbox>
                  <w14:checked w14:val="0"/>
                  <w14:checkedState w14:val="2612" w14:font="Arial"/>
                  <w14:uncheckedState w14:val="2610" w14:font="Arial"/>
                </w14:checkbox>
              </w:sdtPr>
              <w:sdtEndPr/>
              <w:sdtContent>
                <w:r w:rsidR="00D82881">
                  <w:rPr>
                    <w:rFonts w:ascii="Segoe UI Symbol" w:hAnsi="Segoe UI Symbol" w:cs="Segoe UI Symbol"/>
                  </w:rPr>
                  <w:t>☐</w:t>
                </w:r>
              </w:sdtContent>
            </w:sdt>
            <w:r w:rsidR="00D82881">
              <w:rPr>
                <w:rFonts w:eastAsia="Myriad Pro" w:cs="Myriad Pro" w:hint="eastAsia"/>
                <w:sz w:val="18"/>
                <w:szCs w:val="21"/>
              </w:rPr>
              <w:t xml:space="preserve"> </w:t>
            </w:r>
            <w:r w:rsidR="00D82881">
              <w:rPr>
                <w:rFonts w:eastAsia="Myriad Pro" w:cs="Myriad Pro"/>
                <w:sz w:val="18"/>
                <w:szCs w:val="21"/>
              </w:rPr>
              <w:t>Oui</w:t>
            </w:r>
            <w:r w:rsidR="00D82881">
              <w:rPr>
                <w:rFonts w:eastAsia="Myriad Pro" w:cs="Myriad Pro" w:hint="eastAsia"/>
                <w:sz w:val="18"/>
                <w:szCs w:val="21"/>
              </w:rPr>
              <w:t xml:space="preserve"> </w:t>
            </w:r>
          </w:p>
          <w:p w14:paraId="517B0ACA" w14:textId="47EC3946" w:rsidR="0074711A" w:rsidRPr="0024320A" w:rsidRDefault="004F3081" w:rsidP="00D82881">
            <w:pPr>
              <w:spacing w:after="0" w:line="240" w:lineRule="auto"/>
              <w:rPr>
                <w:rFonts w:eastAsia="Myriad Pro" w:cs="Myriad Pro"/>
                <w:sz w:val="18"/>
                <w:szCs w:val="21"/>
              </w:rPr>
            </w:pPr>
            <w:sdt>
              <w:sdtPr>
                <w:alias w:val="Checkbox 10"/>
                <w:tag w:val="CHECKBOX_0010"/>
                <w:id w:val="394556111"/>
                <w14:checkbox>
                  <w14:checked w14:val="0"/>
                  <w14:checkedState w14:val="2612" w14:font="Arial"/>
                  <w14:uncheckedState w14:val="2610" w14:font="Arial"/>
                </w14:checkbox>
              </w:sdtPr>
              <w:sdtEndPr/>
              <w:sdtContent>
                <w:r w:rsidR="00D82881">
                  <w:rPr>
                    <w:rFonts w:ascii="Segoe UI Symbol" w:hAnsi="Segoe UI Symbol" w:cs="Segoe UI Symbol"/>
                  </w:rPr>
                  <w:t>☐</w:t>
                </w:r>
              </w:sdtContent>
            </w:sdt>
            <w:r w:rsidR="00D82881">
              <w:rPr>
                <w:rFonts w:eastAsia="Myriad Pro" w:cs="Myriad Pro" w:hint="eastAsia"/>
                <w:sz w:val="18"/>
                <w:szCs w:val="21"/>
              </w:rPr>
              <w:t xml:space="preserve"> </w:t>
            </w:r>
            <w:r w:rsidR="00D82881">
              <w:rPr>
                <w:rFonts w:eastAsia="Myriad Pro" w:cs="Myriad Pro"/>
                <w:sz w:val="18"/>
                <w:szCs w:val="21"/>
              </w:rPr>
              <w:t>Non</w:t>
            </w:r>
          </w:p>
        </w:tc>
      </w:tr>
    </w:tbl>
    <w:p w14:paraId="1BCD7171" w14:textId="77777777" w:rsidR="0074711A" w:rsidRDefault="0074711A" w:rsidP="00A5425F">
      <w:pPr>
        <w:spacing w:after="110" w:line="259" w:lineRule="auto"/>
        <w:rPr>
          <w:rFonts w:hint="eastAsia"/>
        </w:rPr>
      </w:pPr>
    </w:p>
    <w:p w14:paraId="4CD86165" w14:textId="3B1C3BA1" w:rsidR="0074711A" w:rsidRPr="00862DE8" w:rsidRDefault="0074711A" w:rsidP="0074711A">
      <w:pPr>
        <w:pStyle w:val="Heading2"/>
        <w:spacing w:after="80"/>
        <w:rPr>
          <w:lang w:val="fr-FR"/>
        </w:rPr>
      </w:pPr>
      <w:r w:rsidRPr="00862DE8">
        <w:rPr>
          <w:rFonts w:ascii="Ubuntu" w:eastAsia="Ubuntu" w:hAnsi="Ubuntu" w:cs="Ubuntu"/>
          <w:u w:val="single"/>
          <w:lang w:val="fr-FR"/>
        </w:rPr>
        <w:t>Informations techniques complémentaires (facultatif – pour les chercheurs en sécurité)</w:t>
      </w:r>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74711A" w14:paraId="1F603EE2" w14:textId="77777777" w:rsidTr="00096C7B">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241D42F9" w14:textId="77777777" w:rsidR="0074711A" w:rsidRDefault="0074711A" w:rsidP="00096C7B">
            <w:pPr>
              <w:spacing w:after="0" w:line="240" w:lineRule="auto"/>
              <w:rPr>
                <w:rFonts w:hint="eastAsia"/>
              </w:rPr>
            </w:pPr>
            <w:r>
              <w:rPr>
                <w:rFonts w:eastAsia="Ubuntu" w:cs="Ubuntu" w:hint="eastAsia"/>
                <w:b/>
                <w:color w:val="FFFFFF"/>
                <w:sz w:val="18"/>
              </w:rPr>
              <w:t>Champ</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119F17C9" w14:textId="77777777" w:rsidR="0074711A" w:rsidRDefault="0074711A" w:rsidP="00096C7B">
            <w:pPr>
              <w:spacing w:after="0" w:line="240" w:lineRule="auto"/>
              <w:rPr>
                <w:rFonts w:hint="eastAsia"/>
              </w:rPr>
            </w:pPr>
            <w:r>
              <w:rPr>
                <w:rFonts w:eastAsia="Ubuntu" w:cs="Ubuntu" w:hint="eastAsia"/>
                <w:b/>
                <w:color w:val="FFFFFF"/>
                <w:sz w:val="18"/>
              </w:rPr>
              <w:t>Réponse</w:t>
            </w:r>
          </w:p>
        </w:tc>
      </w:tr>
      <w:tr w:rsidR="0074711A" w:rsidRPr="00862DE8" w14:paraId="076F0620"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4A5914CE" w14:textId="119AFD78" w:rsidR="0074711A" w:rsidRPr="00862DE8" w:rsidRDefault="0074711A" w:rsidP="00096C7B">
            <w:pPr>
              <w:spacing w:after="0" w:line="240" w:lineRule="auto"/>
              <w:rPr>
                <w:rFonts w:hint="eastAsia"/>
                <w:lang w:val="fr-FR"/>
              </w:rPr>
            </w:pPr>
            <w:r w:rsidRPr="00862DE8">
              <w:rPr>
                <w:rFonts w:eastAsia="Myriad Pro" w:cs="Myriad Pro" w:hint="eastAsia"/>
                <w:b/>
                <w:color w:val="1D2958"/>
                <w:sz w:val="18"/>
                <w:lang w:val="fr-FR"/>
              </w:rPr>
              <w:t>Type de vulnérabilité (contournement de l’authentification, injection, corruption de mémoire, etc.), si connu</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67FFF39" w14:textId="35F4B46F" w:rsidR="0074711A" w:rsidRPr="00862DE8" w:rsidRDefault="0074711A" w:rsidP="00096C7B">
            <w:pPr>
              <w:spacing w:after="0" w:line="240" w:lineRule="auto"/>
              <w:rPr>
                <w:rFonts w:hint="eastAsia"/>
                <w:lang w:val="fr-FR"/>
              </w:rPr>
            </w:pPr>
          </w:p>
        </w:tc>
      </w:tr>
      <w:tr w:rsidR="0074711A" w14:paraId="3792CFFC"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494AB9FD" w14:textId="03CD2231" w:rsidR="0074711A" w:rsidRDefault="0074711A" w:rsidP="00096C7B">
            <w:pPr>
              <w:spacing w:after="0" w:line="240" w:lineRule="auto"/>
              <w:rPr>
                <w:rFonts w:eastAsia="Myriad Pro" w:cs="Myriad Pro"/>
                <w:b/>
                <w:color w:val="1D2958"/>
                <w:sz w:val="18"/>
              </w:rPr>
            </w:pPr>
            <w:r>
              <w:rPr>
                <w:rFonts w:eastAsia="Myriad Pro" w:cs="Myriad Pro"/>
                <w:b/>
                <w:color w:val="1D2958"/>
                <w:sz w:val="18"/>
              </w:rPr>
              <w:t xml:space="preserve">CWE / CVE, </w:t>
            </w:r>
            <w:proofErr w:type="spellStart"/>
            <w:r>
              <w:rPr>
                <w:rFonts w:eastAsia="Myriad Pro" w:cs="Myriad Pro"/>
                <w:b/>
                <w:color w:val="1D2958"/>
                <w:sz w:val="18"/>
              </w:rPr>
              <w:t>si</w:t>
            </w:r>
            <w:proofErr w:type="spellEnd"/>
            <w:r>
              <w:rPr>
                <w:rFonts w:eastAsia="Myriad Pro" w:cs="Myriad Pro"/>
                <w:b/>
                <w:color w:val="1D2958"/>
                <w:sz w:val="18"/>
              </w:rPr>
              <w:t xml:space="preserve"> connu</w:t>
            </w:r>
          </w:p>
          <w:p w14:paraId="52CDF9DF" w14:textId="77777777" w:rsidR="0074711A" w:rsidRDefault="0074711A" w:rsidP="00096C7B">
            <w:pPr>
              <w:spacing w:after="0" w:line="240" w:lineRule="auto"/>
              <w:rPr>
                <w:rFonts w:eastAsia="Myriad Pro" w:cs="Myriad Pro"/>
                <w:b/>
                <w:color w:val="1D2958"/>
                <w:sz w:val="18"/>
              </w:rPr>
            </w:pP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42F7CD7B" w14:textId="6FA55D2F" w:rsidR="0074711A" w:rsidRPr="00957EDE" w:rsidRDefault="0074711A" w:rsidP="00096C7B">
            <w:pPr>
              <w:spacing w:after="0" w:line="240" w:lineRule="auto"/>
              <w:rPr>
                <w:rFonts w:hint="eastAsia"/>
              </w:rPr>
            </w:pPr>
          </w:p>
        </w:tc>
      </w:tr>
      <w:tr w:rsidR="0074711A" w14:paraId="59362A5A"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641CA65" w14:textId="04EDE49F" w:rsidR="0074711A" w:rsidRDefault="0074711A" w:rsidP="00096C7B">
            <w:pPr>
              <w:spacing w:after="0" w:line="240" w:lineRule="auto"/>
              <w:rPr>
                <w:rFonts w:eastAsia="Myriad Pro" w:cs="Myriad Pro"/>
                <w:b/>
                <w:color w:val="1D2958"/>
                <w:sz w:val="18"/>
              </w:rPr>
            </w:pPr>
            <w:r>
              <w:rPr>
                <w:rFonts w:eastAsia="Myriad Pro" w:cs="Myriad Pro"/>
                <w:b/>
                <w:color w:val="1D2958"/>
                <w:sz w:val="18"/>
              </w:rPr>
              <w:t>Cause technique / détails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4FE41FB" w14:textId="77777777" w:rsidR="0074711A" w:rsidRDefault="0074711A" w:rsidP="00096C7B">
            <w:pPr>
              <w:spacing w:after="0" w:line="240" w:lineRule="auto"/>
              <w:rPr>
                <w:rFonts w:hint="eastAsia"/>
              </w:rPr>
            </w:pPr>
          </w:p>
        </w:tc>
      </w:tr>
      <w:tr w:rsidR="0074711A" w14:paraId="61EE1608"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E039564" w14:textId="7F55FDC4" w:rsidR="0074711A" w:rsidRDefault="0074711A" w:rsidP="00096C7B">
            <w:pPr>
              <w:spacing w:after="0" w:line="240" w:lineRule="auto"/>
              <w:rPr>
                <w:rFonts w:eastAsia="Myriad Pro" w:cs="Myriad Pro"/>
                <w:b/>
                <w:color w:val="1D2958"/>
                <w:sz w:val="18"/>
              </w:rPr>
            </w:pPr>
            <w:r>
              <w:rPr>
                <w:rFonts w:eastAsia="Myriad Pro" w:cs="Myriad Pro"/>
                <w:b/>
                <w:color w:val="1D2958"/>
                <w:sz w:val="18"/>
              </w:rPr>
              <w:lastRenderedPageBreak/>
              <w:t>Environnement de test / configuration</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3A86D6E0" w14:textId="77777777" w:rsidR="0074711A" w:rsidRDefault="0074711A" w:rsidP="00096C7B">
            <w:pPr>
              <w:spacing w:after="0" w:line="240" w:lineRule="auto"/>
              <w:rPr>
                <w:rFonts w:hint="eastAsia"/>
              </w:rPr>
            </w:pPr>
          </w:p>
        </w:tc>
      </w:tr>
      <w:tr w:rsidR="0074711A" w14:paraId="100BCDC5"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5D015C3" w14:textId="27D6331A" w:rsidR="0074711A" w:rsidRDefault="0074711A" w:rsidP="00096C7B">
            <w:pPr>
              <w:spacing w:after="0" w:line="240" w:lineRule="auto"/>
              <w:rPr>
                <w:rFonts w:eastAsia="Myriad Pro" w:cs="Myriad Pro"/>
                <w:b/>
                <w:color w:val="1D2958"/>
                <w:sz w:val="18"/>
              </w:rPr>
            </w:pPr>
            <w:r>
              <w:rPr>
                <w:rFonts w:eastAsia="Myriad Pro" w:cs="Myriad Pro"/>
                <w:b/>
                <w:color w:val="1D2958"/>
                <w:sz w:val="18"/>
              </w:rPr>
              <w:t>Preuve de concept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1ADFA00D" w14:textId="77777777" w:rsidR="0074711A" w:rsidRDefault="0074711A" w:rsidP="00096C7B">
            <w:pPr>
              <w:spacing w:after="0" w:line="240" w:lineRule="auto"/>
              <w:rPr>
                <w:rFonts w:hint="eastAsia"/>
              </w:rPr>
            </w:pPr>
          </w:p>
        </w:tc>
      </w:tr>
    </w:tbl>
    <w:p w14:paraId="35DF4984" w14:textId="77777777" w:rsidR="00D95308" w:rsidRDefault="00D95308" w:rsidP="00A5425F">
      <w:pPr>
        <w:spacing w:after="110" w:line="259" w:lineRule="auto"/>
        <w:rPr>
          <w:rFonts w:hint="eastAsia"/>
        </w:rPr>
      </w:pPr>
    </w:p>
    <w:p w14:paraId="6359F5E2" w14:textId="39F02005" w:rsidR="00A5425F" w:rsidRDefault="00DF7C4F" w:rsidP="00A5425F">
      <w:pPr>
        <w:pStyle w:val="Heading2"/>
        <w:spacing w:after="80"/>
      </w:pPr>
      <w:bookmarkStart w:id="4" w:name="_Toc239339916"/>
      <w:r>
        <w:rPr>
          <w:rFonts w:ascii="Ubuntu" w:eastAsia="Ubuntu" w:hAnsi="Ubuntu" w:cs="Ubuntu"/>
          <w:u w:val="single"/>
        </w:rPr>
        <w:t>4. Scénario d’attaque</w:t>
      </w:r>
      <w:bookmarkEnd w:id="4"/>
    </w:p>
    <w:p w14:paraId="0D3AD5B7" w14:textId="77777777" w:rsidR="00A5425F" w:rsidRPr="00862DE8" w:rsidRDefault="00A5425F" w:rsidP="00A5425F">
      <w:pPr>
        <w:spacing w:after="110" w:line="259" w:lineRule="auto"/>
        <w:rPr>
          <w:rFonts w:hint="eastAsia"/>
          <w:lang w:val="fr-FR"/>
        </w:rPr>
      </w:pPr>
      <w:r w:rsidRPr="00862DE8">
        <w:rPr>
          <w:rFonts w:eastAsia="Myriad Pro" w:cs="Myriad Pro" w:hint="eastAsia"/>
          <w:lang w:val="fr-FR"/>
        </w:rPr>
        <w:t>Le scénario d’attaque est différent de la procédure de reproduction. Décrivez comment un attaquant pourrait, dans un cas réaliste, exploiter le problème.</w:t>
      </w:r>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25EA6E2C"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25259590" w14:textId="77777777" w:rsidR="00A5425F" w:rsidRDefault="00A5425F" w:rsidP="000B505C">
            <w:pPr>
              <w:spacing w:after="0" w:line="240" w:lineRule="auto"/>
              <w:rPr>
                <w:rFonts w:hint="eastAsia"/>
              </w:rPr>
            </w:pPr>
            <w:r>
              <w:rPr>
                <w:rFonts w:eastAsia="Ubuntu" w:cs="Ubuntu" w:hint="eastAsia"/>
                <w:b/>
                <w:color w:val="FFFFFF"/>
                <w:sz w:val="18"/>
              </w:rPr>
              <w:t>Champ</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2DE7851D" w14:textId="77777777" w:rsidR="00A5425F" w:rsidRDefault="00A5425F" w:rsidP="000B505C">
            <w:pPr>
              <w:spacing w:after="0" w:line="240" w:lineRule="auto"/>
              <w:rPr>
                <w:rFonts w:hint="eastAsia"/>
              </w:rPr>
            </w:pPr>
            <w:r>
              <w:rPr>
                <w:rFonts w:eastAsia="Ubuntu" w:cs="Ubuntu" w:hint="eastAsia"/>
                <w:b/>
                <w:color w:val="FFFFFF"/>
                <w:sz w:val="18"/>
              </w:rPr>
              <w:t>Réponse</w:t>
            </w:r>
          </w:p>
        </w:tc>
      </w:tr>
      <w:tr w:rsidR="00343182" w:rsidRPr="00862DE8" w14:paraId="7454E3B3"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238295D4" w14:textId="77777777" w:rsidR="00343182" w:rsidRPr="00862DE8" w:rsidRDefault="00343182" w:rsidP="000B505C">
            <w:pPr>
              <w:spacing w:after="0" w:line="240" w:lineRule="auto"/>
              <w:rPr>
                <w:rFonts w:eastAsia="Myriad Pro" w:cs="Myriad Pro"/>
                <w:b/>
                <w:color w:val="1D2958"/>
                <w:sz w:val="18"/>
                <w:lang w:val="fr-FR"/>
              </w:rPr>
            </w:pPr>
            <w:r w:rsidRPr="00862DE8">
              <w:rPr>
                <w:rFonts w:eastAsia="Myriad Pro" w:cs="Myriad Pro"/>
                <w:b/>
                <w:color w:val="1D2958"/>
                <w:sz w:val="18"/>
                <w:lang w:val="fr-FR"/>
              </w:rPr>
              <w:t>Si vous le savez, veuillez décrire comment une personne pourrait exploiter cette vulnérabilité</w:t>
            </w:r>
          </w:p>
          <w:p w14:paraId="026665C3" w14:textId="77777777" w:rsidR="00343182" w:rsidRPr="00862DE8" w:rsidRDefault="00343182" w:rsidP="000B505C">
            <w:pPr>
              <w:spacing w:after="0" w:line="240" w:lineRule="auto"/>
              <w:rPr>
                <w:rFonts w:eastAsia="Myriad Pro" w:cs="Myriad Pro"/>
                <w:b/>
                <w:color w:val="1D2958"/>
                <w:sz w:val="18"/>
                <w:lang w:val="fr-FR"/>
              </w:rPr>
            </w:pPr>
          </w:p>
          <w:p w14:paraId="0FBC3C9E" w14:textId="3C75C607" w:rsidR="00343182" w:rsidRPr="00862DE8" w:rsidRDefault="00343182" w:rsidP="000B505C">
            <w:pPr>
              <w:spacing w:after="0" w:line="240" w:lineRule="auto"/>
              <w:rPr>
                <w:rFonts w:eastAsia="Myriad Pro" w:cs="Myriad Pro"/>
                <w:b/>
                <w:color w:val="1D2958"/>
                <w:sz w:val="18"/>
                <w:lang w:val="fr-FR"/>
              </w:rPr>
            </w:pP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E1AE6BD" w14:textId="77777777" w:rsidR="00343182" w:rsidRPr="00862DE8" w:rsidRDefault="00343182" w:rsidP="000B505C">
            <w:pPr>
              <w:spacing w:after="0" w:line="240" w:lineRule="auto"/>
              <w:rPr>
                <w:rFonts w:hint="eastAsia"/>
                <w:lang w:val="fr-FR"/>
              </w:rPr>
            </w:pPr>
          </w:p>
          <w:p w14:paraId="436E2A2D" w14:textId="77777777" w:rsidR="00343182" w:rsidRPr="00862DE8" w:rsidRDefault="00343182" w:rsidP="000B505C">
            <w:pPr>
              <w:spacing w:after="0" w:line="240" w:lineRule="auto"/>
              <w:rPr>
                <w:rFonts w:hint="eastAsia"/>
                <w:lang w:val="fr-FR"/>
              </w:rPr>
            </w:pPr>
          </w:p>
        </w:tc>
      </w:tr>
      <w:tr w:rsidR="00A5425F" w14:paraId="6D28231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2D915026" w14:textId="77777777" w:rsidR="00A5425F" w:rsidRDefault="00A5425F" w:rsidP="000B505C">
            <w:pPr>
              <w:spacing w:after="0" w:line="240" w:lineRule="auto"/>
              <w:rPr>
                <w:rFonts w:hint="eastAsia"/>
              </w:rPr>
            </w:pPr>
            <w:proofErr w:type="spellStart"/>
            <w:r>
              <w:rPr>
                <w:rFonts w:eastAsia="Myriad Pro" w:cs="Myriad Pro" w:hint="eastAsia"/>
                <w:b/>
                <w:color w:val="1D2958"/>
                <w:sz w:val="18"/>
              </w:rPr>
              <w:t>Accès</w:t>
            </w:r>
            <w:proofErr w:type="spellEnd"/>
            <w:r>
              <w:rPr>
                <w:rFonts w:eastAsia="Myriad Pro" w:cs="Myriad Pro" w:hint="eastAsia"/>
                <w:b/>
                <w:color w:val="1D2958"/>
                <w:sz w:val="18"/>
              </w:rPr>
              <w:t xml:space="preserve"> </w:t>
            </w:r>
            <w:proofErr w:type="spellStart"/>
            <w:r>
              <w:rPr>
                <w:rFonts w:eastAsia="Myriad Pro" w:cs="Myriad Pro" w:hint="eastAsia"/>
                <w:b/>
                <w:color w:val="1D2958"/>
                <w:sz w:val="18"/>
              </w:rPr>
              <w:t>requis</w:t>
            </w:r>
            <w:proofErr w:type="spellEnd"/>
            <w:r>
              <w:rPr>
                <w:rFonts w:eastAsia="Myriad Pro" w:cs="Myriad Pro" w:hint="eastAsia"/>
                <w:b/>
                <w:color w:val="1D2958"/>
                <w:sz w:val="18"/>
              </w:rPr>
              <w:t xml:space="preserve"> pour </w:t>
            </w:r>
            <w:proofErr w:type="spellStart"/>
            <w:r>
              <w:rPr>
                <w:rFonts w:eastAsia="Myriad Pro" w:cs="Myriad Pro" w:hint="eastAsia"/>
                <w:b/>
                <w:color w:val="1D2958"/>
                <w:sz w:val="18"/>
              </w:rPr>
              <w:t>l’attaquant</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8DC1FEF" w14:textId="77777777" w:rsidR="00343182" w:rsidRPr="00862DE8" w:rsidRDefault="004F3081" w:rsidP="000B505C">
            <w:pPr>
              <w:spacing w:after="0" w:line="240" w:lineRule="auto"/>
              <w:rPr>
                <w:rFonts w:eastAsia="Myriad Pro" w:cs="Myriad Pro"/>
                <w:sz w:val="18"/>
                <w:szCs w:val="21"/>
                <w:lang w:val="fr-FR"/>
              </w:rPr>
            </w:pPr>
            <w:sdt>
              <w:sdtPr>
                <w:rPr>
                  <w:lang w:val="fr-FR"/>
                </w:rPr>
                <w:alias w:val="Checkbox 5"/>
                <w:tag w:val="CHECKBOX_0005"/>
                <w:id w:val="100005"/>
                <w14:checkbox>
                  <w14:checked w14:val="0"/>
                  <w14:checkedState w14:val="2612" w14:font="Arial"/>
                  <w14:uncheckedState w14:val="2610" w14:font="Arial"/>
                </w14:checkbox>
              </w:sdtPr>
              <w:sdtEndPr/>
              <w:sdtContent>
                <w:r w:rsidR="00A5425F" w:rsidRPr="00862DE8">
                  <w:rPr>
                    <w:rFonts w:ascii="Segoe UI Symbol" w:eastAsia="Arial Unicode MS" w:hAnsi="Segoe UI Symbol" w:cs="Segoe UI Symbol"/>
                    <w:color w:val="000000"/>
                    <w:szCs w:val="21"/>
                    <w:lang w:val="fr-FR"/>
                  </w:rPr>
                  <w:t>☐</w:t>
                </w:r>
              </w:sdtContent>
            </w:sdt>
            <w:r w:rsidR="00A5425F" w:rsidRPr="00862DE8">
              <w:rPr>
                <w:rFonts w:eastAsia="Myriad Pro" w:cs="Myriad Pro" w:hint="eastAsia"/>
                <w:sz w:val="18"/>
                <w:szCs w:val="21"/>
                <w:lang w:val="fr-FR"/>
              </w:rPr>
              <w:t xml:space="preserve"> Réseau distant </w:t>
            </w:r>
          </w:p>
          <w:p w14:paraId="4D12F5DF" w14:textId="77777777" w:rsidR="00343182" w:rsidRPr="00862DE8" w:rsidRDefault="004F3081" w:rsidP="000B505C">
            <w:pPr>
              <w:spacing w:after="0" w:line="240" w:lineRule="auto"/>
              <w:rPr>
                <w:rFonts w:eastAsia="Myriad Pro" w:cs="Myriad Pro"/>
                <w:sz w:val="18"/>
                <w:szCs w:val="21"/>
                <w:lang w:val="fr-FR"/>
              </w:rPr>
            </w:pPr>
            <w:sdt>
              <w:sdtPr>
                <w:rPr>
                  <w:lang w:val="fr-FR"/>
                </w:rPr>
                <w:alias w:val="Checkbox 6"/>
                <w:tag w:val="CHECKBOX_0006"/>
                <w:id w:val="100006"/>
                <w14:checkbox>
                  <w14:checked w14:val="0"/>
                  <w14:checkedState w14:val="2612" w14:font="Arial"/>
                  <w14:uncheckedState w14:val="2610" w14:font="Arial"/>
                </w14:checkbox>
              </w:sdtPr>
              <w:sdtEndPr/>
              <w:sdtContent>
                <w:r w:rsidR="00A5425F" w:rsidRPr="00862DE8">
                  <w:rPr>
                    <w:rFonts w:ascii="Segoe UI Symbol" w:eastAsia="Arial Unicode MS" w:hAnsi="Segoe UI Symbol" w:cs="Segoe UI Symbol"/>
                    <w:color w:val="000000"/>
                    <w:szCs w:val="21"/>
                    <w:lang w:val="fr-FR"/>
                  </w:rPr>
                  <w:t>☐</w:t>
                </w:r>
              </w:sdtContent>
            </w:sdt>
            <w:r w:rsidR="00A5425F" w:rsidRPr="00862DE8">
              <w:rPr>
                <w:rFonts w:eastAsia="Myriad Pro" w:cs="Myriad Pro" w:hint="eastAsia"/>
                <w:sz w:val="18"/>
                <w:szCs w:val="21"/>
                <w:lang w:val="fr-FR"/>
              </w:rPr>
              <w:t xml:space="preserve"> Réseau adjacent </w:t>
            </w:r>
          </w:p>
          <w:p w14:paraId="73AFB7D8" w14:textId="347DD23A" w:rsidR="00237A73" w:rsidRPr="00862DE8" w:rsidRDefault="004F3081" w:rsidP="000B505C">
            <w:pPr>
              <w:spacing w:after="0" w:line="240" w:lineRule="auto"/>
              <w:rPr>
                <w:rFonts w:eastAsia="Myriad Pro" w:cs="Myriad Pro"/>
                <w:sz w:val="18"/>
                <w:szCs w:val="21"/>
                <w:lang w:val="fr-FR"/>
              </w:rPr>
            </w:pPr>
            <w:sdt>
              <w:sdtPr>
                <w:rPr>
                  <w:lang w:val="fr-FR"/>
                </w:rPr>
                <w:alias w:val="Checkbox 7"/>
                <w:tag w:val="CHECKBOX_0007"/>
                <w:id w:val="100007"/>
                <w14:checkbox>
                  <w14:checked w14:val="0"/>
                  <w14:checkedState w14:val="2612" w14:font="Arial"/>
                  <w14:uncheckedState w14:val="2610" w14:font="Arial"/>
                </w14:checkbox>
              </w:sdtPr>
              <w:sdtEndPr/>
              <w:sdtContent>
                <w:r w:rsidR="00343182" w:rsidRPr="00862DE8">
                  <w:rPr>
                    <w:rFonts w:ascii="Arial" w:hAnsi="Arial" w:cs="Arial"/>
                    <w:lang w:val="fr-FR"/>
                  </w:rPr>
                  <w:t>☐</w:t>
                </w:r>
              </w:sdtContent>
            </w:sdt>
            <w:r w:rsidR="00A5425F" w:rsidRPr="00862DE8">
              <w:rPr>
                <w:rFonts w:eastAsia="Myriad Pro" w:cs="Myriad Pro" w:hint="eastAsia"/>
                <w:sz w:val="18"/>
                <w:szCs w:val="21"/>
                <w:lang w:val="fr-FR"/>
              </w:rPr>
              <w:t xml:space="preserve"> Réseau local</w:t>
            </w:r>
          </w:p>
          <w:p w14:paraId="6F4EC592" w14:textId="56BCD02D" w:rsidR="00237A73" w:rsidRDefault="004F3081" w:rsidP="00237A73">
            <w:pPr>
              <w:spacing w:after="0" w:line="240" w:lineRule="auto"/>
              <w:rPr>
                <w:rFonts w:eastAsia="Myriad Pro" w:cs="Myriad Pro"/>
                <w:sz w:val="18"/>
                <w:szCs w:val="21"/>
              </w:rPr>
            </w:pPr>
            <w:sdt>
              <w:sdtPr>
                <w:alias w:val="Checkbox 7"/>
                <w:tag w:val="CHECKBOX_0007"/>
                <w:id w:val="-1819639481"/>
                <w14:checkbox>
                  <w14:checked w14:val="0"/>
                  <w14:checkedState w14:val="2612" w14:font="Arial"/>
                  <w14:uncheckedState w14:val="2610" w14:font="Arial"/>
                </w14:checkbox>
              </w:sdtPr>
              <w:sdtEndPr/>
              <w:sdtContent>
                <w:r w:rsidR="00237A73">
                  <w:rPr>
                    <w:rFonts w:ascii="Segoe UI Symbol" w:hAnsi="Segoe UI Symbol" w:cs="Segoe UI Symbol"/>
                  </w:rPr>
                  <w:t>☐</w:t>
                </w:r>
              </w:sdtContent>
            </w:sdt>
            <w:r w:rsidR="00237A73">
              <w:rPr>
                <w:rFonts w:eastAsia="Myriad Pro" w:cs="Myriad Pro" w:hint="eastAsia"/>
                <w:sz w:val="18"/>
                <w:szCs w:val="21"/>
              </w:rPr>
              <w:t xml:space="preserve"> Local </w:t>
            </w:r>
            <w:r w:rsidR="00237A73">
              <w:rPr>
                <w:rFonts w:eastAsia="Myriad Pro" w:cs="Myriad Pro"/>
                <w:sz w:val="18"/>
                <w:szCs w:val="21"/>
              </w:rPr>
              <w:t>device</w:t>
            </w:r>
          </w:p>
          <w:p w14:paraId="34B99A87" w14:textId="4F6A0469" w:rsidR="00237A73" w:rsidRDefault="004F3081" w:rsidP="00237A73">
            <w:pPr>
              <w:spacing w:after="0" w:line="240" w:lineRule="auto"/>
              <w:rPr>
                <w:rFonts w:eastAsia="Myriad Pro" w:cs="Myriad Pro"/>
                <w:sz w:val="18"/>
                <w:szCs w:val="21"/>
              </w:rPr>
            </w:pPr>
            <w:sdt>
              <w:sdtPr>
                <w:alias w:val="Checkbox 8"/>
                <w:tag w:val="CHECKBOX_0008"/>
                <w:id w:val="100008"/>
                <w14:checkbox>
                  <w14:checked w14:val="0"/>
                  <w14:checkedState w14:val="2612" w14:font="Arial"/>
                  <w14:uncheckedState w14:val="2610" w14:font="Arial"/>
                </w14:checkbox>
              </w:sdtPr>
              <w:sdtEndPr/>
              <w:sdtContent>
                <w:r w:rsidR="00237A73">
                  <w:rPr>
                    <w:rFonts w:ascii="Segoe UI Symbol" w:eastAsia="Arial Unicode MS" w:hAnsi="Segoe UI Symbol" w:cs="Segoe UI Symbol"/>
                    <w:color w:val="000000"/>
                    <w:szCs w:val="21"/>
                  </w:rPr>
                  <w:t>☐</w:t>
                </w:r>
              </w:sdtContent>
            </w:sdt>
            <w:r w:rsidR="00237A73">
              <w:rPr>
                <w:rFonts w:eastAsia="Myriad Pro" w:cs="Myriad Pro" w:hint="eastAsia"/>
                <w:sz w:val="18"/>
                <w:szCs w:val="21"/>
              </w:rPr>
              <w:t xml:space="preserve"> Physical</w:t>
            </w:r>
            <w:r w:rsidR="00237A73">
              <w:rPr>
                <w:rFonts w:eastAsia="Myriad Pro" w:cs="Myriad Pro"/>
                <w:sz w:val="18"/>
                <w:szCs w:val="21"/>
              </w:rPr>
              <w:t xml:space="preserve"> access</w:t>
            </w:r>
          </w:p>
          <w:p w14:paraId="3ABC8431" w14:textId="2CF6F2C2" w:rsidR="00A5425F" w:rsidRPr="00343182" w:rsidRDefault="004F3081" w:rsidP="000B505C">
            <w:pPr>
              <w:spacing w:after="0" w:line="240" w:lineRule="auto"/>
              <w:rPr>
                <w:rFonts w:eastAsia="Myriad Pro" w:cs="Myriad Pro"/>
                <w:sz w:val="18"/>
                <w:szCs w:val="21"/>
              </w:rPr>
            </w:pPr>
            <w:sdt>
              <w:sdtPr>
                <w:alias w:val="Checkbox 7"/>
                <w:tag w:val="CHECKBOX_0007"/>
                <w:id w:val="1226117428"/>
                <w14:checkbox>
                  <w14:checked w14:val="0"/>
                  <w14:checkedState w14:val="2612" w14:font="Arial"/>
                  <w14:uncheckedState w14:val="2610" w14:font="Arial"/>
                </w14:checkbox>
              </w:sdtPr>
              <w:sdtEndPr/>
              <w:sdtContent>
                <w:r w:rsidR="00237A73">
                  <w:rPr>
                    <w:rFonts w:ascii="Segoe UI Symbol" w:hAnsi="Segoe UI Symbol" w:cs="Segoe UI Symbol"/>
                  </w:rPr>
                  <w:t>☐</w:t>
                </w:r>
              </w:sdtContent>
            </w:sdt>
            <w:r w:rsidR="00237A73">
              <w:rPr>
                <w:rFonts w:eastAsia="Myriad Pro" w:cs="Myriad Pro" w:hint="eastAsia"/>
                <w:sz w:val="18"/>
                <w:szCs w:val="21"/>
              </w:rPr>
              <w:t xml:space="preserve"> </w:t>
            </w:r>
            <w:r w:rsidR="00237A73">
              <w:rPr>
                <w:rFonts w:eastAsia="Myriad Pro" w:cs="Myriad Pro"/>
                <w:sz w:val="18"/>
                <w:szCs w:val="21"/>
              </w:rPr>
              <w:t>Inconnu</w:t>
            </w:r>
          </w:p>
        </w:tc>
      </w:tr>
      <w:tr w:rsidR="00A5425F" w14:paraId="1B6770E9"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7D71AA6" w14:textId="7457CDE0" w:rsidR="00A5425F" w:rsidRDefault="000678F2" w:rsidP="000B505C">
            <w:pPr>
              <w:spacing w:after="0" w:line="240" w:lineRule="auto"/>
              <w:rPr>
                <w:rFonts w:hint="eastAsia"/>
              </w:rPr>
            </w:pPr>
            <w:r>
              <w:rPr>
                <w:rFonts w:eastAsia="Myriad Pro" w:cs="Myriad Pro"/>
                <w:b/>
                <w:color w:val="1D2958"/>
                <w:sz w:val="18"/>
              </w:rPr>
              <w:t>Interaction de l’utilisateur requise</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5F67674E" w14:textId="77777777" w:rsidR="000678F2" w:rsidRDefault="004F3081" w:rsidP="000B505C">
            <w:pPr>
              <w:spacing w:after="0" w:line="240" w:lineRule="auto"/>
              <w:rPr>
                <w:rFonts w:eastAsia="Myriad Pro" w:cs="Myriad Pro"/>
                <w:sz w:val="18"/>
                <w:szCs w:val="21"/>
              </w:rPr>
            </w:pPr>
            <w:sdt>
              <w:sdtPr>
                <w:alias w:val="Checkbox 9"/>
                <w:tag w:val="CHECKBOX_0009"/>
                <w:id w:val="100009"/>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w:t>
            </w:r>
            <w:r w:rsidR="000678F2">
              <w:rPr>
                <w:rFonts w:eastAsia="Myriad Pro" w:cs="Myriad Pro"/>
                <w:sz w:val="18"/>
                <w:szCs w:val="21"/>
              </w:rPr>
              <w:t>Oui</w:t>
            </w:r>
          </w:p>
          <w:p w14:paraId="17512657" w14:textId="77777777" w:rsidR="000678F2" w:rsidRDefault="004F3081" w:rsidP="000B505C">
            <w:pPr>
              <w:spacing w:after="0" w:line="240" w:lineRule="auto"/>
              <w:rPr>
                <w:rFonts w:eastAsia="Myriad Pro" w:cs="Myriad Pro"/>
                <w:sz w:val="18"/>
                <w:szCs w:val="21"/>
              </w:rPr>
            </w:pPr>
            <w:sdt>
              <w:sdtPr>
                <w:alias w:val="Checkbox 10"/>
                <w:tag w:val="CHECKBOX_0010"/>
                <w:id w:val="100010"/>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w:t>
            </w:r>
            <w:r w:rsidR="000678F2">
              <w:rPr>
                <w:rFonts w:eastAsia="Myriad Pro" w:cs="Myriad Pro"/>
                <w:sz w:val="18"/>
                <w:szCs w:val="21"/>
              </w:rPr>
              <w:t>Non</w:t>
            </w:r>
            <w:r w:rsidR="00A5425F">
              <w:rPr>
                <w:rFonts w:eastAsia="Myriad Pro" w:cs="Myriad Pro" w:hint="eastAsia"/>
                <w:sz w:val="18"/>
                <w:szCs w:val="21"/>
              </w:rPr>
              <w:t xml:space="preserve"> </w:t>
            </w:r>
          </w:p>
          <w:p w14:paraId="52261E5B" w14:textId="7F5784D6" w:rsidR="00A5425F" w:rsidRDefault="004F3081" w:rsidP="000B505C">
            <w:pPr>
              <w:spacing w:after="0" w:line="240" w:lineRule="auto"/>
              <w:rPr>
                <w:rFonts w:hint="eastAsia"/>
              </w:rPr>
            </w:pPr>
            <w:sdt>
              <w:sdtPr>
                <w:alias w:val="Checkbox 11"/>
                <w:tag w:val="CHECKBOX_0011"/>
                <w:id w:val="100011"/>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w:t>
            </w:r>
            <w:r w:rsidR="000678F2">
              <w:rPr>
                <w:rFonts w:eastAsia="Myriad Pro" w:cs="Myriad Pro"/>
                <w:sz w:val="18"/>
                <w:szCs w:val="21"/>
              </w:rPr>
              <w:t>Inconnu</w:t>
            </w:r>
          </w:p>
        </w:tc>
      </w:tr>
      <w:tr w:rsidR="00A5425F" w:rsidRPr="00862DE8" w14:paraId="58C67002"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A636B0A" w14:textId="1E8506CE" w:rsidR="00A5425F" w:rsidRDefault="008733AA" w:rsidP="000B505C">
            <w:pPr>
              <w:spacing w:after="0" w:line="240" w:lineRule="auto"/>
              <w:rPr>
                <w:rFonts w:hint="eastAsia"/>
              </w:rPr>
            </w:pPr>
            <w:r>
              <w:rPr>
                <w:rFonts w:eastAsia="Myriad Pro" w:cs="Myriad Pro"/>
                <w:b/>
                <w:color w:val="1D2958"/>
                <w:sz w:val="18"/>
              </w:rPr>
              <w:t>Autorisations spéciales / compte requis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750508C" w14:textId="68872F1E" w:rsidR="008733AA" w:rsidRPr="00862DE8" w:rsidRDefault="004F3081" w:rsidP="000B505C">
            <w:pPr>
              <w:spacing w:after="0" w:line="240" w:lineRule="auto"/>
              <w:rPr>
                <w:rFonts w:eastAsia="Myriad Pro" w:cs="Myriad Pro"/>
                <w:sz w:val="18"/>
                <w:szCs w:val="21"/>
                <w:lang w:val="fr-FR"/>
              </w:rPr>
            </w:pPr>
            <w:sdt>
              <w:sdtPr>
                <w:rPr>
                  <w:lang w:val="fr-FR"/>
                </w:rPr>
                <w:alias w:val="Checkbox 12"/>
                <w:tag w:val="CHECKBOX_0012"/>
                <w:id w:val="100012"/>
                <w14:checkbox>
                  <w14:checked w14:val="0"/>
                  <w14:checkedState w14:val="2612" w14:font="Arial"/>
                  <w14:uncheckedState w14:val="2610" w14:font="Arial"/>
                </w14:checkbox>
              </w:sdtPr>
              <w:sdtEndPr/>
              <w:sdtContent>
                <w:r w:rsidR="00A5425F" w:rsidRPr="00862DE8">
                  <w:rPr>
                    <w:rFonts w:ascii="Segoe UI Symbol" w:eastAsia="Arial Unicode MS" w:hAnsi="Segoe UI Symbol" w:cs="Segoe UI Symbol"/>
                    <w:color w:val="000000"/>
                    <w:szCs w:val="21"/>
                    <w:lang w:val="fr-FR"/>
                  </w:rPr>
                  <w:t>☐</w:t>
                </w:r>
              </w:sdtContent>
            </w:sdt>
            <w:r w:rsidR="00A5425F" w:rsidRPr="00862DE8">
              <w:rPr>
                <w:rFonts w:eastAsia="Myriad Pro" w:cs="Myriad Pro" w:hint="eastAsia"/>
                <w:sz w:val="18"/>
                <w:szCs w:val="21"/>
                <w:lang w:val="fr-FR"/>
              </w:rPr>
              <w:t xml:space="preserve"> </w:t>
            </w:r>
            <w:r w:rsidR="008733AA" w:rsidRPr="00862DE8">
              <w:rPr>
                <w:rFonts w:eastAsia="Myriad Pro" w:cs="Myriad Pro"/>
                <w:sz w:val="18"/>
                <w:szCs w:val="21"/>
                <w:lang w:val="fr-FR"/>
              </w:rPr>
              <w:t>Oui</w:t>
            </w:r>
          </w:p>
          <w:p w14:paraId="355E9533" w14:textId="69F9EE97" w:rsidR="00A5425F" w:rsidRPr="00862DE8" w:rsidRDefault="004F3081" w:rsidP="000B505C">
            <w:pPr>
              <w:spacing w:after="0" w:line="240" w:lineRule="auto"/>
              <w:rPr>
                <w:rFonts w:eastAsia="Myriad Pro" w:cs="Myriad Pro"/>
                <w:sz w:val="18"/>
                <w:szCs w:val="21"/>
                <w:lang w:val="fr-FR"/>
              </w:rPr>
            </w:pPr>
            <w:sdt>
              <w:sdtPr>
                <w:rPr>
                  <w:lang w:val="fr-FR"/>
                </w:rPr>
                <w:alias w:val="Checkbox 13"/>
                <w:tag w:val="CHECKBOX_0013"/>
                <w:id w:val="100013"/>
                <w14:checkbox>
                  <w14:checked w14:val="0"/>
                  <w14:checkedState w14:val="2612" w14:font="Arial"/>
                  <w14:uncheckedState w14:val="2610" w14:font="Arial"/>
                </w14:checkbox>
              </w:sdtPr>
              <w:sdtEndPr/>
              <w:sdtContent>
                <w:r w:rsidR="00D014AE" w:rsidRPr="00862DE8">
                  <w:rPr>
                    <w:rFonts w:ascii="Arial" w:hAnsi="Arial" w:cs="Arial"/>
                    <w:lang w:val="fr-FR"/>
                  </w:rPr>
                  <w:t>☐</w:t>
                </w:r>
              </w:sdtContent>
            </w:sdt>
            <w:r w:rsidR="00A5425F" w:rsidRPr="00862DE8">
              <w:rPr>
                <w:rFonts w:eastAsia="Myriad Pro" w:cs="Myriad Pro" w:hint="eastAsia"/>
                <w:sz w:val="18"/>
                <w:szCs w:val="21"/>
                <w:lang w:val="fr-FR"/>
              </w:rPr>
              <w:t xml:space="preserve"> </w:t>
            </w:r>
            <w:r w:rsidR="008733AA" w:rsidRPr="00862DE8">
              <w:rPr>
                <w:rFonts w:eastAsia="Myriad Pro" w:cs="Myriad Pro"/>
                <w:sz w:val="18"/>
                <w:szCs w:val="21"/>
                <w:lang w:val="fr-FR"/>
              </w:rPr>
              <w:t>Non</w:t>
            </w:r>
          </w:p>
          <w:p w14:paraId="3FF83E19" w14:textId="77777777" w:rsidR="008733AA" w:rsidRPr="00862DE8" w:rsidRDefault="004F3081" w:rsidP="000B505C">
            <w:pPr>
              <w:spacing w:after="0" w:line="240" w:lineRule="auto"/>
              <w:rPr>
                <w:rFonts w:eastAsia="Myriad Pro" w:cs="Myriad Pro"/>
                <w:sz w:val="18"/>
                <w:szCs w:val="21"/>
                <w:lang w:val="fr-FR"/>
              </w:rPr>
            </w:pPr>
            <w:sdt>
              <w:sdtPr>
                <w:rPr>
                  <w:lang w:val="fr-FR"/>
                </w:rPr>
                <w:alias w:val="Checkbox 13"/>
                <w:tag w:val="CHECKBOX_0013"/>
                <w:id w:val="287096016"/>
                <w14:checkbox>
                  <w14:checked w14:val="0"/>
                  <w14:checkedState w14:val="2612" w14:font="Arial"/>
                  <w14:uncheckedState w14:val="2610" w14:font="Arial"/>
                </w14:checkbox>
              </w:sdtPr>
              <w:sdtEndPr/>
              <w:sdtContent>
                <w:r w:rsidR="008733AA" w:rsidRPr="00862DE8">
                  <w:rPr>
                    <w:rFonts w:ascii="Segoe UI Symbol" w:eastAsia="Arial Unicode MS" w:hAnsi="Segoe UI Symbol" w:cs="Segoe UI Symbol"/>
                    <w:color w:val="000000"/>
                    <w:szCs w:val="21"/>
                    <w:lang w:val="fr-FR"/>
                  </w:rPr>
                  <w:t>☐</w:t>
                </w:r>
              </w:sdtContent>
            </w:sdt>
            <w:r w:rsidR="008733AA" w:rsidRPr="00862DE8">
              <w:rPr>
                <w:rFonts w:eastAsia="Myriad Pro" w:cs="Myriad Pro"/>
                <w:sz w:val="18"/>
                <w:szCs w:val="21"/>
                <w:lang w:val="fr-FR"/>
              </w:rPr>
              <w:t xml:space="preserve"> Inconnu</w:t>
            </w:r>
          </w:p>
          <w:p w14:paraId="030E5B05" w14:textId="1BDB2ACD" w:rsidR="00CF11FA" w:rsidRPr="00862DE8" w:rsidRDefault="00CF11FA" w:rsidP="000B505C">
            <w:pPr>
              <w:spacing w:after="0" w:line="240" w:lineRule="auto"/>
              <w:rPr>
                <w:rFonts w:hint="eastAsia"/>
                <w:lang w:val="fr-FR"/>
              </w:rPr>
            </w:pPr>
            <w:r w:rsidRPr="00862DE8">
              <w:rPr>
                <w:rFonts w:eastAsia="Myriad Pro" w:cs="Myriad Pro"/>
                <w:sz w:val="18"/>
                <w:szCs w:val="21"/>
                <w:lang w:val="fr-FR"/>
              </w:rPr>
              <w:t xml:space="preserve">Si oui, veuillez décrire les autorisations / le compte requis : </w:t>
            </w:r>
          </w:p>
        </w:tc>
      </w:tr>
    </w:tbl>
    <w:p w14:paraId="40E98F5A" w14:textId="77777777" w:rsidR="00C26D3C" w:rsidRPr="00862DE8" w:rsidRDefault="00C26D3C" w:rsidP="00A5425F">
      <w:pPr>
        <w:spacing w:after="110" w:line="259" w:lineRule="auto"/>
        <w:rPr>
          <w:rFonts w:hint="eastAsia"/>
          <w:lang w:val="fr-FR"/>
        </w:rPr>
      </w:pPr>
    </w:p>
    <w:p w14:paraId="1569BE0A" w14:textId="188B587E" w:rsidR="00A5425F" w:rsidRPr="00862DE8" w:rsidRDefault="00DF7C4F" w:rsidP="00A5425F">
      <w:pPr>
        <w:pStyle w:val="Heading2"/>
        <w:spacing w:after="80"/>
        <w:rPr>
          <w:rFonts w:ascii="Ubuntu" w:eastAsia="Ubuntu" w:hAnsi="Ubuntu" w:cs="Ubuntu"/>
          <w:u w:val="single"/>
          <w:lang w:val="fr-FR"/>
        </w:rPr>
      </w:pPr>
      <w:bookmarkStart w:id="5" w:name="_Toc239339917"/>
      <w:r w:rsidRPr="00862DE8">
        <w:rPr>
          <w:rFonts w:ascii="Ubuntu" w:eastAsia="Ubuntu" w:hAnsi="Ubuntu" w:cs="Ubuntu"/>
          <w:u w:val="single"/>
          <w:lang w:val="fr-FR"/>
        </w:rPr>
        <w:t>5. Évaluation de l’impact (facultatif)</w:t>
      </w:r>
      <w:bookmarkEnd w:id="5"/>
    </w:p>
    <w:p w14:paraId="3F175542" w14:textId="385B0456" w:rsidR="003A30AD" w:rsidRPr="00862DE8" w:rsidRDefault="003A30AD" w:rsidP="007B5A7D">
      <w:pPr>
        <w:spacing w:after="110" w:line="259" w:lineRule="auto"/>
        <w:rPr>
          <w:rFonts w:hint="eastAsia"/>
          <w:lang w:val="fr-FR"/>
        </w:rPr>
      </w:pPr>
      <w:r w:rsidRPr="00862DE8">
        <w:rPr>
          <w:rFonts w:eastAsia="Myriad Pro" w:cs="Myriad Pro"/>
          <w:lang w:val="fr-FR"/>
        </w:rPr>
        <w:t>Remplissez cette section si vous êtes en mesure d’évaluer l’impact potentiel.</w:t>
      </w:r>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rsidRPr="00862DE8" w14:paraId="764B17F1"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14AC4ADF" w14:textId="77777777" w:rsidR="00A5425F" w:rsidRDefault="00A5425F" w:rsidP="000B505C">
            <w:pPr>
              <w:spacing w:after="0" w:line="240" w:lineRule="auto"/>
              <w:rPr>
                <w:rFonts w:hint="eastAsia"/>
              </w:rPr>
            </w:pPr>
            <w:r>
              <w:rPr>
                <w:rFonts w:eastAsia="Ubuntu" w:cs="Ubuntu" w:hint="eastAsia"/>
                <w:b/>
                <w:color w:val="FFFFFF"/>
                <w:sz w:val="18"/>
              </w:rPr>
              <w:t xml:space="preserve">Domaine </w:t>
            </w:r>
            <w:proofErr w:type="spellStart"/>
            <w:r>
              <w:rPr>
                <w:rFonts w:eastAsia="Ubuntu" w:cs="Ubuntu" w:hint="eastAsia"/>
                <w:b/>
                <w:color w:val="FFFFFF"/>
                <w:sz w:val="18"/>
              </w:rPr>
              <w:t>d</w:t>
            </w:r>
            <w:r>
              <w:rPr>
                <w:rFonts w:eastAsia="Ubuntu" w:cs="Ubuntu" w:hint="eastAsia"/>
                <w:b/>
                <w:color w:val="FFFFFF"/>
                <w:sz w:val="18"/>
              </w:rPr>
              <w:t>’</w:t>
            </w:r>
            <w:r>
              <w:rPr>
                <w:rFonts w:eastAsia="Ubuntu" w:cs="Ubuntu" w:hint="eastAsia"/>
                <w:b/>
                <w:color w:val="FFFFFF"/>
                <w:sz w:val="18"/>
              </w:rPr>
              <w:t>impact</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30C0FA32" w14:textId="77777777" w:rsidR="00A5425F" w:rsidRPr="00862DE8" w:rsidRDefault="00A5425F" w:rsidP="000B505C">
            <w:pPr>
              <w:spacing w:after="0" w:line="240" w:lineRule="auto"/>
              <w:rPr>
                <w:rFonts w:hint="eastAsia"/>
                <w:lang w:val="fr-FR"/>
              </w:rPr>
            </w:pPr>
            <w:r w:rsidRPr="00862DE8">
              <w:rPr>
                <w:rFonts w:eastAsia="Ubuntu" w:cs="Ubuntu" w:hint="eastAsia"/>
                <w:b/>
                <w:color w:val="FFFFFF"/>
                <w:sz w:val="18"/>
                <w:lang w:val="fr-FR"/>
              </w:rPr>
              <w:t>Évaluation par l</w:t>
            </w:r>
            <w:r w:rsidRPr="00862DE8">
              <w:rPr>
                <w:rFonts w:eastAsia="Ubuntu" w:cs="Ubuntu" w:hint="eastAsia"/>
                <w:b/>
                <w:color w:val="FFFFFF"/>
                <w:sz w:val="18"/>
                <w:lang w:val="fr-FR"/>
              </w:rPr>
              <w:t>’</w:t>
            </w:r>
            <w:r w:rsidRPr="00862DE8">
              <w:rPr>
                <w:rFonts w:eastAsia="Ubuntu" w:cs="Ubuntu" w:hint="eastAsia"/>
                <w:b/>
                <w:color w:val="FFFFFF"/>
                <w:sz w:val="18"/>
                <w:lang w:val="fr-FR"/>
              </w:rPr>
              <w:t>auteur du signalement</w:t>
            </w:r>
          </w:p>
        </w:tc>
      </w:tr>
      <w:tr w:rsidR="00C26D3C" w:rsidRPr="00862DE8" w14:paraId="6E74349F" w14:textId="77777777" w:rsidTr="001975F3">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9E27934" w14:textId="77777777" w:rsidR="00C26D3C" w:rsidRDefault="00C26D3C" w:rsidP="00C26D3C">
            <w:pPr>
              <w:spacing w:after="0" w:line="240" w:lineRule="auto"/>
              <w:rPr>
                <w:rFonts w:hint="eastAsia"/>
              </w:rPr>
            </w:pPr>
            <w:proofErr w:type="spellStart"/>
            <w:r>
              <w:rPr>
                <w:rFonts w:eastAsia="Myriad Pro" w:cs="Myriad Pro" w:hint="eastAsia"/>
                <w:b/>
                <w:color w:val="1D2958"/>
                <w:sz w:val="18"/>
              </w:rPr>
              <w:t>Confidentialité</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40509516" w14:textId="3014F965" w:rsidR="00C26D3C" w:rsidRPr="00862DE8" w:rsidRDefault="004F3081" w:rsidP="00C26D3C">
            <w:pPr>
              <w:spacing w:after="0" w:line="240" w:lineRule="auto"/>
              <w:rPr>
                <w:rFonts w:hint="eastAsia"/>
                <w:lang w:val="fr-FR"/>
              </w:rPr>
            </w:pPr>
            <w:sdt>
              <w:sdtPr>
                <w:rPr>
                  <w:lang w:val="fr-FR"/>
                </w:rPr>
                <w:alias w:val="Checkbox 14"/>
                <w:tag w:val="CHECKBOX_0014"/>
                <w:id w:val="1600525891"/>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Aucun </w:t>
            </w:r>
            <w:sdt>
              <w:sdtPr>
                <w:rPr>
                  <w:lang w:val="fr-FR"/>
                </w:rPr>
                <w:alias w:val="Checkbox 15"/>
                <w:tag w:val="CHECKBOX_0015"/>
                <w:id w:val="1394080154"/>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Faible </w:t>
            </w:r>
            <w:sdt>
              <w:sdtPr>
                <w:rPr>
                  <w:lang w:val="fr-FR"/>
                </w:rPr>
                <w:alias w:val="Checkbox 15"/>
                <w:tag w:val="CHECKBOX_0015"/>
                <w:id w:val="-144889124"/>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Moyen </w:t>
            </w:r>
            <w:sdt>
              <w:sdtPr>
                <w:rPr>
                  <w:lang w:val="fr-FR"/>
                </w:rPr>
                <w:alias w:val="Checkbox 15"/>
                <w:tag w:val="CHECKBOX_0015"/>
                <w:id w:val="-2111036330"/>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Élevé </w:t>
            </w:r>
            <w:sdt>
              <w:sdtPr>
                <w:rPr>
                  <w:lang w:val="fr-FR"/>
                </w:rPr>
                <w:alias w:val="Checkbox 15"/>
                <w:tag w:val="CHECKBOX_0015"/>
                <w:id w:val="1069998524"/>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Inconnu</w:t>
            </w:r>
          </w:p>
        </w:tc>
      </w:tr>
      <w:tr w:rsidR="00C26D3C" w:rsidRPr="00862DE8" w14:paraId="11EAC470"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7B13AA79" w14:textId="77777777" w:rsidR="00C26D3C" w:rsidRDefault="00C26D3C" w:rsidP="00C26D3C">
            <w:pPr>
              <w:spacing w:after="0" w:line="240" w:lineRule="auto"/>
              <w:rPr>
                <w:rFonts w:hint="eastAsia"/>
              </w:rPr>
            </w:pPr>
            <w:proofErr w:type="spellStart"/>
            <w:r>
              <w:rPr>
                <w:rFonts w:eastAsia="Myriad Pro" w:cs="Myriad Pro" w:hint="eastAsia"/>
                <w:b/>
                <w:color w:val="1D2958"/>
                <w:sz w:val="18"/>
              </w:rPr>
              <w:t>Intégrité</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3C7FE7C2" w14:textId="7735B51D" w:rsidR="00C26D3C" w:rsidRPr="00862DE8" w:rsidRDefault="004F3081" w:rsidP="00C26D3C">
            <w:pPr>
              <w:spacing w:after="0" w:line="240" w:lineRule="auto"/>
              <w:rPr>
                <w:rFonts w:hint="eastAsia"/>
                <w:lang w:val="fr-FR"/>
              </w:rPr>
            </w:pPr>
            <w:sdt>
              <w:sdtPr>
                <w:rPr>
                  <w:lang w:val="fr-FR"/>
                </w:rPr>
                <w:alias w:val="Checkbox 14"/>
                <w:tag w:val="CHECKBOX_0014"/>
                <w:id w:val="-1916462124"/>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Aucun </w:t>
            </w:r>
            <w:sdt>
              <w:sdtPr>
                <w:rPr>
                  <w:lang w:val="fr-FR"/>
                </w:rPr>
                <w:alias w:val="Checkbox 15"/>
                <w:tag w:val="CHECKBOX_0015"/>
                <w:id w:val="-712885015"/>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Faible </w:t>
            </w:r>
            <w:sdt>
              <w:sdtPr>
                <w:rPr>
                  <w:lang w:val="fr-FR"/>
                </w:rPr>
                <w:alias w:val="Checkbox 15"/>
                <w:tag w:val="CHECKBOX_0015"/>
                <w:id w:val="357621927"/>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Moyen </w:t>
            </w:r>
            <w:sdt>
              <w:sdtPr>
                <w:rPr>
                  <w:lang w:val="fr-FR"/>
                </w:rPr>
                <w:alias w:val="Checkbox 15"/>
                <w:tag w:val="CHECKBOX_0015"/>
                <w:id w:val="-730081465"/>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Élevé </w:t>
            </w:r>
            <w:sdt>
              <w:sdtPr>
                <w:rPr>
                  <w:lang w:val="fr-FR"/>
                </w:rPr>
                <w:alias w:val="Checkbox 15"/>
                <w:tag w:val="CHECKBOX_0015"/>
                <w:id w:val="932700775"/>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Inconnu</w:t>
            </w:r>
          </w:p>
        </w:tc>
      </w:tr>
      <w:tr w:rsidR="00C26D3C" w:rsidRPr="00862DE8" w14:paraId="2C9EC529"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767EB0AF" w14:textId="77777777" w:rsidR="00C26D3C" w:rsidRDefault="00C26D3C" w:rsidP="00C26D3C">
            <w:pPr>
              <w:spacing w:after="0" w:line="240" w:lineRule="auto"/>
              <w:rPr>
                <w:rFonts w:hint="eastAsia"/>
              </w:rPr>
            </w:pPr>
            <w:proofErr w:type="spellStart"/>
            <w:r>
              <w:rPr>
                <w:rFonts w:eastAsia="Myriad Pro" w:cs="Myriad Pro" w:hint="eastAsia"/>
                <w:b/>
                <w:color w:val="1D2958"/>
                <w:sz w:val="18"/>
              </w:rPr>
              <w:t>Disponibilité</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54D2C05" w14:textId="62720A4D" w:rsidR="00C26D3C" w:rsidRPr="00862DE8" w:rsidRDefault="004F3081" w:rsidP="00C26D3C">
            <w:pPr>
              <w:spacing w:after="0" w:line="240" w:lineRule="auto"/>
              <w:rPr>
                <w:rFonts w:hint="eastAsia"/>
                <w:lang w:val="fr-FR"/>
              </w:rPr>
            </w:pPr>
            <w:sdt>
              <w:sdtPr>
                <w:rPr>
                  <w:lang w:val="fr-FR"/>
                </w:rPr>
                <w:alias w:val="Checkbox 14"/>
                <w:tag w:val="CHECKBOX_0014"/>
                <w:id w:val="-1975895844"/>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Aucun </w:t>
            </w:r>
            <w:sdt>
              <w:sdtPr>
                <w:rPr>
                  <w:lang w:val="fr-FR"/>
                </w:rPr>
                <w:alias w:val="Checkbox 15"/>
                <w:tag w:val="CHECKBOX_0015"/>
                <w:id w:val="-1324191089"/>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Faible </w:t>
            </w:r>
            <w:sdt>
              <w:sdtPr>
                <w:rPr>
                  <w:lang w:val="fr-FR"/>
                </w:rPr>
                <w:alias w:val="Checkbox 15"/>
                <w:tag w:val="CHECKBOX_0015"/>
                <w:id w:val="568229614"/>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Moyen </w:t>
            </w:r>
            <w:sdt>
              <w:sdtPr>
                <w:rPr>
                  <w:lang w:val="fr-FR"/>
                </w:rPr>
                <w:alias w:val="Checkbox 15"/>
                <w:tag w:val="CHECKBOX_0015"/>
                <w:id w:val="-903059098"/>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Élevé </w:t>
            </w:r>
            <w:sdt>
              <w:sdtPr>
                <w:rPr>
                  <w:lang w:val="fr-FR"/>
                </w:rPr>
                <w:alias w:val="Checkbox 15"/>
                <w:tag w:val="CHECKBOX_0015"/>
                <w:id w:val="-914165875"/>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Inconnu</w:t>
            </w:r>
          </w:p>
        </w:tc>
      </w:tr>
      <w:tr w:rsidR="00C26D3C" w:rsidRPr="00862DE8" w14:paraId="6CEE7253"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1FE8DC9" w14:textId="77777777" w:rsidR="00C26D3C" w:rsidRPr="00862DE8" w:rsidRDefault="00C26D3C" w:rsidP="00C26D3C">
            <w:pPr>
              <w:spacing w:after="0" w:line="240" w:lineRule="auto"/>
              <w:rPr>
                <w:rFonts w:hint="eastAsia"/>
                <w:lang w:val="fr-FR"/>
              </w:rPr>
            </w:pPr>
            <w:r w:rsidRPr="00862DE8">
              <w:rPr>
                <w:rFonts w:eastAsia="Myriad Pro" w:cs="Myriad Pro" w:hint="eastAsia"/>
                <w:b/>
                <w:color w:val="1D2958"/>
                <w:sz w:val="18"/>
                <w:lang w:val="fr-FR"/>
              </w:rPr>
              <w:t>Sécurité des personnes et des biens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D923454" w14:textId="4C02140C" w:rsidR="00C26D3C" w:rsidRPr="00862DE8" w:rsidRDefault="004F3081" w:rsidP="00C26D3C">
            <w:pPr>
              <w:spacing w:after="0" w:line="240" w:lineRule="auto"/>
              <w:rPr>
                <w:rFonts w:hint="eastAsia"/>
                <w:lang w:val="fr-FR"/>
              </w:rPr>
            </w:pPr>
            <w:sdt>
              <w:sdtPr>
                <w:rPr>
                  <w:lang w:val="fr-FR"/>
                </w:rPr>
                <w:alias w:val="Checkbox 14"/>
                <w:tag w:val="CHECKBOX_0014"/>
                <w:id w:val="24375251"/>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Aucun </w:t>
            </w:r>
            <w:sdt>
              <w:sdtPr>
                <w:rPr>
                  <w:lang w:val="fr-FR"/>
                </w:rPr>
                <w:alias w:val="Checkbox 15"/>
                <w:tag w:val="CHECKBOX_0015"/>
                <w:id w:val="-450864777"/>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Faible </w:t>
            </w:r>
            <w:sdt>
              <w:sdtPr>
                <w:rPr>
                  <w:lang w:val="fr-FR"/>
                </w:rPr>
                <w:alias w:val="Checkbox 15"/>
                <w:tag w:val="CHECKBOX_0015"/>
                <w:id w:val="1980098868"/>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Moyen </w:t>
            </w:r>
            <w:sdt>
              <w:sdtPr>
                <w:rPr>
                  <w:lang w:val="fr-FR"/>
                </w:rPr>
                <w:alias w:val="Checkbox 15"/>
                <w:tag w:val="CHECKBOX_0015"/>
                <w:id w:val="-517768858"/>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Élevé </w:t>
            </w:r>
            <w:sdt>
              <w:sdtPr>
                <w:rPr>
                  <w:lang w:val="fr-FR"/>
                </w:rPr>
                <w:alias w:val="Checkbox 15"/>
                <w:tag w:val="CHECKBOX_0015"/>
                <w:id w:val="-1567034122"/>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Inconnu</w:t>
            </w:r>
          </w:p>
        </w:tc>
      </w:tr>
      <w:tr w:rsidR="00C26D3C" w:rsidRPr="00862DE8" w14:paraId="09439440"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2A4C514" w14:textId="77777777" w:rsidR="00C26D3C" w:rsidRDefault="00C26D3C" w:rsidP="00C26D3C">
            <w:pPr>
              <w:spacing w:after="0" w:line="240" w:lineRule="auto"/>
              <w:rPr>
                <w:rFonts w:hint="eastAsia"/>
              </w:rPr>
            </w:pPr>
            <w:r>
              <w:rPr>
                <w:rFonts w:eastAsia="Myriad Pro" w:cs="Myriad Pro" w:hint="eastAsia"/>
                <w:b/>
                <w:color w:val="1D2958"/>
                <w:sz w:val="18"/>
              </w:rPr>
              <w:t>Vie privée</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6294B88" w14:textId="06C7F5AB" w:rsidR="00C26D3C" w:rsidRPr="00862DE8" w:rsidRDefault="004F3081" w:rsidP="00C26D3C">
            <w:pPr>
              <w:spacing w:after="0" w:line="240" w:lineRule="auto"/>
              <w:rPr>
                <w:rFonts w:hint="eastAsia"/>
                <w:lang w:val="fr-FR"/>
              </w:rPr>
            </w:pPr>
            <w:sdt>
              <w:sdtPr>
                <w:rPr>
                  <w:lang w:val="fr-FR"/>
                </w:rPr>
                <w:alias w:val="Checkbox 14"/>
                <w:tag w:val="CHECKBOX_0014"/>
                <w:id w:val="1081492899"/>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Aucun </w:t>
            </w:r>
            <w:sdt>
              <w:sdtPr>
                <w:rPr>
                  <w:lang w:val="fr-FR"/>
                </w:rPr>
                <w:alias w:val="Checkbox 15"/>
                <w:tag w:val="CHECKBOX_0015"/>
                <w:id w:val="-846946052"/>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Faible </w:t>
            </w:r>
            <w:sdt>
              <w:sdtPr>
                <w:rPr>
                  <w:lang w:val="fr-FR"/>
                </w:rPr>
                <w:alias w:val="Checkbox 15"/>
                <w:tag w:val="CHECKBOX_0015"/>
                <w:id w:val="876591318"/>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Moyen </w:t>
            </w:r>
            <w:sdt>
              <w:sdtPr>
                <w:rPr>
                  <w:lang w:val="fr-FR"/>
                </w:rPr>
                <w:alias w:val="Checkbox 15"/>
                <w:tag w:val="CHECKBOX_0015"/>
                <w:id w:val="1249155325"/>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 xml:space="preserve">Élevé </w:t>
            </w:r>
            <w:sdt>
              <w:sdtPr>
                <w:rPr>
                  <w:lang w:val="fr-FR"/>
                </w:rPr>
                <w:alias w:val="Checkbox 15"/>
                <w:tag w:val="CHECKBOX_0015"/>
                <w:id w:val="-1894640933"/>
                <w14:checkbox>
                  <w14:checked w14:val="0"/>
                  <w14:checkedState w14:val="2612" w14:font="Arial"/>
                  <w14:uncheckedState w14:val="2610" w14:font="Arial"/>
                </w14:checkbox>
              </w:sdtPr>
              <w:sdtEndPr/>
              <w:sdtContent>
                <w:r w:rsidR="00C26D3C" w:rsidRPr="00862DE8">
                  <w:rPr>
                    <w:rFonts w:ascii="Segoe UI Symbol" w:hAnsi="Segoe UI Symbol" w:cs="Segoe UI Symbol"/>
                    <w:lang w:val="fr-FR"/>
                  </w:rPr>
                  <w:t>☐</w:t>
                </w:r>
              </w:sdtContent>
            </w:sdt>
            <w:r w:rsidR="00C26D3C" w:rsidRPr="00862DE8">
              <w:rPr>
                <w:rFonts w:hint="eastAsia"/>
                <w:sz w:val="18"/>
                <w:lang w:val="fr-FR"/>
              </w:rPr>
              <w:t xml:space="preserve"> </w:t>
            </w:r>
            <w:r w:rsidR="00C26D3C" w:rsidRPr="00862DE8">
              <w:rPr>
                <w:sz w:val="18"/>
                <w:lang w:val="fr-FR"/>
              </w:rPr>
              <w:t>Inconnu</w:t>
            </w:r>
          </w:p>
        </w:tc>
      </w:tr>
      <w:tr w:rsidR="00C26D3C" w:rsidRPr="00862DE8" w14:paraId="2ADA69B1"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B10A005" w14:textId="04DBAA66" w:rsidR="00C26D3C" w:rsidRPr="00862DE8" w:rsidRDefault="00345DA7" w:rsidP="00C26D3C">
            <w:pPr>
              <w:spacing w:after="0" w:line="240" w:lineRule="auto"/>
              <w:rPr>
                <w:rFonts w:eastAsia="Myriad Pro" w:cs="Myriad Pro"/>
                <w:b/>
                <w:color w:val="1D2958"/>
                <w:sz w:val="18"/>
                <w:lang w:val="fr-FR"/>
              </w:rPr>
            </w:pPr>
            <w:r w:rsidRPr="00862DE8">
              <w:rPr>
                <w:rFonts w:eastAsia="Myriad Pro" w:cs="Myriad Pro"/>
                <w:b/>
                <w:color w:val="1D2958"/>
                <w:sz w:val="18"/>
                <w:lang w:val="fr-FR"/>
              </w:rPr>
              <w:lastRenderedPageBreak/>
              <w:t>Impact sur la chaîne d’approvisionnement ou l’écosystème au sens large</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7D7BF7F" w14:textId="2DF6C58A" w:rsidR="00C26D3C" w:rsidRPr="00862DE8" w:rsidRDefault="00345DA7" w:rsidP="00345DA7">
            <w:pPr>
              <w:rPr>
                <w:rFonts w:hint="eastAsia"/>
                <w:lang w:val="fr-FR"/>
              </w:rPr>
            </w:pPr>
            <w:r w:rsidRPr="00862DE8">
              <w:rPr>
                <w:rFonts w:cs="Segoe UI Symbol"/>
                <w:sz w:val="18"/>
                <w:lang w:val="fr-FR"/>
              </w:rPr>
              <w:t>☐</w:t>
            </w:r>
            <w:r w:rsidRPr="00862DE8">
              <w:rPr>
                <w:sz w:val="18"/>
                <w:lang w:val="fr-FR"/>
              </w:rPr>
              <w:t xml:space="preserve"> Aucun </w:t>
            </w:r>
            <w:r w:rsidRPr="00862DE8">
              <w:rPr>
                <w:rFonts w:cs="Segoe UI Symbol"/>
                <w:sz w:val="18"/>
                <w:lang w:val="fr-FR"/>
              </w:rPr>
              <w:t>☐</w:t>
            </w:r>
            <w:r w:rsidRPr="00862DE8">
              <w:rPr>
                <w:sz w:val="18"/>
                <w:lang w:val="fr-FR"/>
              </w:rPr>
              <w:t xml:space="preserve"> Faible </w:t>
            </w:r>
            <w:r w:rsidRPr="00862DE8">
              <w:rPr>
                <w:rFonts w:cs="Segoe UI Symbol"/>
                <w:sz w:val="18"/>
                <w:lang w:val="fr-FR"/>
              </w:rPr>
              <w:t>☐</w:t>
            </w:r>
            <w:r w:rsidRPr="00862DE8">
              <w:rPr>
                <w:sz w:val="18"/>
                <w:lang w:val="fr-FR"/>
              </w:rPr>
              <w:t xml:space="preserve"> Moyen </w:t>
            </w:r>
            <w:r w:rsidRPr="00862DE8">
              <w:rPr>
                <w:rFonts w:cs="Segoe UI Symbol"/>
                <w:sz w:val="18"/>
                <w:lang w:val="fr-FR"/>
              </w:rPr>
              <w:t>☐</w:t>
            </w:r>
            <w:r w:rsidRPr="00862DE8">
              <w:rPr>
                <w:sz w:val="18"/>
                <w:lang w:val="fr-FR"/>
              </w:rPr>
              <w:t xml:space="preserve"> Élevé </w:t>
            </w:r>
            <w:r w:rsidRPr="00862DE8">
              <w:rPr>
                <w:rFonts w:cs="Segoe UI Symbol"/>
                <w:sz w:val="18"/>
                <w:lang w:val="fr-FR"/>
              </w:rPr>
              <w:t>☐</w:t>
            </w:r>
            <w:r w:rsidRPr="00862DE8">
              <w:rPr>
                <w:sz w:val="18"/>
                <w:lang w:val="fr-FR"/>
              </w:rPr>
              <w:t xml:space="preserve"> Inconnu</w:t>
            </w:r>
          </w:p>
        </w:tc>
      </w:tr>
      <w:tr w:rsidR="00C26D3C" w14:paraId="31C4B4D1" w14:textId="77777777" w:rsidTr="0071281F">
        <w:trPr>
          <w:cantSplit/>
          <w:trHeight w:val="526"/>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6156F11" w14:textId="6E0E88A1" w:rsidR="0071281F" w:rsidRPr="00862DE8" w:rsidRDefault="00345DA7" w:rsidP="00C26D3C">
            <w:pPr>
              <w:spacing w:after="0" w:line="240" w:lineRule="auto"/>
              <w:rPr>
                <w:rFonts w:eastAsia="Myriad Pro" w:cs="Myriad Pro"/>
                <w:b/>
                <w:color w:val="1D2958"/>
                <w:sz w:val="18"/>
                <w:lang w:val="fr-FR"/>
              </w:rPr>
            </w:pPr>
            <w:r w:rsidRPr="00862DE8">
              <w:rPr>
                <w:rFonts w:eastAsia="Myriad Pro" w:cs="Myriad Pro" w:hint="eastAsia"/>
                <w:b/>
                <w:color w:val="1D2958"/>
                <w:sz w:val="18"/>
                <w:lang w:val="fr-FR"/>
              </w:rPr>
              <w:t>Niveau de gravité suggéré, si disponible (facultatif)</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81FDB60" w14:textId="6002D3B1" w:rsidR="00345DA7" w:rsidRPr="00345DA7" w:rsidRDefault="00345DA7" w:rsidP="00345DA7">
            <w:pPr>
              <w:rPr>
                <w:rFonts w:hint="eastAsia"/>
              </w:rPr>
            </w:pPr>
            <w:r w:rsidRPr="00345DA7">
              <w:rPr>
                <w:rFonts w:cs="Segoe UI Symbol"/>
                <w:sz w:val="18"/>
              </w:rPr>
              <w:t>☐</w:t>
            </w:r>
            <w:r w:rsidRPr="00345DA7">
              <w:rPr>
                <w:sz w:val="18"/>
              </w:rPr>
              <w:t xml:space="preserve"> Faible </w:t>
            </w:r>
            <w:r w:rsidRPr="00345DA7">
              <w:rPr>
                <w:rFonts w:cs="Segoe UI Symbol"/>
                <w:sz w:val="18"/>
              </w:rPr>
              <w:t>☐</w:t>
            </w:r>
            <w:r w:rsidRPr="00345DA7">
              <w:rPr>
                <w:sz w:val="18"/>
              </w:rPr>
              <w:t xml:space="preserve"> Moyen </w:t>
            </w:r>
            <w:r w:rsidRPr="00345DA7">
              <w:rPr>
                <w:rFonts w:cs="Segoe UI Symbol"/>
                <w:sz w:val="18"/>
              </w:rPr>
              <w:t>☐</w:t>
            </w:r>
            <w:r w:rsidRPr="00345DA7">
              <w:rPr>
                <w:sz w:val="18"/>
              </w:rPr>
              <w:t xml:space="preserve"> Élevé</w:t>
            </w:r>
            <w:r w:rsidR="0060447F">
              <w:rPr>
                <w:sz w:val="18"/>
              </w:rPr>
              <w:t xml:space="preserve"> </w:t>
            </w:r>
            <w:r w:rsidR="0060447F" w:rsidRPr="00345DA7">
              <w:rPr>
                <w:rFonts w:cs="Segoe UI Symbol"/>
                <w:sz w:val="18"/>
              </w:rPr>
              <w:t>☐</w:t>
            </w:r>
            <w:r w:rsidR="0060447F" w:rsidRPr="00345DA7">
              <w:rPr>
                <w:sz w:val="18"/>
              </w:rPr>
              <w:t xml:space="preserve"> </w:t>
            </w:r>
            <w:r w:rsidR="0060447F">
              <w:rPr>
                <w:sz w:val="18"/>
              </w:rPr>
              <w:t>Critique</w:t>
            </w:r>
            <w:r w:rsidRPr="00345DA7">
              <w:rPr>
                <w:sz w:val="18"/>
              </w:rPr>
              <w:t xml:space="preserve"> </w:t>
            </w:r>
            <w:r w:rsidRPr="00345DA7">
              <w:rPr>
                <w:rFonts w:cs="Segoe UI Symbol"/>
                <w:sz w:val="18"/>
              </w:rPr>
              <w:t>☐</w:t>
            </w:r>
            <w:r w:rsidRPr="00345DA7">
              <w:rPr>
                <w:sz w:val="18"/>
              </w:rPr>
              <w:t xml:space="preserve"> Inconnu</w:t>
            </w:r>
          </w:p>
          <w:p w14:paraId="4F52AD07" w14:textId="77777777" w:rsidR="00C26D3C" w:rsidRPr="00412155" w:rsidRDefault="00C26D3C" w:rsidP="00C26D3C">
            <w:pPr>
              <w:spacing w:after="0" w:line="240" w:lineRule="auto"/>
              <w:rPr>
                <w:rFonts w:hint="eastAsia"/>
              </w:rPr>
            </w:pPr>
          </w:p>
        </w:tc>
      </w:tr>
      <w:tr w:rsidR="0071281F" w:rsidRPr="00862DE8" w14:paraId="5B3BCEAF"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272403F4" w14:textId="121ACD43" w:rsidR="0071281F" w:rsidRPr="00862DE8" w:rsidRDefault="0071281F" w:rsidP="00C26D3C">
            <w:pPr>
              <w:spacing w:after="0" w:line="240" w:lineRule="auto"/>
              <w:rPr>
                <w:rFonts w:eastAsia="Myriad Pro" w:cs="Myriad Pro"/>
                <w:b/>
                <w:color w:val="1D2958"/>
                <w:sz w:val="18"/>
                <w:lang w:val="fr-FR"/>
              </w:rPr>
            </w:pPr>
            <w:r w:rsidRPr="00862DE8">
              <w:rPr>
                <w:rFonts w:eastAsia="Myriad Pro" w:cs="Myriad Pro"/>
                <w:b/>
                <w:color w:val="1D2958"/>
                <w:sz w:val="18"/>
                <w:lang w:val="fr-FR"/>
              </w:rPr>
              <w:t>Vecteur CVSS, si disponible (facultatif)</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2BB85FB1" w14:textId="77777777" w:rsidR="0071281F" w:rsidRPr="00862DE8" w:rsidRDefault="0071281F" w:rsidP="00345DA7">
            <w:pPr>
              <w:rPr>
                <w:rFonts w:ascii="Segoe UI Symbol" w:hAnsi="Segoe UI Symbol" w:cs="Segoe UI Symbol"/>
                <w:lang w:val="fr-FR"/>
              </w:rPr>
            </w:pPr>
          </w:p>
        </w:tc>
      </w:tr>
    </w:tbl>
    <w:p w14:paraId="5C8DF8EA" w14:textId="77777777" w:rsidR="00A5425F" w:rsidRPr="00862DE8" w:rsidRDefault="00A5425F" w:rsidP="00A5425F">
      <w:pPr>
        <w:spacing w:after="110" w:line="259" w:lineRule="auto"/>
        <w:rPr>
          <w:rFonts w:hint="eastAsia"/>
          <w:lang w:val="fr-FR"/>
        </w:rPr>
      </w:pPr>
    </w:p>
    <w:p w14:paraId="4D930159" w14:textId="72D70460" w:rsidR="00A5425F" w:rsidRPr="00862DE8" w:rsidRDefault="00DF7C4F" w:rsidP="00A5425F">
      <w:pPr>
        <w:pStyle w:val="Heading2"/>
        <w:spacing w:after="80"/>
        <w:rPr>
          <w:lang w:val="fr-FR"/>
        </w:rPr>
      </w:pPr>
      <w:bookmarkStart w:id="6" w:name="_Toc239339918"/>
      <w:r w:rsidRPr="00862DE8">
        <w:rPr>
          <w:rFonts w:ascii="Ubuntu" w:eastAsia="Ubuntu" w:hAnsi="Ubuntu" w:cs="Ubuntu"/>
          <w:u w:val="single"/>
          <w:lang w:val="fr-FR"/>
        </w:rPr>
        <w:t>6. État de l’exploitation et de la divulgation</w:t>
      </w:r>
      <w:bookmarkEnd w:id="6"/>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772A8DC8"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1BA79318" w14:textId="77777777" w:rsidR="00A5425F" w:rsidRDefault="00A5425F" w:rsidP="000B505C">
            <w:pPr>
              <w:spacing w:after="0" w:line="240" w:lineRule="auto"/>
              <w:rPr>
                <w:rFonts w:hint="eastAsia"/>
              </w:rPr>
            </w:pPr>
            <w:r>
              <w:rPr>
                <w:rFonts w:eastAsia="Ubuntu" w:cs="Ubuntu" w:hint="eastAsia"/>
                <w:b/>
                <w:color w:val="FFFFFF"/>
                <w:sz w:val="18"/>
              </w:rPr>
              <w:t>Champ</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06C2B871" w14:textId="77777777" w:rsidR="00A5425F" w:rsidRDefault="00A5425F" w:rsidP="000B505C">
            <w:pPr>
              <w:spacing w:after="0" w:line="240" w:lineRule="auto"/>
              <w:rPr>
                <w:rFonts w:hint="eastAsia"/>
              </w:rPr>
            </w:pPr>
            <w:r>
              <w:rPr>
                <w:rFonts w:eastAsia="Ubuntu" w:cs="Ubuntu" w:hint="eastAsia"/>
                <w:b/>
                <w:color w:val="FFFFFF"/>
                <w:sz w:val="18"/>
              </w:rPr>
              <w:t>Réponse</w:t>
            </w:r>
          </w:p>
        </w:tc>
      </w:tr>
      <w:tr w:rsidR="00A5425F" w:rsidRPr="00862DE8" w14:paraId="7A9F7C3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68E1D7B" w14:textId="77777777" w:rsidR="00A5425F" w:rsidRPr="00862DE8" w:rsidRDefault="00A5425F" w:rsidP="000B505C">
            <w:pPr>
              <w:spacing w:after="0" w:line="240" w:lineRule="auto"/>
              <w:rPr>
                <w:rFonts w:hint="eastAsia"/>
                <w:lang w:val="fr-FR"/>
              </w:rPr>
            </w:pPr>
            <w:r w:rsidRPr="00862DE8">
              <w:rPr>
                <w:rFonts w:eastAsia="Myriad Pro" w:cs="Myriad Pro" w:hint="eastAsia"/>
                <w:b/>
                <w:color w:val="1D2958"/>
                <w:sz w:val="18"/>
                <w:lang w:val="fr-FR"/>
              </w:rPr>
              <w:t>La vulnérabilité est-elle déjà publique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054F4F7" w14:textId="77777777" w:rsidR="00A5425F" w:rsidRPr="00862DE8" w:rsidRDefault="004F3081" w:rsidP="000B505C">
            <w:pPr>
              <w:spacing w:after="0" w:line="240" w:lineRule="auto"/>
              <w:rPr>
                <w:rFonts w:hint="eastAsia"/>
                <w:lang w:val="fr-FR"/>
              </w:rPr>
            </w:pPr>
            <w:sdt>
              <w:sdtPr>
                <w:rPr>
                  <w:lang w:val="fr-FR"/>
                </w:rPr>
                <w:alias w:val="Checkbox 14"/>
                <w:tag w:val="CHECKBOX_0014"/>
                <w:id w:val="100014"/>
                <w14:checkbox>
                  <w14:checked w14:val="0"/>
                  <w14:checkedState w14:val="2612" w14:font="Arial"/>
                  <w14:uncheckedState w14:val="2610" w14:font="Arial"/>
                </w14:checkbox>
              </w:sdtPr>
              <w:sdtEndPr/>
              <w:sdtContent>
                <w:r w:rsidR="00A5425F" w:rsidRPr="00862DE8">
                  <w:rPr>
                    <w:rFonts w:ascii="Segoe UI Symbol" w:hAnsi="Segoe UI Symbol" w:cs="Segoe UI Symbol"/>
                    <w:lang w:val="fr-FR"/>
                  </w:rPr>
                  <w:t>☐</w:t>
                </w:r>
              </w:sdtContent>
            </w:sdt>
            <w:r w:rsidR="00A5425F" w:rsidRPr="00862DE8">
              <w:rPr>
                <w:rFonts w:hint="eastAsia"/>
                <w:sz w:val="18"/>
                <w:lang w:val="fr-FR"/>
              </w:rPr>
              <w:t xml:space="preserve"> Non </w:t>
            </w:r>
            <w:sdt>
              <w:sdtPr>
                <w:rPr>
                  <w:lang w:val="fr-FR"/>
                </w:rPr>
                <w:alias w:val="Checkbox 15"/>
                <w:tag w:val="CHECKBOX_0015"/>
                <w:id w:val="100015"/>
                <w14:checkbox>
                  <w14:checked w14:val="0"/>
                  <w14:checkedState w14:val="2612" w14:font="Arial"/>
                  <w14:uncheckedState w14:val="2610" w14:font="Arial"/>
                </w14:checkbox>
              </w:sdtPr>
              <w:sdtEndPr/>
              <w:sdtContent>
                <w:r w:rsidR="00A5425F" w:rsidRPr="00862DE8">
                  <w:rPr>
                    <w:rFonts w:ascii="Segoe UI Symbol" w:hAnsi="Segoe UI Symbol" w:cs="Segoe UI Symbol"/>
                    <w:lang w:val="fr-FR"/>
                  </w:rPr>
                  <w:t>☐</w:t>
                </w:r>
              </w:sdtContent>
            </w:sdt>
            <w:r w:rsidR="00A5425F" w:rsidRPr="00862DE8">
              <w:rPr>
                <w:rFonts w:hint="eastAsia"/>
                <w:sz w:val="18"/>
                <w:lang w:val="fr-FR"/>
              </w:rPr>
              <w:t xml:space="preserve"> Oui</w:t>
            </w:r>
            <w:r w:rsidR="00F4392E" w:rsidRPr="00862DE8">
              <w:rPr>
                <w:sz w:val="18"/>
                <w:lang w:val="fr-FR"/>
              </w:rPr>
              <w:t xml:space="preserve"> </w:t>
            </w:r>
            <w:sdt>
              <w:sdtPr>
                <w:rPr>
                  <w:lang w:val="fr-FR"/>
                </w:rPr>
                <w:alias w:val="Checkbox 15"/>
                <w:tag w:val="CHECKBOX_0015"/>
                <w:id w:val="1730037794"/>
                <w14:checkbox>
                  <w14:checked w14:val="0"/>
                  <w14:checkedState w14:val="2612" w14:font="Arial"/>
                  <w14:uncheckedState w14:val="2610" w14:font="Arial"/>
                </w14:checkbox>
              </w:sdtPr>
              <w:sdtEndPr/>
              <w:sdtContent>
                <w:r w:rsidR="00F4392E" w:rsidRPr="00862DE8">
                  <w:rPr>
                    <w:rFonts w:ascii="Segoe UI Symbol" w:hAnsi="Segoe UI Symbol" w:cs="Segoe UI Symbol"/>
                    <w:lang w:val="fr-FR"/>
                  </w:rPr>
                  <w:t>☐</w:t>
                </w:r>
              </w:sdtContent>
            </w:sdt>
            <w:r w:rsidR="00F4392E" w:rsidRPr="00862DE8">
              <w:rPr>
                <w:rFonts w:hint="eastAsia"/>
                <w:sz w:val="18"/>
                <w:lang w:val="fr-FR"/>
              </w:rPr>
              <w:t xml:space="preserve"> </w:t>
            </w:r>
            <w:r w:rsidR="00F4392E" w:rsidRPr="00862DE8">
              <w:rPr>
                <w:sz w:val="18"/>
                <w:lang w:val="fr-FR"/>
              </w:rPr>
              <w:t>Inconnu</w:t>
            </w:r>
          </w:p>
          <w:p w14:paraId="5039FA4B" w14:textId="77777777" w:rsidR="00A030B5" w:rsidRPr="00862DE8" w:rsidRDefault="00A030B5" w:rsidP="000B505C">
            <w:pPr>
              <w:spacing w:after="0" w:line="240" w:lineRule="auto"/>
              <w:rPr>
                <w:rFonts w:hint="eastAsia"/>
                <w:lang w:val="fr-FR"/>
              </w:rPr>
            </w:pPr>
            <w:r w:rsidRPr="00862DE8">
              <w:rPr>
                <w:sz w:val="18"/>
                <w:lang w:val="fr-FR"/>
              </w:rPr>
              <w:t>Si oui, veuillez indiquer l’URL et la date :</w:t>
            </w:r>
          </w:p>
          <w:p w14:paraId="050DB9D9" w14:textId="6E029EA8" w:rsidR="00A030B5" w:rsidRPr="00862DE8" w:rsidRDefault="00A030B5" w:rsidP="000B505C">
            <w:pPr>
              <w:spacing w:after="0" w:line="240" w:lineRule="auto"/>
              <w:rPr>
                <w:rFonts w:hint="eastAsia"/>
                <w:lang w:val="fr-FR"/>
              </w:rPr>
            </w:pPr>
          </w:p>
        </w:tc>
      </w:tr>
      <w:tr w:rsidR="00A5425F" w:rsidRPr="00862DE8" w14:paraId="25224E5E"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536D47A2" w14:textId="77777777" w:rsidR="00A5425F" w:rsidRPr="00862DE8" w:rsidRDefault="00A5425F" w:rsidP="000B505C">
            <w:pPr>
              <w:spacing w:after="0" w:line="240" w:lineRule="auto"/>
              <w:rPr>
                <w:rFonts w:hint="eastAsia"/>
                <w:lang w:val="fr-FR"/>
              </w:rPr>
            </w:pPr>
            <w:r w:rsidRPr="00862DE8">
              <w:rPr>
                <w:rFonts w:eastAsia="Myriad Pro" w:cs="Myriad Pro" w:hint="eastAsia"/>
                <w:b/>
                <w:color w:val="1D2958"/>
                <w:sz w:val="18"/>
                <w:lang w:val="fr-FR"/>
              </w:rPr>
              <w:t>Une preuve de concept est-elle publique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7E3570BC" w14:textId="77777777" w:rsidR="00A5425F" w:rsidRPr="00862DE8" w:rsidRDefault="004F3081" w:rsidP="000B505C">
            <w:pPr>
              <w:spacing w:after="0" w:line="240" w:lineRule="auto"/>
              <w:rPr>
                <w:rFonts w:hint="eastAsia"/>
                <w:lang w:val="fr-FR"/>
              </w:rPr>
            </w:pPr>
            <w:sdt>
              <w:sdtPr>
                <w:rPr>
                  <w:lang w:val="fr-FR"/>
                </w:rPr>
                <w:alias w:val="Checkbox 16"/>
                <w:tag w:val="CHECKBOX_0016"/>
                <w:id w:val="100016"/>
                <w14:checkbox>
                  <w14:checked w14:val="0"/>
                  <w14:checkedState w14:val="2612" w14:font="Arial"/>
                  <w14:uncheckedState w14:val="2610" w14:font="Arial"/>
                </w14:checkbox>
              </w:sdtPr>
              <w:sdtEndPr/>
              <w:sdtContent>
                <w:r w:rsidR="00A5425F" w:rsidRPr="00862DE8">
                  <w:rPr>
                    <w:rFonts w:ascii="Segoe UI Symbol" w:hAnsi="Segoe UI Symbol" w:cs="Segoe UI Symbol"/>
                    <w:lang w:val="fr-FR"/>
                  </w:rPr>
                  <w:t>☐</w:t>
                </w:r>
              </w:sdtContent>
            </w:sdt>
            <w:r w:rsidR="00A5425F" w:rsidRPr="00862DE8">
              <w:rPr>
                <w:rFonts w:hint="eastAsia"/>
                <w:sz w:val="18"/>
                <w:lang w:val="fr-FR"/>
              </w:rPr>
              <w:t xml:space="preserve"> Non </w:t>
            </w:r>
            <w:sdt>
              <w:sdtPr>
                <w:rPr>
                  <w:lang w:val="fr-FR"/>
                </w:rPr>
                <w:alias w:val="Checkbox 17"/>
                <w:tag w:val="CHECKBOX_0017"/>
                <w:id w:val="100017"/>
                <w14:checkbox>
                  <w14:checked w14:val="0"/>
                  <w14:checkedState w14:val="2612" w14:font="Arial"/>
                  <w14:uncheckedState w14:val="2610" w14:font="Arial"/>
                </w14:checkbox>
              </w:sdtPr>
              <w:sdtEndPr/>
              <w:sdtContent>
                <w:r w:rsidR="00A5425F" w:rsidRPr="00862DE8">
                  <w:rPr>
                    <w:rFonts w:ascii="Segoe UI Symbol" w:hAnsi="Segoe UI Symbol" w:cs="Segoe UI Symbol"/>
                    <w:lang w:val="fr-FR"/>
                  </w:rPr>
                  <w:t>☐</w:t>
                </w:r>
              </w:sdtContent>
            </w:sdt>
            <w:r w:rsidR="00A5425F" w:rsidRPr="00862DE8">
              <w:rPr>
                <w:rFonts w:hint="eastAsia"/>
                <w:sz w:val="18"/>
                <w:lang w:val="fr-FR"/>
              </w:rPr>
              <w:t xml:space="preserve"> Oui</w:t>
            </w:r>
            <w:r w:rsidR="00F4392E" w:rsidRPr="00862DE8">
              <w:rPr>
                <w:sz w:val="18"/>
                <w:lang w:val="fr-FR"/>
              </w:rPr>
              <w:t xml:space="preserve"> </w:t>
            </w:r>
            <w:sdt>
              <w:sdtPr>
                <w:rPr>
                  <w:lang w:val="fr-FR"/>
                </w:rPr>
                <w:alias w:val="Checkbox 15"/>
                <w:tag w:val="CHECKBOX_0015"/>
                <w:id w:val="-2065480715"/>
                <w14:checkbox>
                  <w14:checked w14:val="0"/>
                  <w14:checkedState w14:val="2612" w14:font="Arial"/>
                  <w14:uncheckedState w14:val="2610" w14:font="Arial"/>
                </w14:checkbox>
              </w:sdtPr>
              <w:sdtEndPr/>
              <w:sdtContent>
                <w:r w:rsidR="00F4392E" w:rsidRPr="00862DE8">
                  <w:rPr>
                    <w:rFonts w:ascii="Segoe UI Symbol" w:hAnsi="Segoe UI Symbol" w:cs="Segoe UI Symbol"/>
                    <w:lang w:val="fr-FR"/>
                  </w:rPr>
                  <w:t>☐</w:t>
                </w:r>
              </w:sdtContent>
            </w:sdt>
            <w:r w:rsidR="00F4392E" w:rsidRPr="00862DE8">
              <w:rPr>
                <w:rFonts w:hint="eastAsia"/>
                <w:sz w:val="18"/>
                <w:lang w:val="fr-FR"/>
              </w:rPr>
              <w:t xml:space="preserve"> </w:t>
            </w:r>
            <w:r w:rsidR="00F4392E" w:rsidRPr="00862DE8">
              <w:rPr>
                <w:sz w:val="18"/>
                <w:lang w:val="fr-FR"/>
              </w:rPr>
              <w:t>Inconnu</w:t>
            </w:r>
          </w:p>
          <w:p w14:paraId="6332CB30" w14:textId="77777777" w:rsidR="00344641" w:rsidRPr="00862DE8" w:rsidRDefault="00344641" w:rsidP="00344641">
            <w:pPr>
              <w:spacing w:after="0" w:line="240" w:lineRule="auto"/>
              <w:rPr>
                <w:rFonts w:hint="eastAsia"/>
                <w:lang w:val="fr-FR"/>
              </w:rPr>
            </w:pPr>
            <w:r w:rsidRPr="00862DE8">
              <w:rPr>
                <w:sz w:val="18"/>
                <w:lang w:val="fr-FR"/>
              </w:rPr>
              <w:t>Si oui, veuillez indiquer l’URL et la date :</w:t>
            </w:r>
          </w:p>
          <w:p w14:paraId="22620338" w14:textId="31F65F38" w:rsidR="00344641" w:rsidRPr="00862DE8" w:rsidRDefault="00344641" w:rsidP="000B505C">
            <w:pPr>
              <w:spacing w:after="0" w:line="240" w:lineRule="auto"/>
              <w:rPr>
                <w:rFonts w:hint="eastAsia"/>
                <w:lang w:val="fr-FR"/>
              </w:rPr>
            </w:pPr>
          </w:p>
        </w:tc>
      </w:tr>
      <w:tr w:rsidR="00A5425F" w:rsidRPr="00862DE8" w14:paraId="20021B12"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0252984" w14:textId="77777777" w:rsidR="00A5425F" w:rsidRPr="00862DE8" w:rsidRDefault="00A5425F" w:rsidP="000B505C">
            <w:pPr>
              <w:spacing w:after="0" w:line="240" w:lineRule="auto"/>
              <w:rPr>
                <w:rFonts w:hint="eastAsia"/>
                <w:lang w:val="fr-FR"/>
              </w:rPr>
            </w:pPr>
            <w:r w:rsidRPr="00862DE8">
              <w:rPr>
                <w:rFonts w:eastAsia="Myriad Pro" w:cs="Myriad Pro" w:hint="eastAsia"/>
                <w:b/>
                <w:color w:val="1D2958"/>
                <w:sz w:val="18"/>
                <w:lang w:val="fr-FR"/>
              </w:rPr>
              <w:t>Une exploitation active est-elle connue ou suspectée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3EA5ABD" w14:textId="77777777" w:rsidR="00A5425F" w:rsidRPr="00862DE8" w:rsidRDefault="004F3081" w:rsidP="000B505C">
            <w:pPr>
              <w:tabs>
                <w:tab w:val="left" w:leader="underscore" w:pos="9200"/>
              </w:tabs>
              <w:spacing w:after="0" w:line="240" w:lineRule="auto"/>
              <w:rPr>
                <w:rFonts w:hint="eastAsia"/>
                <w:lang w:val="fr-FR"/>
              </w:rPr>
            </w:pPr>
            <w:sdt>
              <w:sdtPr>
                <w:rPr>
                  <w:lang w:val="fr-FR"/>
                </w:rPr>
                <w:alias w:val="Checkbox 18"/>
                <w:tag w:val="CHECKBOX_0018"/>
                <w:id w:val="100018"/>
                <w14:checkbox>
                  <w14:checked w14:val="0"/>
                  <w14:checkedState w14:val="2612" w14:font="Arial"/>
                  <w14:uncheckedState w14:val="2610" w14:font="Arial"/>
                </w14:checkbox>
              </w:sdtPr>
              <w:sdtEndPr/>
              <w:sdtContent>
                <w:r w:rsidR="00A5425F" w:rsidRPr="00862DE8">
                  <w:rPr>
                    <w:rFonts w:ascii="Segoe UI Symbol" w:hAnsi="Segoe UI Symbol" w:cs="Segoe UI Symbol"/>
                    <w:lang w:val="fr-FR"/>
                  </w:rPr>
                  <w:t>☐</w:t>
                </w:r>
              </w:sdtContent>
            </w:sdt>
            <w:r w:rsidR="00A5425F" w:rsidRPr="00862DE8">
              <w:rPr>
                <w:rFonts w:hint="eastAsia"/>
                <w:sz w:val="18"/>
                <w:lang w:val="fr-FR"/>
              </w:rPr>
              <w:t xml:space="preserve"> Non </w:t>
            </w:r>
            <w:sdt>
              <w:sdtPr>
                <w:rPr>
                  <w:lang w:val="fr-FR"/>
                </w:rPr>
                <w:alias w:val="Checkbox 19"/>
                <w:tag w:val="CHECKBOX_0019"/>
                <w:id w:val="100019"/>
                <w14:checkbox>
                  <w14:checked w14:val="0"/>
                  <w14:checkedState w14:val="2612" w14:font="Arial"/>
                  <w14:uncheckedState w14:val="2610" w14:font="Arial"/>
                </w14:checkbox>
              </w:sdtPr>
              <w:sdtEndPr/>
              <w:sdtContent>
                <w:r w:rsidR="00A5425F" w:rsidRPr="00862DE8">
                  <w:rPr>
                    <w:rFonts w:ascii="Segoe UI Symbol" w:hAnsi="Segoe UI Symbol" w:cs="Segoe UI Symbol"/>
                    <w:lang w:val="fr-FR"/>
                  </w:rPr>
                  <w:t>☐</w:t>
                </w:r>
              </w:sdtContent>
            </w:sdt>
            <w:r w:rsidR="00A5425F" w:rsidRPr="00862DE8">
              <w:rPr>
                <w:rFonts w:hint="eastAsia"/>
                <w:sz w:val="18"/>
                <w:lang w:val="fr-FR"/>
              </w:rPr>
              <w:t xml:space="preserve"> Oui </w:t>
            </w:r>
            <w:sdt>
              <w:sdtPr>
                <w:rPr>
                  <w:lang w:val="fr-FR"/>
                </w:rPr>
                <w:alias w:val="Checkbox 20"/>
                <w:tag w:val="CHECKBOX_0020"/>
                <w:id w:val="100020"/>
                <w14:checkbox>
                  <w14:checked w14:val="0"/>
                  <w14:checkedState w14:val="2612" w14:font="Arial"/>
                  <w14:uncheckedState w14:val="2610" w14:font="Arial"/>
                </w14:checkbox>
              </w:sdtPr>
              <w:sdtEndPr/>
              <w:sdtContent>
                <w:r w:rsidR="00A5425F" w:rsidRPr="00862DE8">
                  <w:rPr>
                    <w:rFonts w:ascii="Segoe UI Symbol" w:hAnsi="Segoe UI Symbol" w:cs="Segoe UI Symbol"/>
                    <w:lang w:val="fr-FR"/>
                  </w:rPr>
                  <w:t>☐</w:t>
                </w:r>
              </w:sdtContent>
            </w:sdt>
            <w:r w:rsidR="00A5425F" w:rsidRPr="00862DE8">
              <w:rPr>
                <w:rFonts w:hint="eastAsia"/>
                <w:sz w:val="18"/>
                <w:lang w:val="fr-FR"/>
              </w:rPr>
              <w:t xml:space="preserve"> Inconnu</w:t>
            </w:r>
          </w:p>
          <w:p w14:paraId="40A7C759" w14:textId="7C5281FA" w:rsidR="003A767A" w:rsidRPr="00862DE8" w:rsidRDefault="003A767A" w:rsidP="003A767A">
            <w:pPr>
              <w:spacing w:after="0" w:line="240" w:lineRule="auto"/>
              <w:rPr>
                <w:rFonts w:hint="eastAsia"/>
                <w:lang w:val="fr-FR"/>
              </w:rPr>
            </w:pPr>
            <w:r w:rsidRPr="00862DE8">
              <w:rPr>
                <w:sz w:val="18"/>
                <w:lang w:val="fr-FR"/>
              </w:rPr>
              <w:t>Si oui, veuillez fournir des précisions :</w:t>
            </w:r>
          </w:p>
          <w:p w14:paraId="1CB67DBA" w14:textId="4E13D27A" w:rsidR="003A767A" w:rsidRPr="00862DE8" w:rsidRDefault="003A767A" w:rsidP="000B505C">
            <w:pPr>
              <w:tabs>
                <w:tab w:val="left" w:leader="underscore" w:pos="9200"/>
              </w:tabs>
              <w:spacing w:after="0" w:line="240" w:lineRule="auto"/>
              <w:rPr>
                <w:rFonts w:hint="eastAsia"/>
                <w:lang w:val="fr-FR"/>
              </w:rPr>
            </w:pPr>
          </w:p>
        </w:tc>
      </w:tr>
      <w:tr w:rsidR="00A5425F" w:rsidRPr="00862DE8" w14:paraId="266E3BC8"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BD5347E" w14:textId="77777777" w:rsidR="00A5425F" w:rsidRPr="00862DE8" w:rsidRDefault="00A5425F" w:rsidP="000B505C">
            <w:pPr>
              <w:spacing w:after="0" w:line="240" w:lineRule="auto"/>
              <w:rPr>
                <w:rFonts w:hint="eastAsia"/>
                <w:lang w:val="fr-FR"/>
              </w:rPr>
            </w:pPr>
            <w:r w:rsidRPr="00862DE8">
              <w:rPr>
                <w:rFonts w:eastAsia="Myriad Pro" w:cs="Myriad Pro" w:hint="eastAsia"/>
                <w:b/>
                <w:color w:val="1D2958"/>
                <w:sz w:val="18"/>
                <w:lang w:val="fr-FR"/>
              </w:rPr>
              <w:t>Un autre fournisseur, prestataire, CERT ou coordinateur a-t-il été contacté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12D2C42" w14:textId="77777777" w:rsidR="00A5425F" w:rsidRPr="00862DE8" w:rsidRDefault="004F3081" w:rsidP="000B505C">
            <w:pPr>
              <w:spacing w:after="0" w:line="240" w:lineRule="auto"/>
              <w:rPr>
                <w:rFonts w:hint="eastAsia"/>
                <w:lang w:val="fr-FR"/>
              </w:rPr>
            </w:pPr>
            <w:sdt>
              <w:sdtPr>
                <w:rPr>
                  <w:lang w:val="fr-FR"/>
                </w:rPr>
                <w:alias w:val="Checkbox 21"/>
                <w:tag w:val="CHECKBOX_0021"/>
                <w:id w:val="100021"/>
                <w14:checkbox>
                  <w14:checked w14:val="0"/>
                  <w14:checkedState w14:val="2612" w14:font="Arial"/>
                  <w14:uncheckedState w14:val="2610" w14:font="Arial"/>
                </w14:checkbox>
              </w:sdtPr>
              <w:sdtEndPr/>
              <w:sdtContent>
                <w:r w:rsidR="00A5425F" w:rsidRPr="00862DE8">
                  <w:rPr>
                    <w:rFonts w:ascii="Segoe UI Symbol" w:hAnsi="Segoe UI Symbol" w:cs="Segoe UI Symbol"/>
                    <w:lang w:val="fr-FR"/>
                  </w:rPr>
                  <w:t>☐</w:t>
                </w:r>
              </w:sdtContent>
            </w:sdt>
            <w:r w:rsidR="00A5425F" w:rsidRPr="00862DE8">
              <w:rPr>
                <w:rFonts w:hint="eastAsia"/>
                <w:sz w:val="18"/>
                <w:lang w:val="fr-FR"/>
              </w:rPr>
              <w:t xml:space="preserve"> Non  Oui  Inconnu</w:t>
            </w:r>
            <w:sdt>
              <w:sdtPr>
                <w:rPr>
                  <w:lang w:val="fr-FR"/>
                </w:rPr>
                <w:alias w:val="Checkbox 22"/>
                <w:tag w:val="CHECKBOX_0022"/>
                <w:id w:val="100022"/>
                <w14:checkbox>
                  <w14:checked w14:val="0"/>
                  <w14:checkedState w14:val="2612" w14:font="Arial"/>
                  <w14:uncheckedState w14:val="2610" w14:font="Arial"/>
                </w14:checkbox>
              </w:sdtPr>
              <w:sdtEndPr/>
              <w:sdtContent>
                <w:r w:rsidR="00A5425F" w:rsidRPr="00862DE8">
                  <w:rPr>
                    <w:rFonts w:ascii="Segoe UI Symbol" w:hAnsi="Segoe UI Symbol" w:cs="Segoe UI Symbol"/>
                    <w:lang w:val="fr-FR"/>
                  </w:rPr>
                  <w:t>☐</w:t>
                </w:r>
              </w:sdtContent>
            </w:sdt>
            <w:sdt>
              <w:sdtPr>
                <w:rPr>
                  <w:lang w:val="fr-FR"/>
                </w:rPr>
                <w:alias w:val="Checkbox 20"/>
                <w:tag w:val="CHECKBOX_0020"/>
                <w:id w:val="-1033111106"/>
                <w14:checkbox>
                  <w14:checked w14:val="0"/>
                  <w14:checkedState w14:val="2612" w14:font="Arial"/>
                  <w14:uncheckedState w14:val="2610" w14:font="Arial"/>
                </w14:checkbox>
              </w:sdtPr>
              <w:sdtEndPr/>
              <w:sdtContent>
                <w:r w:rsidR="00C56E3C" w:rsidRPr="00862DE8">
                  <w:rPr>
                    <w:rFonts w:ascii="Segoe UI Symbol" w:hAnsi="Segoe UI Symbol" w:cs="Segoe UI Symbol"/>
                    <w:lang w:val="fr-FR"/>
                  </w:rPr>
                  <w:t>☐</w:t>
                </w:r>
              </w:sdtContent>
            </w:sdt>
          </w:p>
          <w:p w14:paraId="51CB8D36" w14:textId="21538EE8" w:rsidR="00794C62" w:rsidRPr="00862DE8" w:rsidRDefault="00794C62" w:rsidP="000B505C">
            <w:pPr>
              <w:spacing w:after="0" w:line="240" w:lineRule="auto"/>
              <w:rPr>
                <w:rFonts w:hint="eastAsia"/>
                <w:lang w:val="fr-FR"/>
              </w:rPr>
            </w:pPr>
            <w:r w:rsidRPr="00862DE8">
              <w:rPr>
                <w:sz w:val="18"/>
                <w:lang w:val="fr-FR"/>
              </w:rPr>
              <w:t xml:space="preserve">Si oui, veuillez indiquer l’organisme, l’identifiant du dossier et la date : </w:t>
            </w:r>
          </w:p>
          <w:p w14:paraId="0D4B8D09" w14:textId="6F2DF5F3" w:rsidR="00794C62" w:rsidRPr="00862DE8" w:rsidRDefault="00794C62" w:rsidP="000B505C">
            <w:pPr>
              <w:spacing w:after="0" w:line="240" w:lineRule="auto"/>
              <w:rPr>
                <w:rFonts w:hint="eastAsia"/>
                <w:lang w:val="fr-FR"/>
              </w:rPr>
            </w:pPr>
          </w:p>
        </w:tc>
      </w:tr>
      <w:tr w:rsidR="00A5425F" w:rsidRPr="00862DE8" w14:paraId="7699255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DF83342" w14:textId="77777777" w:rsidR="00A5425F" w:rsidRPr="00862DE8" w:rsidRDefault="00A5425F" w:rsidP="000B505C">
            <w:pPr>
              <w:spacing w:after="0" w:line="240" w:lineRule="auto"/>
              <w:rPr>
                <w:rFonts w:hint="eastAsia"/>
                <w:lang w:val="fr-FR"/>
              </w:rPr>
            </w:pPr>
            <w:r w:rsidRPr="00862DE8">
              <w:rPr>
                <w:rFonts w:eastAsia="Myriad Pro" w:cs="Myriad Pro" w:hint="eastAsia"/>
                <w:b/>
                <w:color w:val="1D2958"/>
                <w:sz w:val="18"/>
                <w:lang w:val="fr-FR"/>
              </w:rPr>
              <w:t>Prévoyez-vous d’évoquer ou de publier le problème après sa correction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2C3C2C33" w14:textId="042F6D18" w:rsidR="00A5425F" w:rsidRPr="00862DE8" w:rsidRDefault="004F3081" w:rsidP="000B505C">
            <w:pPr>
              <w:spacing w:after="0" w:line="240" w:lineRule="auto"/>
              <w:rPr>
                <w:rFonts w:hint="eastAsia"/>
                <w:lang w:val="fr-FR"/>
              </w:rPr>
            </w:pPr>
            <w:sdt>
              <w:sdtPr>
                <w:rPr>
                  <w:lang w:val="fr-FR"/>
                </w:rPr>
                <w:alias w:val="Checkbox 23"/>
                <w:tag w:val="CHECKBOX_0023"/>
                <w:id w:val="100023"/>
                <w14:checkbox>
                  <w14:checked w14:val="0"/>
                  <w14:checkedState w14:val="2612" w14:font="Arial"/>
                  <w14:uncheckedState w14:val="2610" w14:font="Arial"/>
                </w14:checkbox>
              </w:sdtPr>
              <w:sdtEndPr/>
              <w:sdtContent>
                <w:r w:rsidR="00A5425F" w:rsidRPr="00862DE8">
                  <w:rPr>
                    <w:rFonts w:ascii="Segoe UI Symbol" w:hAnsi="Segoe UI Symbol" w:cs="Segoe UI Symbol"/>
                    <w:lang w:val="fr-FR"/>
                  </w:rPr>
                  <w:t>☐</w:t>
                </w:r>
              </w:sdtContent>
            </w:sdt>
            <w:r w:rsidR="00A5425F" w:rsidRPr="00862DE8">
              <w:rPr>
                <w:rFonts w:hint="eastAsia"/>
                <w:sz w:val="18"/>
                <w:lang w:val="fr-FR"/>
              </w:rPr>
              <w:t xml:space="preserve"> Non </w:t>
            </w:r>
            <w:sdt>
              <w:sdtPr>
                <w:rPr>
                  <w:lang w:val="fr-FR"/>
                </w:rPr>
                <w:alias w:val="Checkbox 24"/>
                <w:tag w:val="CHECKBOX_0024"/>
                <w:id w:val="100024"/>
                <w14:checkbox>
                  <w14:checked w14:val="0"/>
                  <w14:checkedState w14:val="2612" w14:font="Arial"/>
                  <w14:uncheckedState w14:val="2610" w14:font="Arial"/>
                </w14:checkbox>
              </w:sdtPr>
              <w:sdtEndPr/>
              <w:sdtContent>
                <w:r w:rsidR="00A5425F" w:rsidRPr="00862DE8">
                  <w:rPr>
                    <w:rFonts w:ascii="Segoe UI Symbol" w:hAnsi="Segoe UI Symbol" w:cs="Segoe UI Symbol"/>
                    <w:lang w:val="fr-FR"/>
                  </w:rPr>
                  <w:t>☐</w:t>
                </w:r>
              </w:sdtContent>
            </w:sdt>
            <w:r w:rsidR="00A5425F" w:rsidRPr="00862DE8">
              <w:rPr>
                <w:rFonts w:hint="eastAsia"/>
                <w:sz w:val="18"/>
                <w:lang w:val="fr-FR"/>
              </w:rPr>
              <w:t xml:space="preserve"> Oui</w:t>
            </w:r>
            <w:r w:rsidR="002625FC" w:rsidRPr="00862DE8">
              <w:rPr>
                <w:sz w:val="18"/>
                <w:lang w:val="fr-FR"/>
              </w:rPr>
              <w:t xml:space="preserve"> </w:t>
            </w:r>
            <w:sdt>
              <w:sdtPr>
                <w:rPr>
                  <w:lang w:val="fr-FR"/>
                </w:rPr>
                <w:alias w:val="Checkbox 20"/>
                <w:tag w:val="CHECKBOX_0020"/>
                <w:id w:val="-675811522"/>
                <w14:checkbox>
                  <w14:checked w14:val="0"/>
                  <w14:checkedState w14:val="2612" w14:font="Arial"/>
                  <w14:uncheckedState w14:val="2610" w14:font="Arial"/>
                </w14:checkbox>
              </w:sdtPr>
              <w:sdtEndPr/>
              <w:sdtContent>
                <w:r w:rsidR="002625FC" w:rsidRPr="00862DE8">
                  <w:rPr>
                    <w:rFonts w:ascii="Segoe UI Symbol" w:hAnsi="Segoe UI Symbol" w:cs="Segoe UI Symbol"/>
                    <w:lang w:val="fr-FR"/>
                  </w:rPr>
                  <w:t>☐</w:t>
                </w:r>
              </w:sdtContent>
            </w:sdt>
            <w:r w:rsidR="002625FC" w:rsidRPr="00862DE8">
              <w:rPr>
                <w:rFonts w:hint="eastAsia"/>
                <w:sz w:val="18"/>
                <w:lang w:val="fr-FR"/>
              </w:rPr>
              <w:t xml:space="preserve"> Inconnu</w:t>
            </w:r>
          </w:p>
          <w:p w14:paraId="489377EF" w14:textId="26DF91C2" w:rsidR="004452B0" w:rsidRPr="00862DE8" w:rsidRDefault="004452B0" w:rsidP="000B505C">
            <w:pPr>
              <w:spacing w:after="0" w:line="240" w:lineRule="auto"/>
              <w:rPr>
                <w:rFonts w:hint="eastAsia"/>
                <w:lang w:val="fr-FR"/>
              </w:rPr>
            </w:pPr>
            <w:r w:rsidRPr="00862DE8">
              <w:rPr>
                <w:sz w:val="18"/>
                <w:lang w:val="fr-FR"/>
              </w:rPr>
              <w:t>Si oui, veuillez fournir des précisions :</w:t>
            </w:r>
          </w:p>
          <w:p w14:paraId="65D34F61" w14:textId="7790DE9A" w:rsidR="004452B0" w:rsidRPr="00862DE8" w:rsidRDefault="004452B0" w:rsidP="000B505C">
            <w:pPr>
              <w:spacing w:after="0" w:line="240" w:lineRule="auto"/>
              <w:rPr>
                <w:rFonts w:hint="eastAsia"/>
                <w:lang w:val="fr-FR"/>
              </w:rPr>
            </w:pPr>
          </w:p>
        </w:tc>
      </w:tr>
      <w:tr w:rsidR="00A5425F" w:rsidRPr="00862DE8" w14:paraId="03BBF32D"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C3B348D" w14:textId="70C21239" w:rsidR="00A5425F" w:rsidRPr="00862DE8" w:rsidRDefault="00A5425F" w:rsidP="000B505C">
            <w:pPr>
              <w:spacing w:after="0" w:line="240" w:lineRule="auto"/>
              <w:rPr>
                <w:rFonts w:hint="eastAsia"/>
                <w:lang w:val="fr-FR"/>
              </w:rPr>
            </w:pPr>
            <w:r w:rsidRPr="00862DE8">
              <w:rPr>
                <w:rFonts w:eastAsia="Myriad Pro" w:cs="Myriad Pro" w:hint="eastAsia"/>
                <w:b/>
                <w:color w:val="1D2958"/>
                <w:sz w:val="18"/>
                <w:lang w:val="fr-FR"/>
              </w:rPr>
              <w:t>Date souhaitée de divulgation coordonnée, le cas échéant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65C086C" w14:textId="4565E0E0" w:rsidR="00A5425F" w:rsidRPr="00862DE8" w:rsidRDefault="00A5425F" w:rsidP="000B505C">
            <w:pPr>
              <w:spacing w:after="0" w:line="240" w:lineRule="auto"/>
              <w:rPr>
                <w:rFonts w:hint="eastAsia"/>
                <w:lang w:val="fr-FR"/>
              </w:rPr>
            </w:pPr>
          </w:p>
        </w:tc>
      </w:tr>
    </w:tbl>
    <w:p w14:paraId="5C6CB3F4" w14:textId="77777777" w:rsidR="00A5425F" w:rsidRPr="00862DE8" w:rsidRDefault="00A5425F" w:rsidP="00A5425F">
      <w:pPr>
        <w:spacing w:after="110" w:line="259" w:lineRule="auto"/>
        <w:rPr>
          <w:rFonts w:hint="eastAsia"/>
          <w:lang w:val="fr-FR"/>
        </w:rPr>
      </w:pPr>
    </w:p>
    <w:p w14:paraId="631C87D5" w14:textId="3F161CF2" w:rsidR="004C6AB1" w:rsidRPr="00862DE8" w:rsidRDefault="004C6AB1" w:rsidP="00A5425F">
      <w:pPr>
        <w:spacing w:after="110" w:line="259" w:lineRule="auto"/>
        <w:rPr>
          <w:rFonts w:hint="eastAsia"/>
          <w:lang w:val="fr-FR"/>
        </w:rPr>
      </w:pPr>
      <w:r w:rsidRPr="00862DE8">
        <w:rPr>
          <w:rStyle w:val="Strong"/>
          <w:lang w:val="fr-FR"/>
        </w:rPr>
        <w:t>Note relative à la divulgation coordonnée :</w:t>
      </w:r>
      <w:hyperlink r:id="rId8">
        <w:r w:rsidRPr="00862DE8">
          <w:rPr>
            <w:rStyle w:val="Hyperlink"/>
            <w:rFonts w:eastAsia="Myriad Pro" w:cs="Myriad Pro"/>
            <w:b/>
            <w:lang w:val="fr-FR"/>
          </w:rPr>
          <w:t>security@saluscontrols.com</w:t>
        </w:r>
      </w:hyperlink>
      <w:r w:rsidRPr="00862DE8">
        <w:rPr>
          <w:lang w:val="fr-FR"/>
        </w:rPr>
        <w:br/>
        <w:t>Veuillez conserver confidentielles les informations non publiques relatives à la vulnérabilité jusqu’à la date de divulgation convenue. Si le niveau de risque évolue, si une exploitation active est observée ou si une divulgation publique devient probable, veuillez contacter rapidement security@saluscontrols.com afin que le plan de divulgation puisse être réévalué.</w:t>
      </w:r>
    </w:p>
    <w:p w14:paraId="30318EA6" w14:textId="79C31313" w:rsidR="00A5425F" w:rsidRPr="00862DE8" w:rsidRDefault="00400CD9" w:rsidP="00A5425F">
      <w:pPr>
        <w:pStyle w:val="Heading2"/>
        <w:spacing w:after="80"/>
        <w:rPr>
          <w:lang w:val="fr-FR"/>
        </w:rPr>
      </w:pPr>
      <w:bookmarkStart w:id="7" w:name="_Toc239339919"/>
      <w:r w:rsidRPr="00862DE8">
        <w:rPr>
          <w:rFonts w:ascii="Ubuntu" w:eastAsia="Ubuntu" w:hAnsi="Ubuntu" w:cs="Ubuntu"/>
          <w:u w:val="single"/>
          <w:lang w:val="fr-FR"/>
        </w:rPr>
        <w:t>7. Mesures correctives ou d’atténuation suggérées (facultatif)</w:t>
      </w:r>
      <w:bookmarkEnd w:id="7"/>
    </w:p>
    <w:p w14:paraId="783A528A" w14:textId="728A2A6C" w:rsidR="00A5425F" w:rsidRPr="00862DE8" w:rsidRDefault="00A5425F" w:rsidP="00A5425F">
      <w:pPr>
        <w:pStyle w:val="ListBullet"/>
        <w:tabs>
          <w:tab w:val="left" w:leader="underscore" w:pos="9200"/>
        </w:tabs>
        <w:spacing w:after="50" w:line="252" w:lineRule="auto"/>
        <w:rPr>
          <w:rFonts w:hint="eastAsia"/>
          <w:lang w:val="fr-FR"/>
        </w:rPr>
      </w:pPr>
      <w:r w:rsidRPr="00862DE8">
        <w:rPr>
          <w:rFonts w:eastAsia="Myriad Pro" w:cs="Myriad Pro" w:hint="eastAsia"/>
          <w:lang w:val="fr-FR"/>
        </w:rPr>
        <w:t xml:space="preserve">Correction de la cause première suggérée, si connue : </w:t>
      </w:r>
      <w:r w:rsidRPr="00862DE8">
        <w:rPr>
          <w:rFonts w:eastAsia="Myriad Pro" w:cs="Myriad Pro" w:hint="eastAsia"/>
          <w:lang w:val="fr-FR"/>
        </w:rPr>
        <w:tab/>
      </w:r>
    </w:p>
    <w:p w14:paraId="707D68F9" w14:textId="77D98296" w:rsidR="00A5425F" w:rsidRPr="00862DE8" w:rsidRDefault="00A5425F" w:rsidP="00A5425F">
      <w:pPr>
        <w:pStyle w:val="ListBullet"/>
        <w:tabs>
          <w:tab w:val="left" w:leader="underscore" w:pos="9200"/>
        </w:tabs>
        <w:spacing w:after="50" w:line="252" w:lineRule="auto"/>
        <w:rPr>
          <w:rFonts w:hint="eastAsia"/>
          <w:lang w:val="fr-FR"/>
        </w:rPr>
      </w:pPr>
      <w:r w:rsidRPr="00862DE8">
        <w:rPr>
          <w:rFonts w:eastAsia="Myriad Pro" w:cs="Myriad Pro" w:hint="eastAsia"/>
          <w:lang w:val="fr-FR"/>
        </w:rPr>
        <w:t xml:space="preserve">Mesure d’atténuation temporaire ou solution de contournement suggérée, si connue : </w:t>
      </w:r>
      <w:r w:rsidRPr="00862DE8">
        <w:rPr>
          <w:rFonts w:eastAsia="Myriad Pro" w:cs="Myriad Pro" w:hint="eastAsia"/>
          <w:lang w:val="fr-FR"/>
        </w:rPr>
        <w:tab/>
      </w:r>
    </w:p>
    <w:p w14:paraId="16310794" w14:textId="77777777" w:rsidR="00A5425F" w:rsidRPr="00862DE8" w:rsidRDefault="00A5425F" w:rsidP="00A5425F">
      <w:pPr>
        <w:pStyle w:val="ListBullet"/>
        <w:tabs>
          <w:tab w:val="left" w:leader="underscore" w:pos="9200"/>
        </w:tabs>
        <w:spacing w:after="50" w:line="252" w:lineRule="auto"/>
        <w:rPr>
          <w:rFonts w:hint="eastAsia"/>
          <w:lang w:val="fr-FR"/>
        </w:rPr>
      </w:pPr>
      <w:r w:rsidRPr="00862DE8">
        <w:rPr>
          <w:rFonts w:eastAsia="Myriad Pro" w:cs="Myriad Pro" w:hint="eastAsia"/>
          <w:lang w:val="fr-FR"/>
        </w:rPr>
        <w:t xml:space="preserve">Bonne pratique du secteur, règle de défense ou référence pertinente : </w:t>
      </w:r>
      <w:r w:rsidRPr="00862DE8">
        <w:rPr>
          <w:rFonts w:eastAsia="Myriad Pro" w:cs="Myriad Pro" w:hint="eastAsia"/>
          <w:lang w:val="fr-FR"/>
        </w:rPr>
        <w:tab/>
      </w:r>
    </w:p>
    <w:p w14:paraId="71FC7AA0" w14:textId="16CC36E3" w:rsidR="00A5425F" w:rsidRDefault="00400CD9" w:rsidP="00A5425F">
      <w:pPr>
        <w:pStyle w:val="Heading2"/>
        <w:spacing w:after="80"/>
      </w:pPr>
      <w:bookmarkStart w:id="8" w:name="_Toc239339920"/>
      <w:r>
        <w:rPr>
          <w:rFonts w:ascii="Ubuntu" w:eastAsia="Ubuntu" w:hAnsi="Ubuntu" w:cs="Ubuntu"/>
          <w:u w:val="single"/>
        </w:rPr>
        <w:lastRenderedPageBreak/>
        <w:t>8. Préférence concernant la mention publique</w:t>
      </w:r>
      <w:bookmarkEnd w:id="8"/>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5D07AF8F"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7DF93F5C" w14:textId="77777777" w:rsidR="00A5425F" w:rsidRDefault="00A5425F" w:rsidP="000B505C">
            <w:pPr>
              <w:spacing w:after="0" w:line="240" w:lineRule="auto"/>
              <w:rPr>
                <w:rFonts w:hint="eastAsia"/>
              </w:rPr>
            </w:pPr>
            <w:r>
              <w:rPr>
                <w:rFonts w:eastAsia="Ubuntu" w:cs="Ubuntu" w:hint="eastAsia"/>
                <w:b/>
                <w:color w:val="FFFFFF"/>
                <w:sz w:val="18"/>
              </w:rPr>
              <w:t>Choix</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5E00BAB6" w14:textId="77777777" w:rsidR="00A5425F" w:rsidRDefault="00A5425F" w:rsidP="000B505C">
            <w:pPr>
              <w:spacing w:after="0" w:line="240" w:lineRule="auto"/>
              <w:rPr>
                <w:rFonts w:hint="eastAsia"/>
              </w:rPr>
            </w:pPr>
            <w:r>
              <w:rPr>
                <w:rFonts w:eastAsia="Ubuntu" w:cs="Ubuntu" w:hint="eastAsia"/>
                <w:b/>
                <w:color w:val="FFFFFF"/>
                <w:sz w:val="18"/>
              </w:rPr>
              <w:t>Réponse</w:t>
            </w:r>
          </w:p>
        </w:tc>
      </w:tr>
      <w:tr w:rsidR="00A5425F" w14:paraId="69C016E5"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AE6D9D1" w14:textId="77777777" w:rsidR="00A5425F" w:rsidRPr="00862DE8" w:rsidRDefault="00A5425F" w:rsidP="000B505C">
            <w:pPr>
              <w:spacing w:after="0" w:line="240" w:lineRule="auto"/>
              <w:rPr>
                <w:rFonts w:hint="eastAsia"/>
                <w:lang w:val="fr-FR"/>
              </w:rPr>
            </w:pPr>
            <w:r w:rsidRPr="00862DE8">
              <w:rPr>
                <w:rFonts w:eastAsia="Myriad Pro" w:cs="Myriad Pro" w:hint="eastAsia"/>
                <w:b/>
                <w:color w:val="1D2958"/>
                <w:sz w:val="18"/>
                <w:lang w:val="fr-FR"/>
              </w:rPr>
              <w:t>Pouvons-nous vous mentionner publiquement si un avis de sécurité est publié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553EEABC" w14:textId="075EFBE4" w:rsidR="00A5425F" w:rsidRDefault="004F3081" w:rsidP="000B505C">
            <w:pPr>
              <w:spacing w:after="0" w:line="240" w:lineRule="auto"/>
              <w:rPr>
                <w:rFonts w:hint="eastAsia"/>
              </w:rPr>
            </w:pPr>
            <w:sdt>
              <w:sdtPr>
                <w:alias w:val="Checkbox 25"/>
                <w:tag w:val="CHECKBOX_0025"/>
                <w:id w:val="100025"/>
                <w14:checkbox>
                  <w14:checked w14:val="0"/>
                  <w14:checkedState w14:val="2612" w14:font="Arial"/>
                  <w14:uncheckedState w14:val="2610" w14:font="Arial"/>
                </w14:checkbox>
              </w:sdtPr>
              <w:sdtEndPr/>
              <w:sdtContent>
                <w:r w:rsidR="005E3305">
                  <w:rPr>
                    <w:rFonts w:ascii="Arial" w:hAnsi="Arial" w:cs="Arial"/>
                  </w:rPr>
                  <w:t>☐</w:t>
                </w:r>
              </w:sdtContent>
            </w:sdt>
            <w:r w:rsidR="00A5425F">
              <w:rPr>
                <w:rFonts w:eastAsia="Myriad Pro" w:cs="Myriad Pro" w:hint="eastAsia"/>
                <w:sz w:val="18"/>
                <w:szCs w:val="21"/>
              </w:rPr>
              <w:t xml:space="preserve"> Oui </w:t>
            </w:r>
            <w:sdt>
              <w:sdtPr>
                <w:alias w:val="Checkbox 26"/>
                <w:tag w:val="CHECKBOX_0026"/>
                <w:id w:val="100026"/>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Non</w:t>
            </w:r>
          </w:p>
        </w:tc>
      </w:tr>
      <w:tr w:rsidR="00A5425F" w:rsidRPr="00862DE8" w14:paraId="4FDB743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93B3EEA" w14:textId="77777777" w:rsidR="00A5425F" w:rsidRPr="00862DE8" w:rsidRDefault="00A5425F" w:rsidP="000B505C">
            <w:pPr>
              <w:spacing w:after="0" w:line="240" w:lineRule="auto"/>
              <w:rPr>
                <w:rFonts w:hint="eastAsia"/>
                <w:lang w:val="fr-FR"/>
              </w:rPr>
            </w:pPr>
            <w:r w:rsidRPr="00862DE8">
              <w:rPr>
                <w:rFonts w:eastAsia="Myriad Pro" w:cs="Myriad Pro" w:hint="eastAsia"/>
                <w:b/>
                <w:color w:val="1D2958"/>
                <w:sz w:val="18"/>
                <w:lang w:val="fr-FR"/>
              </w:rPr>
              <w:t>Nom affiché, pseudonyme ou organisation</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40E943D1" w14:textId="77777777" w:rsidR="00A5425F" w:rsidRPr="00862DE8" w:rsidRDefault="00A5425F" w:rsidP="000B505C">
            <w:pPr>
              <w:spacing w:after="0" w:line="240" w:lineRule="auto"/>
              <w:rPr>
                <w:rFonts w:hint="eastAsia"/>
                <w:lang w:val="fr-FR"/>
              </w:rPr>
            </w:pPr>
          </w:p>
        </w:tc>
      </w:tr>
      <w:tr w:rsidR="00A5425F" w:rsidRPr="00862DE8" w14:paraId="5B57221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106C3F7" w14:textId="77777777" w:rsidR="00A5425F" w:rsidRPr="00862DE8" w:rsidRDefault="00A5425F" w:rsidP="000B505C">
            <w:pPr>
              <w:spacing w:after="0" w:line="240" w:lineRule="auto"/>
              <w:rPr>
                <w:rFonts w:hint="eastAsia"/>
                <w:lang w:val="fr-FR"/>
              </w:rPr>
            </w:pPr>
            <w:r w:rsidRPr="00862DE8">
              <w:rPr>
                <w:rFonts w:eastAsia="Myriad Pro" w:cs="Myriad Pro" w:hint="eastAsia"/>
                <w:b/>
                <w:color w:val="1D2958"/>
                <w:sz w:val="18"/>
                <w:lang w:val="fr-FR"/>
              </w:rPr>
              <w:t>Lien de profil ou de référence souhaité, s’il est accepté par la politique</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B98ADF9" w14:textId="77777777" w:rsidR="00A5425F" w:rsidRPr="00862DE8" w:rsidRDefault="00A5425F" w:rsidP="000B505C">
            <w:pPr>
              <w:spacing w:after="0" w:line="240" w:lineRule="auto"/>
              <w:rPr>
                <w:rFonts w:hint="eastAsia"/>
                <w:lang w:val="fr-FR"/>
              </w:rPr>
            </w:pPr>
          </w:p>
        </w:tc>
      </w:tr>
    </w:tbl>
    <w:p w14:paraId="38C3B747" w14:textId="77777777" w:rsidR="00A5425F" w:rsidRPr="00862DE8" w:rsidRDefault="00A5425F" w:rsidP="00A5425F">
      <w:pPr>
        <w:spacing w:after="110" w:line="259" w:lineRule="auto"/>
        <w:rPr>
          <w:rFonts w:hint="eastAsia"/>
          <w:lang w:val="fr-FR"/>
        </w:rPr>
      </w:pPr>
    </w:p>
    <w:p w14:paraId="475B0059" w14:textId="0915E990" w:rsidR="00A5425F" w:rsidRPr="00862DE8" w:rsidRDefault="00400CD9" w:rsidP="00A5425F">
      <w:pPr>
        <w:pStyle w:val="Heading2"/>
        <w:spacing w:after="80"/>
        <w:rPr>
          <w:lang w:val="fr-FR"/>
        </w:rPr>
      </w:pPr>
      <w:bookmarkStart w:id="9" w:name="_Toc239339921"/>
      <w:r w:rsidRPr="00862DE8">
        <w:rPr>
          <w:rFonts w:ascii="Ubuntu" w:eastAsia="Ubuntu" w:hAnsi="Ubuntu" w:cs="Ubuntu"/>
          <w:u w:val="single"/>
          <w:lang w:val="fr-FR"/>
        </w:rPr>
        <w:t>9. Pièces jointes et informations complémentaires</w:t>
      </w:r>
      <w:bookmarkEnd w:id="9"/>
    </w:p>
    <w:p w14:paraId="3088B04A" w14:textId="732A687A" w:rsidR="00DA2D1B" w:rsidRPr="00862DE8" w:rsidRDefault="005B511E" w:rsidP="00DA2D1B">
      <w:pPr>
        <w:pStyle w:val="ListBullet"/>
        <w:numPr>
          <w:ilvl w:val="0"/>
          <w:numId w:val="0"/>
        </w:numPr>
        <w:ind w:left="360" w:hanging="360"/>
        <w:rPr>
          <w:rFonts w:hint="eastAsia"/>
          <w:lang w:val="fr-FR"/>
        </w:rPr>
      </w:pPr>
      <w:r w:rsidRPr="00862DE8">
        <w:rPr>
          <w:lang w:val="fr-FR"/>
        </w:rPr>
        <w:t>Veuillez indiquer les fichiers joints à votre signalement. N’incluez pas de mots de passe, de jetons d’authentification, de clés privées ni de données personnelles ou clients non nécessaires.</w:t>
      </w:r>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DA2D1B" w14:paraId="653CF06B" w14:textId="77777777" w:rsidTr="00A10A02">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74541D2B" w14:textId="77777777" w:rsidR="00DA2D1B" w:rsidRDefault="00DA2D1B" w:rsidP="00A10A02">
            <w:pPr>
              <w:spacing w:after="0" w:line="240" w:lineRule="auto"/>
              <w:rPr>
                <w:rFonts w:hint="eastAsia"/>
              </w:rPr>
            </w:pPr>
            <w:r>
              <w:rPr>
                <w:rFonts w:eastAsia="Ubuntu" w:cs="Ubuntu" w:hint="eastAsia"/>
                <w:b/>
                <w:color w:val="FFFFFF"/>
                <w:sz w:val="18"/>
              </w:rPr>
              <w:t>Champ</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59EFF2A8" w14:textId="77777777" w:rsidR="00DA2D1B" w:rsidRDefault="00DA2D1B" w:rsidP="00A10A02">
            <w:pPr>
              <w:spacing w:after="0" w:line="240" w:lineRule="auto"/>
              <w:rPr>
                <w:rFonts w:hint="eastAsia"/>
              </w:rPr>
            </w:pPr>
            <w:r>
              <w:rPr>
                <w:rFonts w:eastAsia="Ubuntu" w:cs="Ubuntu" w:hint="eastAsia"/>
                <w:b/>
                <w:color w:val="FFFFFF"/>
                <w:sz w:val="18"/>
              </w:rPr>
              <w:t>Réponse</w:t>
            </w:r>
          </w:p>
        </w:tc>
      </w:tr>
      <w:tr w:rsidR="00DA2D1B" w14:paraId="6A1D8FE7"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DE02D75" w14:textId="6F2FD1AF" w:rsidR="00DA2D1B" w:rsidRPr="00862DE8" w:rsidRDefault="00DA2D1B" w:rsidP="00A10A02">
            <w:pPr>
              <w:spacing w:after="0" w:line="240" w:lineRule="auto"/>
              <w:rPr>
                <w:rFonts w:hint="eastAsia"/>
                <w:lang w:val="fr-FR"/>
              </w:rPr>
            </w:pPr>
            <w:r w:rsidRPr="00862DE8">
              <w:rPr>
                <w:rFonts w:eastAsia="Myriad Pro" w:cs="Myriad Pro"/>
                <w:b/>
                <w:color w:val="1D2958"/>
                <w:sz w:val="18"/>
                <w:lang w:val="fr-FR"/>
              </w:rPr>
              <w:t>Des fichiers sont-ils joints à ce signalement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79C816A" w14:textId="77A3742E" w:rsidR="00DA2D1B" w:rsidRDefault="004F3081" w:rsidP="00DA2D1B">
            <w:pPr>
              <w:spacing w:after="0" w:line="240" w:lineRule="auto"/>
              <w:rPr>
                <w:rFonts w:hint="eastAsia"/>
              </w:rPr>
            </w:pPr>
            <w:sdt>
              <w:sdtPr>
                <w:alias w:val="Checkbox 14"/>
                <w:tag w:val="CHECKBOX_0014"/>
                <w:id w:val="-1785882412"/>
                <w14:checkbox>
                  <w14:checked w14:val="0"/>
                  <w14:checkedState w14:val="2612" w14:font="Arial"/>
                  <w14:uncheckedState w14:val="2610" w14:font="Arial"/>
                </w14:checkbox>
              </w:sdtPr>
              <w:sdtEndPr/>
              <w:sdtContent>
                <w:r w:rsidR="00DA2D1B" w:rsidRPr="00DB7338">
                  <w:rPr>
                    <w:rFonts w:ascii="Segoe UI Symbol" w:hAnsi="Segoe UI Symbol" w:cs="Segoe UI Symbol"/>
                  </w:rPr>
                  <w:t>☐</w:t>
                </w:r>
              </w:sdtContent>
            </w:sdt>
            <w:r w:rsidR="00DA2D1B" w:rsidRPr="00DB7338">
              <w:rPr>
                <w:rFonts w:hint="eastAsia"/>
                <w:sz w:val="18"/>
              </w:rPr>
              <w:t xml:space="preserve"> </w:t>
            </w:r>
            <w:r w:rsidR="00DA2D1B">
              <w:rPr>
                <w:sz w:val="18"/>
              </w:rPr>
              <w:t>Oui</w:t>
            </w:r>
            <w:r w:rsidR="00DA2D1B" w:rsidRPr="00DB7338">
              <w:rPr>
                <w:rFonts w:hint="eastAsia"/>
                <w:sz w:val="18"/>
              </w:rPr>
              <w:t xml:space="preserve"> </w:t>
            </w:r>
            <w:sdt>
              <w:sdtPr>
                <w:alias w:val="Checkbox 15"/>
                <w:tag w:val="CHECKBOX_0015"/>
                <w:id w:val="1261801954"/>
                <w14:checkbox>
                  <w14:checked w14:val="0"/>
                  <w14:checkedState w14:val="2612" w14:font="Arial"/>
                  <w14:uncheckedState w14:val="2610" w14:font="Arial"/>
                </w14:checkbox>
              </w:sdtPr>
              <w:sdtEndPr/>
              <w:sdtContent>
                <w:r w:rsidR="00DA2D1B">
                  <w:rPr>
                    <w:rFonts w:ascii="Arial" w:hAnsi="Arial" w:cs="Arial"/>
                  </w:rPr>
                  <w:t>☐</w:t>
                </w:r>
              </w:sdtContent>
            </w:sdt>
            <w:r w:rsidR="00DA2D1B" w:rsidRPr="00DB7338">
              <w:rPr>
                <w:rFonts w:hint="eastAsia"/>
                <w:sz w:val="18"/>
              </w:rPr>
              <w:t xml:space="preserve"> </w:t>
            </w:r>
            <w:r w:rsidR="00DA2D1B">
              <w:rPr>
                <w:sz w:val="18"/>
              </w:rPr>
              <w:t xml:space="preserve">Non </w:t>
            </w:r>
          </w:p>
        </w:tc>
      </w:tr>
      <w:tr w:rsidR="00DA2D1B" w14:paraId="08895A44"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B268D4D" w14:textId="01324FC1" w:rsidR="00DA2D1B" w:rsidRDefault="009A2B5C" w:rsidP="00A10A02">
            <w:pPr>
              <w:spacing w:after="0" w:line="240" w:lineRule="auto"/>
              <w:rPr>
                <w:rFonts w:hint="eastAsia"/>
              </w:rPr>
            </w:pPr>
            <w:r>
              <w:rPr>
                <w:rFonts w:eastAsia="Myriad Pro" w:cs="Myriad Pro"/>
                <w:b/>
                <w:color w:val="1D2958"/>
                <w:sz w:val="18"/>
              </w:rPr>
              <w:t xml:space="preserve">Type de fichiers joints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D65EFCB" w14:textId="77777777" w:rsidR="009A2B5C" w:rsidRPr="00862DE8" w:rsidRDefault="004F3081" w:rsidP="009A2B5C">
            <w:pPr>
              <w:spacing w:after="0" w:line="240" w:lineRule="auto"/>
              <w:rPr>
                <w:rFonts w:hint="eastAsia"/>
                <w:lang w:val="fr-FR"/>
              </w:rPr>
            </w:pPr>
            <w:sdt>
              <w:sdtPr>
                <w:rPr>
                  <w:lang w:val="fr-FR"/>
                </w:rPr>
                <w:alias w:val="Checkbox 16"/>
                <w:tag w:val="CHECKBOX_0016"/>
                <w:id w:val="-653143698"/>
                <w14:checkbox>
                  <w14:checked w14:val="0"/>
                  <w14:checkedState w14:val="2612" w14:font="Arial"/>
                  <w14:uncheckedState w14:val="2610" w14:font="Arial"/>
                </w14:checkbox>
              </w:sdtPr>
              <w:sdtEndPr/>
              <w:sdtContent>
                <w:r w:rsidR="00DA2D1B" w:rsidRPr="00862DE8">
                  <w:rPr>
                    <w:rFonts w:ascii="Segoe UI Symbol" w:hAnsi="Segoe UI Symbol" w:cs="Segoe UI Symbol"/>
                    <w:lang w:val="fr-FR"/>
                  </w:rPr>
                  <w:t>☐</w:t>
                </w:r>
              </w:sdtContent>
            </w:sdt>
            <w:r w:rsidR="00DA2D1B" w:rsidRPr="00862DE8">
              <w:rPr>
                <w:rFonts w:hint="eastAsia"/>
                <w:sz w:val="18"/>
                <w:lang w:val="fr-FR"/>
              </w:rPr>
              <w:t xml:space="preserve"> </w:t>
            </w:r>
            <w:r w:rsidR="009A2B5C" w:rsidRPr="00862DE8">
              <w:rPr>
                <w:sz w:val="18"/>
                <w:lang w:val="fr-FR"/>
              </w:rPr>
              <w:t>Captures d’écran</w:t>
            </w:r>
            <w:r w:rsidR="00DA2D1B" w:rsidRPr="00862DE8">
              <w:rPr>
                <w:rFonts w:hint="eastAsia"/>
                <w:sz w:val="18"/>
                <w:lang w:val="fr-FR"/>
              </w:rPr>
              <w:t xml:space="preserve"> </w:t>
            </w:r>
          </w:p>
          <w:p w14:paraId="625D8D25" w14:textId="77777777" w:rsidR="009A2B5C" w:rsidRPr="00862DE8" w:rsidRDefault="004F3081" w:rsidP="009A2B5C">
            <w:pPr>
              <w:spacing w:after="0" w:line="240" w:lineRule="auto"/>
              <w:rPr>
                <w:rFonts w:hint="eastAsia"/>
                <w:lang w:val="fr-FR"/>
              </w:rPr>
            </w:pPr>
            <w:sdt>
              <w:sdtPr>
                <w:rPr>
                  <w:lang w:val="fr-FR"/>
                </w:rPr>
                <w:alias w:val="Checkbox 17"/>
                <w:tag w:val="CHECKBOX_0017"/>
                <w:id w:val="-631332517"/>
                <w14:checkbox>
                  <w14:checked w14:val="0"/>
                  <w14:checkedState w14:val="2612" w14:font="Arial"/>
                  <w14:uncheckedState w14:val="2610" w14:font="Arial"/>
                </w14:checkbox>
              </w:sdtPr>
              <w:sdtEndPr/>
              <w:sdtContent>
                <w:r w:rsidR="009A2B5C" w:rsidRPr="00862DE8">
                  <w:rPr>
                    <w:rFonts w:ascii="Arial" w:hAnsi="Arial" w:cs="Arial"/>
                    <w:lang w:val="fr-FR"/>
                  </w:rPr>
                  <w:t>☐</w:t>
                </w:r>
              </w:sdtContent>
            </w:sdt>
            <w:r w:rsidR="00DA2D1B" w:rsidRPr="00862DE8">
              <w:rPr>
                <w:rFonts w:hint="eastAsia"/>
                <w:sz w:val="18"/>
                <w:lang w:val="fr-FR"/>
              </w:rPr>
              <w:t xml:space="preserve"> </w:t>
            </w:r>
            <w:r w:rsidR="009A2B5C" w:rsidRPr="00862DE8">
              <w:rPr>
                <w:sz w:val="18"/>
                <w:lang w:val="fr-FR"/>
              </w:rPr>
              <w:t>Journaux</w:t>
            </w:r>
            <w:r w:rsidR="00DA2D1B" w:rsidRPr="00862DE8">
              <w:rPr>
                <w:sz w:val="18"/>
                <w:lang w:val="fr-FR"/>
              </w:rPr>
              <w:t xml:space="preserve"> </w:t>
            </w:r>
          </w:p>
          <w:p w14:paraId="2DACA6AC" w14:textId="77777777" w:rsidR="009A2B5C" w:rsidRPr="00862DE8" w:rsidRDefault="004F3081" w:rsidP="009A2B5C">
            <w:pPr>
              <w:spacing w:after="0" w:line="240" w:lineRule="auto"/>
              <w:rPr>
                <w:rFonts w:hint="eastAsia"/>
                <w:lang w:val="fr-FR"/>
              </w:rPr>
            </w:pPr>
            <w:sdt>
              <w:sdtPr>
                <w:rPr>
                  <w:lang w:val="fr-FR"/>
                </w:rPr>
                <w:alias w:val="Checkbox 15"/>
                <w:tag w:val="CHECKBOX_0015"/>
                <w:id w:val="2144066354"/>
                <w14:checkbox>
                  <w14:checked w14:val="0"/>
                  <w14:checkedState w14:val="2612" w14:font="Arial"/>
                  <w14:uncheckedState w14:val="2610" w14:font="Arial"/>
                </w14:checkbox>
              </w:sdtPr>
              <w:sdtEndPr/>
              <w:sdtContent>
                <w:r w:rsidR="00DA2D1B" w:rsidRPr="00862DE8">
                  <w:rPr>
                    <w:rFonts w:ascii="Segoe UI Symbol" w:hAnsi="Segoe UI Symbol" w:cs="Segoe UI Symbol"/>
                    <w:lang w:val="fr-FR"/>
                  </w:rPr>
                  <w:t>☐</w:t>
                </w:r>
              </w:sdtContent>
            </w:sdt>
            <w:r w:rsidR="00DA2D1B" w:rsidRPr="00862DE8">
              <w:rPr>
                <w:rFonts w:hint="eastAsia"/>
                <w:sz w:val="18"/>
                <w:lang w:val="fr-FR"/>
              </w:rPr>
              <w:t xml:space="preserve"> </w:t>
            </w:r>
            <w:r w:rsidR="009A2B5C" w:rsidRPr="00862DE8">
              <w:rPr>
                <w:sz w:val="18"/>
                <w:lang w:val="fr-FR"/>
              </w:rPr>
              <w:t xml:space="preserve">Vidéo </w:t>
            </w:r>
          </w:p>
          <w:p w14:paraId="5DB65D96" w14:textId="77777777" w:rsidR="009A2B5C" w:rsidRPr="00862DE8" w:rsidRDefault="004F3081" w:rsidP="009A2B5C">
            <w:pPr>
              <w:spacing w:after="0" w:line="240" w:lineRule="auto"/>
              <w:rPr>
                <w:rFonts w:hint="eastAsia"/>
                <w:lang w:val="fr-FR"/>
              </w:rPr>
            </w:pPr>
            <w:sdt>
              <w:sdtPr>
                <w:rPr>
                  <w:lang w:val="fr-FR"/>
                </w:rPr>
                <w:alias w:val="Checkbox 16"/>
                <w:tag w:val="CHECKBOX_0016"/>
                <w:id w:val="96609138"/>
                <w14:checkbox>
                  <w14:checked w14:val="0"/>
                  <w14:checkedState w14:val="2612" w14:font="Arial"/>
                  <w14:uncheckedState w14:val="2610" w14:font="Arial"/>
                </w14:checkbox>
              </w:sdtPr>
              <w:sdtEndPr/>
              <w:sdtContent>
                <w:r w:rsidR="009A2B5C" w:rsidRPr="00862DE8">
                  <w:rPr>
                    <w:rFonts w:ascii="Segoe UI Symbol" w:hAnsi="Segoe UI Symbol" w:cs="Segoe UI Symbol"/>
                    <w:lang w:val="fr-FR"/>
                  </w:rPr>
                  <w:t>☐</w:t>
                </w:r>
              </w:sdtContent>
            </w:sdt>
            <w:r w:rsidR="009A2B5C" w:rsidRPr="00862DE8">
              <w:rPr>
                <w:rFonts w:hint="eastAsia"/>
                <w:sz w:val="18"/>
                <w:lang w:val="fr-FR"/>
              </w:rPr>
              <w:t xml:space="preserve"> </w:t>
            </w:r>
            <w:r w:rsidR="009A2B5C" w:rsidRPr="00862DE8">
              <w:rPr>
                <w:sz w:val="18"/>
                <w:lang w:val="fr-FR"/>
              </w:rPr>
              <w:t xml:space="preserve">Preuve de concept </w:t>
            </w:r>
          </w:p>
          <w:p w14:paraId="514A4003" w14:textId="77777777" w:rsidR="009A2B5C" w:rsidRDefault="004F3081" w:rsidP="009A2B5C">
            <w:pPr>
              <w:spacing w:after="0" w:line="240" w:lineRule="auto"/>
              <w:rPr>
                <w:rFonts w:hint="eastAsia"/>
              </w:rPr>
            </w:pPr>
            <w:sdt>
              <w:sdtPr>
                <w:alias w:val="Checkbox 17"/>
                <w:tag w:val="CHECKBOX_0017"/>
                <w:id w:val="560760725"/>
                <w14:checkbox>
                  <w14:checked w14:val="0"/>
                  <w14:checkedState w14:val="2612" w14:font="Arial"/>
                  <w14:uncheckedState w14:val="2610" w14:font="Arial"/>
                </w14:checkbox>
              </w:sdtPr>
              <w:sdtEndPr/>
              <w:sdtContent>
                <w:r w:rsidR="009A2B5C" w:rsidRPr="00DB7338">
                  <w:rPr>
                    <w:rFonts w:ascii="Segoe UI Symbol" w:hAnsi="Segoe UI Symbol" w:cs="Segoe UI Symbol"/>
                  </w:rPr>
                  <w:t>☐</w:t>
                </w:r>
              </w:sdtContent>
            </w:sdt>
            <w:r w:rsidR="009A2B5C" w:rsidRPr="00DB7338">
              <w:rPr>
                <w:rFonts w:hint="eastAsia"/>
                <w:sz w:val="18"/>
              </w:rPr>
              <w:t xml:space="preserve"> </w:t>
            </w:r>
            <w:r w:rsidR="009A2B5C">
              <w:rPr>
                <w:sz w:val="18"/>
              </w:rPr>
              <w:t xml:space="preserve">Capture de paquets </w:t>
            </w:r>
          </w:p>
          <w:p w14:paraId="17A74EDE" w14:textId="681966A3" w:rsidR="00DA2D1B" w:rsidRDefault="004F3081" w:rsidP="009A2B5C">
            <w:pPr>
              <w:spacing w:after="0" w:line="240" w:lineRule="auto"/>
              <w:rPr>
                <w:rFonts w:hint="eastAsia"/>
              </w:rPr>
            </w:pPr>
            <w:sdt>
              <w:sdtPr>
                <w:alias w:val="Checkbox 15"/>
                <w:tag w:val="CHECKBOX_0015"/>
                <w:id w:val="-1209030102"/>
                <w14:checkbox>
                  <w14:checked w14:val="0"/>
                  <w14:checkedState w14:val="2612" w14:font="Arial"/>
                  <w14:uncheckedState w14:val="2610" w14:font="Arial"/>
                </w14:checkbox>
              </w:sdtPr>
              <w:sdtEndPr/>
              <w:sdtContent>
                <w:r w:rsidR="009A2B5C" w:rsidRPr="00DB7338">
                  <w:rPr>
                    <w:rFonts w:ascii="Segoe UI Symbol" w:hAnsi="Segoe UI Symbol" w:cs="Segoe UI Symbol"/>
                  </w:rPr>
                  <w:t>☐</w:t>
                </w:r>
              </w:sdtContent>
            </w:sdt>
            <w:r w:rsidR="009A2B5C" w:rsidRPr="00DB7338">
              <w:rPr>
                <w:rFonts w:hint="eastAsia"/>
                <w:sz w:val="18"/>
              </w:rPr>
              <w:t xml:space="preserve"> </w:t>
            </w:r>
            <w:r w:rsidR="009A2B5C">
              <w:rPr>
                <w:sz w:val="18"/>
              </w:rPr>
              <w:t>Autre</w:t>
            </w:r>
          </w:p>
        </w:tc>
      </w:tr>
      <w:tr w:rsidR="00DA2D1B" w14:paraId="244F1F7A"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8589E59" w14:textId="57FDA9E8" w:rsidR="00DA2D1B" w:rsidRDefault="008A78A6" w:rsidP="00A10A02">
            <w:pPr>
              <w:spacing w:after="0" w:line="240" w:lineRule="auto"/>
              <w:rPr>
                <w:rFonts w:hint="eastAsia"/>
              </w:rPr>
            </w:pPr>
            <w:r>
              <w:rPr>
                <w:rFonts w:eastAsia="Myriad Pro" w:cs="Myriad Pro"/>
                <w:b/>
                <w:color w:val="1D2958"/>
                <w:sz w:val="18"/>
              </w:rPr>
              <w:t>Description des fichiers joints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5CA44099" w14:textId="77777777" w:rsidR="00DA2D1B" w:rsidRDefault="00DA2D1B" w:rsidP="008A78A6">
            <w:pPr>
              <w:spacing w:after="0" w:line="240" w:lineRule="auto"/>
              <w:rPr>
                <w:rFonts w:hint="eastAsia"/>
              </w:rPr>
            </w:pPr>
          </w:p>
        </w:tc>
      </w:tr>
      <w:tr w:rsidR="00DA2D1B" w:rsidRPr="00862DE8" w14:paraId="439B08F5"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A774265" w14:textId="387C2B44" w:rsidR="00DA2D1B" w:rsidRPr="00862DE8" w:rsidRDefault="007073FE" w:rsidP="00A10A02">
            <w:pPr>
              <w:spacing w:after="0" w:line="240" w:lineRule="auto"/>
              <w:rPr>
                <w:rFonts w:hint="eastAsia"/>
                <w:lang w:val="fr-FR"/>
              </w:rPr>
            </w:pPr>
            <w:r w:rsidRPr="00862DE8">
              <w:rPr>
                <w:rFonts w:eastAsia="Myriad Pro" w:cs="Myriad Pro"/>
                <w:b/>
                <w:color w:val="1D2958"/>
                <w:sz w:val="18"/>
                <w:lang w:val="fr-FR"/>
              </w:rPr>
              <w:t>Informations complémentaires pertinentes pour le signalement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2403DF52" w14:textId="2640F0C3" w:rsidR="00DA2D1B" w:rsidRPr="00862DE8" w:rsidRDefault="00DA2D1B" w:rsidP="007073FE">
            <w:pPr>
              <w:spacing w:after="0" w:line="240" w:lineRule="auto"/>
              <w:rPr>
                <w:rFonts w:hint="eastAsia"/>
                <w:lang w:val="fr-FR"/>
              </w:rPr>
            </w:pPr>
          </w:p>
        </w:tc>
      </w:tr>
      <w:tr w:rsidR="00DA2D1B" w:rsidRPr="00862DE8" w14:paraId="089B751C"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2DB37360" w14:textId="366325B7" w:rsidR="00DA2D1B" w:rsidRPr="00862DE8" w:rsidRDefault="005D16DB" w:rsidP="00A10A02">
            <w:pPr>
              <w:spacing w:after="0" w:line="240" w:lineRule="auto"/>
              <w:rPr>
                <w:rFonts w:hint="eastAsia"/>
                <w:lang w:val="fr-FR"/>
              </w:rPr>
            </w:pPr>
            <w:r w:rsidRPr="00862DE8">
              <w:rPr>
                <w:rFonts w:eastAsia="Myriad Pro" w:cs="Myriad Pro"/>
                <w:b/>
                <w:color w:val="1D2958"/>
                <w:sz w:val="18"/>
                <w:lang w:val="fr-FR"/>
              </w:rPr>
              <w:t>Exigences de confidentialité ou de traitement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A5C7905" w14:textId="77777777" w:rsidR="00DA2D1B" w:rsidRPr="00862DE8" w:rsidRDefault="00DA2D1B" w:rsidP="005D16DB">
            <w:pPr>
              <w:spacing w:after="0" w:line="240" w:lineRule="auto"/>
              <w:rPr>
                <w:rFonts w:hint="eastAsia"/>
                <w:lang w:val="fr-FR"/>
              </w:rPr>
            </w:pPr>
          </w:p>
        </w:tc>
      </w:tr>
    </w:tbl>
    <w:p w14:paraId="7D268B9C" w14:textId="77777777" w:rsidR="00DA2D1B" w:rsidRPr="00862DE8" w:rsidRDefault="00DA2D1B" w:rsidP="00DA2D1B">
      <w:pPr>
        <w:pStyle w:val="ListBullet"/>
        <w:numPr>
          <w:ilvl w:val="0"/>
          <w:numId w:val="0"/>
        </w:numPr>
        <w:ind w:left="360" w:hanging="360"/>
        <w:rPr>
          <w:rFonts w:hint="eastAsia"/>
          <w:lang w:val="fr-FR"/>
        </w:rPr>
      </w:pPr>
    </w:p>
    <w:p w14:paraId="4AF4B10A" w14:textId="7E10C0E2" w:rsidR="00400CD9" w:rsidRPr="00862DE8" w:rsidRDefault="002B58F8" w:rsidP="00990E0E">
      <w:pPr>
        <w:pStyle w:val="ListBullet"/>
        <w:numPr>
          <w:ilvl w:val="0"/>
          <w:numId w:val="0"/>
        </w:numPr>
        <w:ind w:left="360" w:hanging="360"/>
        <w:rPr>
          <w:rFonts w:hint="eastAsia"/>
          <w:lang w:val="fr-FR"/>
        </w:rPr>
      </w:pPr>
      <w:r w:rsidRPr="00862DE8">
        <w:rPr>
          <w:lang w:val="fr-FR"/>
        </w:rPr>
        <w:t>Si vous joignez des journaux, captures d’écran, vidéos, captures de paquets ou éléments de preuve de concept, veuillez supprimer les données personnelles ou clients non nécessaires, les mots de passe, les jetons d’authentification, les clés privées ou toute autre information sensible avant d’envoyer le signalement.</w:t>
      </w:r>
    </w:p>
    <w:p w14:paraId="38E505FA" w14:textId="77777777" w:rsidR="00400CD9" w:rsidRPr="00862DE8" w:rsidRDefault="00400CD9" w:rsidP="003A18C2">
      <w:pPr>
        <w:pStyle w:val="ListBullet"/>
        <w:numPr>
          <w:ilvl w:val="0"/>
          <w:numId w:val="0"/>
        </w:numPr>
        <w:tabs>
          <w:tab w:val="left" w:leader="underscore" w:pos="9200"/>
        </w:tabs>
        <w:spacing w:after="50" w:line="252" w:lineRule="auto"/>
        <w:ind w:left="360"/>
        <w:rPr>
          <w:rFonts w:hint="eastAsia"/>
          <w:lang w:val="fr-FR"/>
        </w:rPr>
      </w:pPr>
    </w:p>
    <w:p w14:paraId="3B991FF6" w14:textId="34CC02C3" w:rsidR="00A5425F" w:rsidRPr="00862DE8" w:rsidRDefault="00A5425F" w:rsidP="00A5425F">
      <w:pPr>
        <w:pStyle w:val="Heading2"/>
        <w:spacing w:after="80"/>
        <w:rPr>
          <w:lang w:val="fr-FR"/>
        </w:rPr>
      </w:pPr>
      <w:bookmarkStart w:id="10" w:name="_Toc239339922"/>
      <w:r w:rsidRPr="00862DE8">
        <w:rPr>
          <w:rFonts w:ascii="Ubuntu" w:eastAsia="Ubuntu" w:hAnsi="Ubuntu" w:cs="Ubuntu" w:hint="eastAsia"/>
          <w:u w:val="single"/>
          <w:lang w:val="fr-FR"/>
        </w:rPr>
        <w:t>10. Confirmation de bonne foi</w:t>
      </w:r>
      <w:bookmarkEnd w:id="10"/>
    </w:p>
    <w:p w14:paraId="7C6C0657" w14:textId="77777777" w:rsidR="00A5425F" w:rsidRPr="00862DE8" w:rsidRDefault="00A5425F" w:rsidP="00A5425F">
      <w:pPr>
        <w:spacing w:after="110" w:line="259" w:lineRule="auto"/>
        <w:rPr>
          <w:rFonts w:hint="eastAsia"/>
          <w:lang w:val="fr-FR"/>
        </w:rPr>
      </w:pPr>
      <w:r w:rsidRPr="00862DE8">
        <w:rPr>
          <w:rFonts w:eastAsia="Myriad Pro" w:cs="Myriad Pro" w:hint="eastAsia"/>
          <w:lang w:val="fr-FR"/>
        </w:rPr>
        <w:t>En envoyant ce signalement, son auteur confirme, à sa connaissance, que :</w:t>
      </w:r>
    </w:p>
    <w:p w14:paraId="573C3FF9" w14:textId="641BBC39" w:rsidR="00A5425F" w:rsidRPr="00862DE8" w:rsidRDefault="004F3081" w:rsidP="001000B8">
      <w:pPr>
        <w:pStyle w:val="ListBullet"/>
        <w:numPr>
          <w:ilvl w:val="0"/>
          <w:numId w:val="0"/>
        </w:numPr>
        <w:spacing w:after="50" w:line="252" w:lineRule="auto"/>
        <w:ind w:left="360"/>
        <w:rPr>
          <w:rFonts w:hint="eastAsia"/>
          <w:lang w:val="fr-FR"/>
        </w:rPr>
      </w:pPr>
      <w:sdt>
        <w:sdtPr>
          <w:rPr>
            <w:lang w:val="fr-FR"/>
          </w:rPr>
          <w:alias w:val="Checkbox 27"/>
          <w:tag w:val="CHECKBOX_0027"/>
          <w:id w:val="100027"/>
          <w14:checkbox>
            <w14:checked w14:val="0"/>
            <w14:checkedState w14:val="2612" w14:font="Arial"/>
            <w14:uncheckedState w14:val="2610" w14:font="Arial"/>
          </w14:checkbox>
        </w:sdtPr>
        <w:sdtEndPr/>
        <w:sdtContent>
          <w:r w:rsidR="001000B8" w:rsidRPr="00862DE8">
            <w:rPr>
              <w:rFonts w:ascii="Arial" w:hAnsi="Arial" w:cs="Arial"/>
              <w:lang w:val="fr-FR"/>
            </w:rPr>
            <w:t>☐</w:t>
          </w:r>
        </w:sdtContent>
      </w:sdt>
      <w:r w:rsidR="00A5425F" w:rsidRPr="00862DE8">
        <w:rPr>
          <w:rFonts w:eastAsia="Myriad Pro" w:cs="Myriad Pro" w:hint="eastAsia"/>
          <w:szCs w:val="21"/>
          <w:lang w:val="fr-FR"/>
        </w:rPr>
        <w:t xml:space="preserve"> Le signalement est exact et les informations ont été obtenues dans le cadre de recherches de sécurité menées de bonne foi.</w:t>
      </w:r>
    </w:p>
    <w:p w14:paraId="3D6F23C6" w14:textId="3D6E9E1F" w:rsidR="00A5425F" w:rsidRPr="00862DE8" w:rsidRDefault="004F3081" w:rsidP="001000B8">
      <w:pPr>
        <w:pStyle w:val="ListBullet"/>
        <w:numPr>
          <w:ilvl w:val="0"/>
          <w:numId w:val="0"/>
        </w:numPr>
        <w:spacing w:after="50" w:line="252" w:lineRule="auto"/>
        <w:ind w:left="360"/>
        <w:rPr>
          <w:rFonts w:hint="eastAsia"/>
          <w:lang w:val="fr-FR"/>
        </w:rPr>
      </w:pPr>
      <w:sdt>
        <w:sdtPr>
          <w:rPr>
            <w:lang w:val="fr-FR"/>
          </w:rPr>
          <w:alias w:val="Checkbox 28"/>
          <w:tag w:val="CHECKBOX_0028"/>
          <w:id w:val="100028"/>
          <w14:checkbox>
            <w14:checked w14:val="0"/>
            <w14:checkedState w14:val="2612" w14:font="Arial"/>
            <w14:uncheckedState w14:val="2610" w14:font="Arial"/>
          </w14:checkbox>
        </w:sdtPr>
        <w:sdtEndPr/>
        <w:sdtContent>
          <w:r w:rsidR="001000B8" w:rsidRPr="00862DE8">
            <w:rPr>
              <w:rFonts w:ascii="Arial" w:hAnsi="Arial" w:cs="Arial"/>
              <w:lang w:val="fr-FR"/>
            </w:rPr>
            <w:t>☐</w:t>
          </w:r>
        </w:sdtContent>
      </w:sdt>
      <w:r w:rsidR="00A5425F" w:rsidRPr="00862DE8">
        <w:rPr>
          <w:rFonts w:eastAsia="Myriad Pro" w:cs="Myriad Pro" w:hint="eastAsia"/>
          <w:szCs w:val="21"/>
          <w:lang w:val="fr-FR"/>
        </w:rPr>
        <w:t xml:space="preserve"> Les tests ont été limités aux systèmes, appareils, comptes et données appartenant à l’auteur du signalement ou pour lesquels il était autorisé à effectuer des tests.</w:t>
      </w:r>
    </w:p>
    <w:p w14:paraId="6BBC477B" w14:textId="77777777" w:rsidR="00A5425F" w:rsidRPr="00862DE8" w:rsidRDefault="004F3081" w:rsidP="001000B8">
      <w:pPr>
        <w:pStyle w:val="ListBullet"/>
        <w:numPr>
          <w:ilvl w:val="0"/>
          <w:numId w:val="0"/>
        </w:numPr>
        <w:spacing w:after="50" w:line="252" w:lineRule="auto"/>
        <w:ind w:left="360"/>
        <w:rPr>
          <w:rFonts w:hint="eastAsia"/>
          <w:lang w:val="fr-FR"/>
        </w:rPr>
      </w:pPr>
      <w:sdt>
        <w:sdtPr>
          <w:rPr>
            <w:lang w:val="fr-FR"/>
          </w:rPr>
          <w:alias w:val="Checkbox 29"/>
          <w:tag w:val="CHECKBOX_0029"/>
          <w:id w:val="100029"/>
          <w14:checkbox>
            <w14:checked w14:val="0"/>
            <w14:checkedState w14:val="2612" w14:font="Arial"/>
            <w14:uncheckedState w14:val="2610" w14:font="Arial"/>
          </w14:checkbox>
        </w:sdtPr>
        <w:sdtEndPr/>
        <w:sdtContent>
          <w:r w:rsidR="00A5425F" w:rsidRPr="00862DE8">
            <w:rPr>
              <w:rFonts w:ascii="Segoe UI Symbol" w:eastAsia="Arial Unicode MS" w:hAnsi="Segoe UI Symbol" w:cs="Segoe UI Symbol"/>
              <w:color w:val="000000"/>
              <w:szCs w:val="21"/>
              <w:lang w:val="fr-FR"/>
            </w:rPr>
            <w:t>☐</w:t>
          </w:r>
        </w:sdtContent>
      </w:sdt>
      <w:r w:rsidR="00A5425F" w:rsidRPr="00862DE8">
        <w:rPr>
          <w:rFonts w:eastAsia="Myriad Pro" w:cs="Myriad Pro" w:hint="eastAsia"/>
          <w:szCs w:val="21"/>
          <w:lang w:val="fr-FR"/>
        </w:rPr>
        <w:t xml:space="preserve"> Tout accès, conservation ou divulgation non nécessaire de données non publiques a été évité.</w:t>
      </w:r>
    </w:p>
    <w:p w14:paraId="310F30BF" w14:textId="77777777" w:rsidR="00A5425F" w:rsidRPr="00862DE8" w:rsidRDefault="004F3081" w:rsidP="001000B8">
      <w:pPr>
        <w:pStyle w:val="ListBullet"/>
        <w:numPr>
          <w:ilvl w:val="0"/>
          <w:numId w:val="0"/>
        </w:numPr>
        <w:spacing w:after="50" w:line="252" w:lineRule="auto"/>
        <w:ind w:left="360"/>
        <w:rPr>
          <w:rFonts w:hint="eastAsia"/>
          <w:lang w:val="fr-FR"/>
        </w:rPr>
      </w:pPr>
      <w:sdt>
        <w:sdtPr>
          <w:rPr>
            <w:lang w:val="fr-FR"/>
          </w:rPr>
          <w:alias w:val="Checkbox 30"/>
          <w:tag w:val="CHECKBOX_0030"/>
          <w:id w:val="100030"/>
          <w14:checkbox>
            <w14:checked w14:val="0"/>
            <w14:checkedState w14:val="2612" w14:font="Arial"/>
            <w14:uncheckedState w14:val="2610" w14:font="Arial"/>
          </w14:checkbox>
        </w:sdtPr>
        <w:sdtEndPr/>
        <w:sdtContent>
          <w:r w:rsidR="00A5425F" w:rsidRPr="00862DE8">
            <w:rPr>
              <w:rFonts w:ascii="Segoe UI Symbol" w:eastAsia="Arial Unicode MS" w:hAnsi="Segoe UI Symbol" w:cs="Segoe UI Symbol"/>
              <w:color w:val="000000"/>
              <w:szCs w:val="21"/>
              <w:lang w:val="fr-FR"/>
            </w:rPr>
            <w:t>☐</w:t>
          </w:r>
        </w:sdtContent>
      </w:sdt>
      <w:r w:rsidR="00A5425F" w:rsidRPr="00862DE8">
        <w:rPr>
          <w:rFonts w:eastAsia="Myriad Pro" w:cs="Myriad Pro" w:hint="eastAsia"/>
          <w:szCs w:val="21"/>
          <w:lang w:val="fr-FR"/>
        </w:rPr>
        <w:t xml:space="preserve"> L’auteur du signalement coordonnera la divulgation conformément à la politique publiée, sous réserve de la législation applicable et de toute évolution urgente du risque pour les utilisateurs.</w:t>
      </w:r>
    </w:p>
    <w:p w14:paraId="19C68360" w14:textId="1BC9F46C" w:rsidR="009D2F24" w:rsidRPr="00862DE8" w:rsidRDefault="004F3081" w:rsidP="000B4D71">
      <w:pPr>
        <w:pStyle w:val="ListBullet"/>
        <w:numPr>
          <w:ilvl w:val="0"/>
          <w:numId w:val="0"/>
        </w:numPr>
        <w:spacing w:after="50" w:line="252" w:lineRule="auto"/>
        <w:ind w:left="360"/>
        <w:rPr>
          <w:rFonts w:hint="eastAsia"/>
          <w:lang w:val="fr-FR"/>
        </w:rPr>
      </w:pPr>
      <w:sdt>
        <w:sdtPr>
          <w:rPr>
            <w:lang w:val="fr-FR"/>
          </w:rPr>
          <w:alias w:val="Checkbox 30"/>
          <w:tag w:val="CHECKBOX_0030"/>
          <w:id w:val="-1594698797"/>
          <w14:checkbox>
            <w14:checked w14:val="0"/>
            <w14:checkedState w14:val="2612" w14:font="Arial"/>
            <w14:uncheckedState w14:val="2610" w14:font="Arial"/>
          </w14:checkbox>
        </w:sdtPr>
        <w:sdtEndPr/>
        <w:sdtContent>
          <w:r w:rsidR="001000B8" w:rsidRPr="00862DE8">
            <w:rPr>
              <w:rFonts w:ascii="Arial" w:hAnsi="Arial" w:cs="Arial"/>
              <w:lang w:val="fr-FR"/>
            </w:rPr>
            <w:t>☐</w:t>
          </w:r>
        </w:sdtContent>
      </w:sdt>
      <w:r w:rsidR="00BF3105" w:rsidRPr="00862DE8">
        <w:rPr>
          <w:lang w:val="fr-FR"/>
        </w:rPr>
        <w:t xml:space="preserve"> Je confirme ne pas avoir intentionnellement inclus de mots de passe, de jetons d’authentification, de clés privées ni de données personnelles ou clients non nécessaires.</w:t>
      </w:r>
    </w:p>
    <w:p w14:paraId="6C180A1B" w14:textId="180F33F7" w:rsidR="009D2F24" w:rsidRPr="00862DE8" w:rsidRDefault="009D2F24" w:rsidP="009D2F24">
      <w:pPr>
        <w:spacing w:after="110" w:line="259" w:lineRule="auto"/>
        <w:rPr>
          <w:rFonts w:eastAsia="Myriad Pro" w:cs="Myriad Pro"/>
          <w:lang w:val="fr-FR"/>
        </w:rPr>
      </w:pPr>
      <w:r w:rsidRPr="00862DE8">
        <w:rPr>
          <w:rFonts w:eastAsia="Myriad Pro" w:cs="Myriad Pro" w:hint="eastAsia"/>
          <w:b/>
          <w:lang w:val="fr-FR"/>
        </w:rPr>
        <w:t>Date d’envoi : ____________________</w:t>
      </w:r>
    </w:p>
    <w:p w14:paraId="683EA517" w14:textId="40E3522B" w:rsidR="009B6E2A" w:rsidRPr="00862DE8" w:rsidRDefault="009B6E2A" w:rsidP="009B6E2A">
      <w:pPr>
        <w:spacing w:after="110" w:line="259" w:lineRule="auto"/>
        <w:rPr>
          <w:rFonts w:hint="eastAsia"/>
          <w:lang w:val="fr-FR"/>
        </w:rPr>
      </w:pPr>
      <w:r w:rsidRPr="00862DE8">
        <w:rPr>
          <w:rFonts w:eastAsia="Myriad Pro" w:cs="Myriad Pro" w:hint="eastAsia"/>
          <w:b/>
          <w:lang w:val="fr-FR"/>
        </w:rPr>
        <w:t>Nom ou pseudonyme de l’auteur du signalement, le cas échéant : __________________________________________________</w:t>
      </w:r>
    </w:p>
    <w:p w14:paraId="2BE015E7" w14:textId="77777777" w:rsidR="0054095F" w:rsidRPr="00862DE8" w:rsidRDefault="0054095F" w:rsidP="00D116E9">
      <w:pPr>
        <w:pStyle w:val="ListBullet"/>
        <w:numPr>
          <w:ilvl w:val="0"/>
          <w:numId w:val="0"/>
        </w:numPr>
        <w:rPr>
          <w:rStyle w:val="Strong"/>
          <w:rFonts w:hint="eastAsia"/>
          <w:lang w:val="fr-FR"/>
        </w:rPr>
      </w:pPr>
    </w:p>
    <w:p w14:paraId="1C2FC0BF" w14:textId="77777777" w:rsidR="00A67FD7" w:rsidRPr="00862DE8" w:rsidRDefault="0054095F" w:rsidP="00EB6E7D">
      <w:pPr>
        <w:pStyle w:val="ListBullet"/>
        <w:numPr>
          <w:ilvl w:val="0"/>
          <w:numId w:val="0"/>
        </w:numPr>
        <w:ind w:left="360" w:hanging="360"/>
        <w:rPr>
          <w:rFonts w:hint="eastAsia"/>
          <w:lang w:val="fr-FR"/>
        </w:rPr>
      </w:pPr>
      <w:r w:rsidRPr="00862DE8">
        <w:rPr>
          <w:rStyle w:val="Strong"/>
          <w:lang w:val="fr-FR"/>
        </w:rPr>
        <w:t>Comment envoyer ce signalement</w:t>
      </w:r>
    </w:p>
    <w:p w14:paraId="79C3CF60" w14:textId="1DAF4D50" w:rsidR="0054095F" w:rsidRPr="00862DE8" w:rsidRDefault="0054095F" w:rsidP="00A67FD7">
      <w:pPr>
        <w:pStyle w:val="ListBullet"/>
        <w:numPr>
          <w:ilvl w:val="0"/>
          <w:numId w:val="0"/>
        </w:numPr>
        <w:ind w:left="360"/>
        <w:rPr>
          <w:rFonts w:ascii="Times New Roman" w:hAnsi="Times New Roman"/>
          <w:color w:val="auto"/>
          <w:sz w:val="24"/>
          <w:lang w:val="fr-FR"/>
        </w:rPr>
      </w:pPr>
      <w:r w:rsidRPr="00862DE8">
        <w:rPr>
          <w:lang w:val="fr-FR"/>
        </w:rPr>
        <w:t>Veuillez envoyer le formulaire rempli par e-mail à : security@saluscontrols.com</w:t>
      </w:r>
    </w:p>
    <w:p w14:paraId="67F786F1" w14:textId="77777777" w:rsidR="0054095F" w:rsidRPr="00862DE8" w:rsidRDefault="0054095F" w:rsidP="00B27AC6">
      <w:pPr>
        <w:pStyle w:val="ListBullet"/>
        <w:numPr>
          <w:ilvl w:val="0"/>
          <w:numId w:val="0"/>
        </w:numPr>
        <w:ind w:left="360"/>
        <w:rPr>
          <w:rFonts w:hint="eastAsia"/>
          <w:lang w:val="fr-FR"/>
        </w:rPr>
      </w:pPr>
      <w:r w:rsidRPr="00862DE8">
        <w:rPr>
          <w:lang w:val="fr-FR"/>
        </w:rPr>
        <w:t>Vous pouvez également signaler une vulnérabilité suspectée directement par e-mail, sans utiliser ce formulaire. L’utilisation de ce formulaire est recommandée, car elle aide SALUS Controls PLC à recueillir les informations nécessaires pour évaluer efficacement le signalement.</w:t>
      </w:r>
    </w:p>
    <w:p w14:paraId="77706C9A" w14:textId="77777777" w:rsidR="0054095F" w:rsidRPr="00862DE8" w:rsidRDefault="0054095F" w:rsidP="00CC2FDE">
      <w:pPr>
        <w:pStyle w:val="ListBullet"/>
        <w:numPr>
          <w:ilvl w:val="0"/>
          <w:numId w:val="0"/>
        </w:numPr>
        <w:spacing w:after="50" w:line="252" w:lineRule="auto"/>
        <w:ind w:left="360"/>
        <w:rPr>
          <w:rFonts w:hint="eastAsia"/>
          <w:lang w:val="fr-FR"/>
        </w:rPr>
      </w:pPr>
    </w:p>
    <w:p w14:paraId="6211C366" w14:textId="77777777" w:rsidR="006C1235" w:rsidRPr="00862DE8" w:rsidRDefault="006C1235" w:rsidP="00A5425F">
      <w:pPr>
        <w:rPr>
          <w:rFonts w:hint="eastAsia"/>
          <w:lang w:val="fr-FR"/>
        </w:rPr>
      </w:pPr>
    </w:p>
    <w:sectPr w:rsidR="006C1235" w:rsidRPr="00862DE8" w:rsidSect="00034616">
      <w:headerReference w:type="default" r:id="rId9"/>
      <w:footerReference w:type="default" r:id="rId10"/>
      <w:pgSz w:w="12240" w:h="15840"/>
      <w:pgMar w:top="979" w:right="1123" w:bottom="936" w:left="1123" w:header="403"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E7B07" w14:textId="77777777" w:rsidR="004F3081" w:rsidRDefault="004F3081">
      <w:pPr>
        <w:spacing w:after="0" w:line="240" w:lineRule="auto"/>
        <w:rPr>
          <w:rFonts w:hint="eastAsia"/>
        </w:rPr>
      </w:pPr>
      <w:r>
        <w:separator/>
      </w:r>
    </w:p>
  </w:endnote>
  <w:endnote w:type="continuationSeparator" w:id="0">
    <w:p w14:paraId="773401E3" w14:textId="77777777" w:rsidR="004F3081" w:rsidRDefault="004F308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buntu">
    <w:charset w:val="00"/>
    <w:family w:val="swiss"/>
    <w:pitch w:val="variable"/>
    <w:sig w:usb0="E00002FF" w:usb1="5000205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B19BF" w14:textId="4F6AEACB" w:rsidR="00A57E86" w:rsidRDefault="001E6F2C" w:rsidP="001E6F2C">
    <w:pPr>
      <w:pStyle w:val="Footer"/>
      <w:tabs>
        <w:tab w:val="left" w:pos="1163"/>
        <w:tab w:val="right" w:pos="9878"/>
      </w:tabs>
      <w:jc w:val="right"/>
      <w:rPr>
        <w:rFonts w:hint="eastAsia"/>
      </w:rPr>
    </w:pPr>
    <w:r>
      <w:rPr>
        <w:rFonts w:ascii="Ubuntu" w:eastAsia="Ubuntu" w:hAnsi="Ubuntu" w:cs="Ubuntu"/>
        <w:b/>
        <w:color w:val="1D2958"/>
        <w:sz w:val="16"/>
      </w:rPr>
      <w:tab/>
    </w:r>
    <w:r>
      <w:rPr>
        <w:rFonts w:ascii="Ubuntu" w:eastAsia="Ubuntu" w:hAnsi="Ubuntu" w:cs="Ubuntu"/>
        <w:b/>
        <w:color w:val="1D2958"/>
        <w:sz w:val="16"/>
      </w:rPr>
      <w:tab/>
      <w:t xml:space="preserve">Page </w:t>
    </w:r>
    <w:r>
      <w:rPr>
        <w:rFonts w:ascii="Ubuntu" w:eastAsia="Ubuntu" w:hAnsi="Ubuntu" w:cs="Ubuntu"/>
        <w:b/>
        <w:color w:val="1D2958"/>
        <w:sz w:val="16"/>
      </w:rPr>
      <w:fldChar w:fldCharType="begin"/>
    </w:r>
    <w:r>
      <w:rPr>
        <w:rFonts w:ascii="Ubuntu" w:eastAsia="Ubuntu" w:hAnsi="Ubuntu" w:cs="Ubuntu"/>
        <w:b/>
        <w:color w:val="1D2958"/>
        <w:sz w:val="16"/>
      </w:rPr>
      <w:instrText xml:space="preserve"> PAGE </w:instrText>
    </w:r>
    <w:r>
      <w:rPr>
        <w:rFonts w:ascii="Ubuntu" w:eastAsia="Ubuntu" w:hAnsi="Ubuntu" w:cs="Ubuntu"/>
        <w:b/>
        <w:color w:val="1D2958"/>
        <w:sz w:val="16"/>
      </w:rPr>
      <w:fldChar w:fldCharType="separate"/>
    </w:r>
    <w:r w:rsidR="00817323">
      <w:rPr>
        <w:rFonts w:ascii="Ubuntu" w:eastAsia="Ubuntu" w:hAnsi="Ubuntu" w:cs="Ubuntu"/>
        <w:b/>
        <w:noProof/>
        <w:color w:val="1D2958"/>
        <w:sz w:val="16"/>
      </w:rPr>
      <w:t>1</w:t>
    </w:r>
    <w:r>
      <w:rPr>
        <w:rFonts w:ascii="Ubuntu" w:eastAsia="Ubuntu" w:hAnsi="Ubuntu" w:cs="Ubuntu"/>
        <w:b/>
        <w:color w:val="1D2958"/>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58D9C" w14:textId="77777777" w:rsidR="004F3081" w:rsidRDefault="004F3081">
      <w:pPr>
        <w:spacing w:after="0" w:line="240" w:lineRule="auto"/>
        <w:rPr>
          <w:rFonts w:hint="eastAsia"/>
        </w:rPr>
      </w:pPr>
      <w:r>
        <w:separator/>
      </w:r>
    </w:p>
  </w:footnote>
  <w:footnote w:type="continuationSeparator" w:id="0">
    <w:p w14:paraId="7356E87D" w14:textId="77777777" w:rsidR="004F3081" w:rsidRDefault="004F3081">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C6F7" w14:textId="1C007DCB" w:rsidR="001E6F2C" w:rsidRPr="001E6F2C" w:rsidRDefault="005D1326" w:rsidP="007B267A">
    <w:pPr>
      <w:pStyle w:val="BodyText"/>
      <w:spacing w:before="55" w:after="0"/>
      <w:ind w:left="284"/>
      <w:jc w:val="center"/>
      <w:rPr>
        <w:rFonts w:hint="eastAsia"/>
        <w:w w:val="105"/>
        <w:sz w:val="16"/>
        <w:szCs w:val="16"/>
      </w:rPr>
    </w:pPr>
    <w:r w:rsidRPr="001E6F2C">
      <w:rPr>
        <w:rFonts w:eastAsia="Myriad Pro" w:cs="Myriad Pro"/>
        <w:color w:val="6D7176"/>
        <w:w w:val="105"/>
        <w:sz w:val="16"/>
        <w:szCs w:val="16"/>
      </w:rPr>
      <w:t>SALUS Controls PLC Units 8-10,</w:t>
    </w:r>
    <w:r w:rsidR="001E6F2C">
      <w:rPr>
        <w:rFonts w:eastAsia="Myriad Pro" w:cs="Myriad Pro"/>
        <w:color w:val="6D7176"/>
        <w:w w:val="105"/>
        <w:sz w:val="16"/>
        <w:szCs w:val="16"/>
      </w:rPr>
      <w:t xml:space="preserve"> </w:t>
    </w:r>
    <w:r w:rsidRPr="001E6F2C">
      <w:rPr>
        <w:rFonts w:eastAsia="Myriad Pro" w:cs="Myriad Pro"/>
        <w:color w:val="6D7176"/>
        <w:w w:val="105"/>
        <w:sz w:val="16"/>
        <w:szCs w:val="16"/>
      </w:rPr>
      <w:t>North</w:t>
    </w:r>
    <w:r w:rsidR="00F56C1F">
      <w:rPr>
        <w:rFonts w:eastAsia="Myriad Pro" w:cs="Myriad Pro"/>
        <w:color w:val="6D7176"/>
        <w:w w:val="105"/>
        <w:sz w:val="16"/>
        <w:szCs w:val="16"/>
      </w:rPr>
      <w:t>field</w:t>
    </w:r>
    <w:r w:rsidR="00584A2A">
      <w:rPr>
        <w:rFonts w:eastAsia="Myriad Pro" w:cs="Myriad Pro"/>
        <w:color w:val="6D7176"/>
        <w:w w:val="105"/>
        <w:sz w:val="16"/>
        <w:szCs w:val="16"/>
      </w:rPr>
      <w:t xml:space="preserve"> </w:t>
    </w:r>
    <w:r w:rsidRPr="001E6F2C">
      <w:rPr>
        <w:rFonts w:eastAsia="Myriad Pro" w:cs="Myriad Pro"/>
        <w:color w:val="6D7176"/>
        <w:w w:val="105"/>
        <w:sz w:val="16"/>
        <w:szCs w:val="16"/>
      </w:rPr>
      <w:t>Business Park,</w:t>
    </w:r>
    <w:r w:rsidR="001E6F2C">
      <w:rPr>
        <w:rFonts w:eastAsia="Myriad Pro" w:cs="Myriad Pro"/>
        <w:color w:val="6D7176"/>
        <w:w w:val="105"/>
        <w:sz w:val="16"/>
        <w:szCs w:val="16"/>
      </w:rPr>
      <w:t xml:space="preserve"> </w:t>
    </w:r>
    <w:r w:rsidRPr="001E6F2C">
      <w:rPr>
        <w:rFonts w:eastAsia="Myriad Pro" w:cs="Myriad Pro"/>
        <w:color w:val="6D7176"/>
        <w:w w:val="105"/>
        <w:sz w:val="16"/>
        <w:szCs w:val="16"/>
      </w:rPr>
      <w:t xml:space="preserve">Forge Way, </w:t>
    </w:r>
    <w:r w:rsidR="00223A8B">
      <w:rPr>
        <w:rFonts w:eastAsia="Myriad Pro" w:cs="Myriad Pro"/>
        <w:color w:val="6D7176"/>
        <w:w w:val="105"/>
        <w:sz w:val="16"/>
        <w:szCs w:val="16"/>
      </w:rPr>
      <w:t>Parkgate,</w:t>
    </w:r>
    <w:r w:rsidR="00862FC0">
      <w:rPr>
        <w:rFonts w:eastAsia="Myriad Pro" w:cs="Myriad Pro"/>
        <w:color w:val="6D7176"/>
        <w:w w:val="105"/>
        <w:sz w:val="16"/>
        <w:szCs w:val="16"/>
      </w:rPr>
      <w:t xml:space="preserve"> </w:t>
    </w:r>
    <w:r w:rsidRPr="001E6F2C">
      <w:rPr>
        <w:rFonts w:eastAsia="Myriad Pro" w:cs="Myriad Pro"/>
        <w:color w:val="6D7176"/>
        <w:w w:val="105"/>
        <w:sz w:val="16"/>
        <w:szCs w:val="16"/>
      </w:rPr>
      <w:t>Rotherham, S60 1SD, UK</w:t>
    </w:r>
  </w:p>
  <w:p w14:paraId="78E6932F" w14:textId="77777777" w:rsidR="005D1326" w:rsidRDefault="005D1326">
    <w:pPr>
      <w:pStyle w:val="Header"/>
      <w:jc w:val="cen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57EBFC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005"/>
    <w:multiLevelType w:val="hybridMultilevel"/>
    <w:tmpl w:val="7545E146"/>
    <w:lvl w:ilvl="0" w:tplc="FFFFFFFF">
      <w:start w:val="3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6"/>
    <w:multiLevelType w:val="hybridMultilevel"/>
    <w:tmpl w:val="515F007C"/>
    <w:lvl w:ilvl="0" w:tplc="FFFFFFFF">
      <w:start w:val="4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45268EF"/>
    <w:multiLevelType w:val="hybridMultilevel"/>
    <w:tmpl w:val="CB2A8F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F0C651E"/>
    <w:multiLevelType w:val="hybridMultilevel"/>
    <w:tmpl w:val="DD48AD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65B1BDC"/>
    <w:multiLevelType w:val="hybridMultilevel"/>
    <w:tmpl w:val="1B0859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CD17CFE"/>
    <w:multiLevelType w:val="hybridMultilevel"/>
    <w:tmpl w:val="D148450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331209EB"/>
    <w:multiLevelType w:val="hybridMultilevel"/>
    <w:tmpl w:val="5EF44C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BF712EA"/>
    <w:multiLevelType w:val="hybridMultilevel"/>
    <w:tmpl w:val="6A863788"/>
    <w:lvl w:ilvl="0" w:tplc="E0664020">
      <w:start w:val="8"/>
      <w:numFmt w:val="bullet"/>
      <w:lvlText w:val="-"/>
      <w:lvlJc w:val="left"/>
      <w:pPr>
        <w:ind w:left="420" w:hanging="360"/>
      </w:pPr>
      <w:rPr>
        <w:rFonts w:ascii="Myriad Pro" w:eastAsiaTheme="minorEastAsia" w:hAnsi="Myriad Pro" w:cstheme="minorBidi" w:hint="default"/>
        <w:color w:val="24272B"/>
        <w:sz w:val="21"/>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 w15:restartNumberingAfterBreak="0">
    <w:nsid w:val="528459BF"/>
    <w:multiLevelType w:val="hybridMultilevel"/>
    <w:tmpl w:val="083418EC"/>
    <w:lvl w:ilvl="0" w:tplc="C13237B8">
      <w:start w:val="8"/>
      <w:numFmt w:val="bullet"/>
      <w:lvlText w:val="-"/>
      <w:lvlJc w:val="left"/>
      <w:pPr>
        <w:ind w:left="720" w:hanging="360"/>
      </w:pPr>
      <w:rPr>
        <w:rFonts w:ascii="Myriad Pro" w:eastAsiaTheme="minorEastAsia" w:hAnsi="Myriad Pro" w:cstheme="minorBidi" w:hint="default"/>
        <w:color w:val="24272B"/>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9C052B"/>
    <w:multiLevelType w:val="hybridMultilevel"/>
    <w:tmpl w:val="DCECE1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9A34EE9"/>
    <w:multiLevelType w:val="hybridMultilevel"/>
    <w:tmpl w:val="1472B78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7F814946"/>
    <w:multiLevelType w:val="hybridMultilevel"/>
    <w:tmpl w:val="C4A80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8883120">
    <w:abstractNumId w:val="8"/>
  </w:num>
  <w:num w:numId="2" w16cid:durableId="116991274">
    <w:abstractNumId w:val="6"/>
  </w:num>
  <w:num w:numId="3" w16cid:durableId="89938937">
    <w:abstractNumId w:val="5"/>
  </w:num>
  <w:num w:numId="4" w16cid:durableId="553007795">
    <w:abstractNumId w:val="4"/>
  </w:num>
  <w:num w:numId="5" w16cid:durableId="1176505067">
    <w:abstractNumId w:val="7"/>
  </w:num>
  <w:num w:numId="6" w16cid:durableId="1584803279">
    <w:abstractNumId w:val="3"/>
  </w:num>
  <w:num w:numId="7" w16cid:durableId="1621955255">
    <w:abstractNumId w:val="2"/>
  </w:num>
  <w:num w:numId="8" w16cid:durableId="1975990006">
    <w:abstractNumId w:val="1"/>
  </w:num>
  <w:num w:numId="9" w16cid:durableId="411127923">
    <w:abstractNumId w:val="0"/>
  </w:num>
  <w:num w:numId="10" w16cid:durableId="1180008020">
    <w:abstractNumId w:val="15"/>
  </w:num>
  <w:num w:numId="11" w16cid:durableId="783884163">
    <w:abstractNumId w:val="12"/>
  </w:num>
  <w:num w:numId="12" w16cid:durableId="223151439">
    <w:abstractNumId w:val="18"/>
  </w:num>
  <w:num w:numId="13" w16cid:durableId="1784297975">
    <w:abstractNumId w:val="11"/>
  </w:num>
  <w:num w:numId="14" w16cid:durableId="1060401201">
    <w:abstractNumId w:val="19"/>
  </w:num>
  <w:num w:numId="15" w16cid:durableId="1286501859">
    <w:abstractNumId w:val="8"/>
  </w:num>
  <w:num w:numId="16" w16cid:durableId="209417096">
    <w:abstractNumId w:val="9"/>
  </w:num>
  <w:num w:numId="17" w16cid:durableId="1857572138">
    <w:abstractNumId w:val="10"/>
  </w:num>
  <w:num w:numId="18" w16cid:durableId="505051451">
    <w:abstractNumId w:val="13"/>
  </w:num>
  <w:num w:numId="19" w16cid:durableId="363947609">
    <w:abstractNumId w:val="14"/>
  </w:num>
  <w:num w:numId="20" w16cid:durableId="951396934">
    <w:abstractNumId w:val="20"/>
  </w:num>
  <w:num w:numId="21" w16cid:durableId="1291133405">
    <w:abstractNumId w:val="17"/>
  </w:num>
  <w:num w:numId="22" w16cid:durableId="12290020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530"/>
    <w:rsid w:val="00034616"/>
    <w:rsid w:val="0006063C"/>
    <w:rsid w:val="00065768"/>
    <w:rsid w:val="000678F2"/>
    <w:rsid w:val="00082F3C"/>
    <w:rsid w:val="00083E91"/>
    <w:rsid w:val="000B4D71"/>
    <w:rsid w:val="000E4D87"/>
    <w:rsid w:val="000E4E8C"/>
    <w:rsid w:val="001000B8"/>
    <w:rsid w:val="00105460"/>
    <w:rsid w:val="00135918"/>
    <w:rsid w:val="0015074B"/>
    <w:rsid w:val="00153BF5"/>
    <w:rsid w:val="0016185E"/>
    <w:rsid w:val="00181A8C"/>
    <w:rsid w:val="00183348"/>
    <w:rsid w:val="00183F4D"/>
    <w:rsid w:val="0019072D"/>
    <w:rsid w:val="001A2F69"/>
    <w:rsid w:val="001B0D07"/>
    <w:rsid w:val="001E6F2C"/>
    <w:rsid w:val="00201185"/>
    <w:rsid w:val="00201F66"/>
    <w:rsid w:val="00221497"/>
    <w:rsid w:val="00223A8B"/>
    <w:rsid w:val="00224AE7"/>
    <w:rsid w:val="00237A73"/>
    <w:rsid w:val="0024320A"/>
    <w:rsid w:val="002625FC"/>
    <w:rsid w:val="0026323C"/>
    <w:rsid w:val="00264178"/>
    <w:rsid w:val="0028663D"/>
    <w:rsid w:val="0029639D"/>
    <w:rsid w:val="002A3313"/>
    <w:rsid w:val="002B58F8"/>
    <w:rsid w:val="002D0265"/>
    <w:rsid w:val="002F0A10"/>
    <w:rsid w:val="002F3C0E"/>
    <w:rsid w:val="002F7B8F"/>
    <w:rsid w:val="00326F90"/>
    <w:rsid w:val="00343182"/>
    <w:rsid w:val="00344641"/>
    <w:rsid w:val="00345DA7"/>
    <w:rsid w:val="003710B0"/>
    <w:rsid w:val="003A18C2"/>
    <w:rsid w:val="003A1DAC"/>
    <w:rsid w:val="003A30AD"/>
    <w:rsid w:val="003A6D19"/>
    <w:rsid w:val="003A767A"/>
    <w:rsid w:val="003B75E0"/>
    <w:rsid w:val="00400CD9"/>
    <w:rsid w:val="00427DD3"/>
    <w:rsid w:val="004452B0"/>
    <w:rsid w:val="00447C09"/>
    <w:rsid w:val="00490FC0"/>
    <w:rsid w:val="004A0013"/>
    <w:rsid w:val="004B4647"/>
    <w:rsid w:val="004C10EB"/>
    <w:rsid w:val="004C6AB1"/>
    <w:rsid w:val="004D7D2E"/>
    <w:rsid w:val="004E0EDD"/>
    <w:rsid w:val="004F3081"/>
    <w:rsid w:val="004F5DAA"/>
    <w:rsid w:val="005007FA"/>
    <w:rsid w:val="00520B09"/>
    <w:rsid w:val="00524591"/>
    <w:rsid w:val="0054095F"/>
    <w:rsid w:val="0054164C"/>
    <w:rsid w:val="00561762"/>
    <w:rsid w:val="00584A2A"/>
    <w:rsid w:val="0058623C"/>
    <w:rsid w:val="00596C01"/>
    <w:rsid w:val="005B181A"/>
    <w:rsid w:val="005B511E"/>
    <w:rsid w:val="005D1326"/>
    <w:rsid w:val="005D16DB"/>
    <w:rsid w:val="005D74F1"/>
    <w:rsid w:val="005E3305"/>
    <w:rsid w:val="005E5C11"/>
    <w:rsid w:val="005F7FDB"/>
    <w:rsid w:val="0060447F"/>
    <w:rsid w:val="006064A6"/>
    <w:rsid w:val="00645F2F"/>
    <w:rsid w:val="006C1235"/>
    <w:rsid w:val="006D5312"/>
    <w:rsid w:val="00702E96"/>
    <w:rsid w:val="007073FE"/>
    <w:rsid w:val="0071281F"/>
    <w:rsid w:val="0074711A"/>
    <w:rsid w:val="007559D5"/>
    <w:rsid w:val="00761D3E"/>
    <w:rsid w:val="00773111"/>
    <w:rsid w:val="00784C93"/>
    <w:rsid w:val="00792C8B"/>
    <w:rsid w:val="00794C62"/>
    <w:rsid w:val="0079623B"/>
    <w:rsid w:val="007B267A"/>
    <w:rsid w:val="007B3241"/>
    <w:rsid w:val="007B5A7D"/>
    <w:rsid w:val="007B6CE4"/>
    <w:rsid w:val="007C3D03"/>
    <w:rsid w:val="007D6092"/>
    <w:rsid w:val="007E28AB"/>
    <w:rsid w:val="007F412C"/>
    <w:rsid w:val="00817323"/>
    <w:rsid w:val="00821C21"/>
    <w:rsid w:val="008240CA"/>
    <w:rsid w:val="00824A2A"/>
    <w:rsid w:val="00832544"/>
    <w:rsid w:val="0084502B"/>
    <w:rsid w:val="008521A6"/>
    <w:rsid w:val="00862DE8"/>
    <w:rsid w:val="00862FC0"/>
    <w:rsid w:val="008651D2"/>
    <w:rsid w:val="008733AA"/>
    <w:rsid w:val="00876631"/>
    <w:rsid w:val="008A78A6"/>
    <w:rsid w:val="008B4746"/>
    <w:rsid w:val="008C5764"/>
    <w:rsid w:val="008D62A5"/>
    <w:rsid w:val="008E0A5B"/>
    <w:rsid w:val="008E7F23"/>
    <w:rsid w:val="008F55CC"/>
    <w:rsid w:val="009166B1"/>
    <w:rsid w:val="00926EF2"/>
    <w:rsid w:val="00934215"/>
    <w:rsid w:val="00970353"/>
    <w:rsid w:val="00990E0E"/>
    <w:rsid w:val="00992B40"/>
    <w:rsid w:val="009A2B5C"/>
    <w:rsid w:val="009A41D3"/>
    <w:rsid w:val="009A5104"/>
    <w:rsid w:val="009B6E2A"/>
    <w:rsid w:val="009C72B6"/>
    <w:rsid w:val="009D2F24"/>
    <w:rsid w:val="00A030B5"/>
    <w:rsid w:val="00A10A74"/>
    <w:rsid w:val="00A4010A"/>
    <w:rsid w:val="00A5425F"/>
    <w:rsid w:val="00A57E86"/>
    <w:rsid w:val="00A62040"/>
    <w:rsid w:val="00A67FD7"/>
    <w:rsid w:val="00A73F26"/>
    <w:rsid w:val="00A934FA"/>
    <w:rsid w:val="00AA1D8D"/>
    <w:rsid w:val="00AA79BF"/>
    <w:rsid w:val="00AE2EA0"/>
    <w:rsid w:val="00AF342F"/>
    <w:rsid w:val="00AF3A00"/>
    <w:rsid w:val="00B0684D"/>
    <w:rsid w:val="00B22315"/>
    <w:rsid w:val="00B27AC6"/>
    <w:rsid w:val="00B46DA8"/>
    <w:rsid w:val="00B47730"/>
    <w:rsid w:val="00B83EA6"/>
    <w:rsid w:val="00BC668C"/>
    <w:rsid w:val="00BF3105"/>
    <w:rsid w:val="00BF37AF"/>
    <w:rsid w:val="00BF587A"/>
    <w:rsid w:val="00C0726A"/>
    <w:rsid w:val="00C07344"/>
    <w:rsid w:val="00C12E95"/>
    <w:rsid w:val="00C26D3C"/>
    <w:rsid w:val="00C3563A"/>
    <w:rsid w:val="00C45E51"/>
    <w:rsid w:val="00C56E3C"/>
    <w:rsid w:val="00C87487"/>
    <w:rsid w:val="00CB0664"/>
    <w:rsid w:val="00CB1C02"/>
    <w:rsid w:val="00CB593E"/>
    <w:rsid w:val="00CB5F15"/>
    <w:rsid w:val="00CC174E"/>
    <w:rsid w:val="00CC2FDE"/>
    <w:rsid w:val="00CC4B56"/>
    <w:rsid w:val="00CF11FA"/>
    <w:rsid w:val="00CF3C6D"/>
    <w:rsid w:val="00D00A5F"/>
    <w:rsid w:val="00D014AE"/>
    <w:rsid w:val="00D116E9"/>
    <w:rsid w:val="00D25B8D"/>
    <w:rsid w:val="00D54783"/>
    <w:rsid w:val="00D5644F"/>
    <w:rsid w:val="00D63CC5"/>
    <w:rsid w:val="00D67ABC"/>
    <w:rsid w:val="00D82881"/>
    <w:rsid w:val="00D86034"/>
    <w:rsid w:val="00D90BCA"/>
    <w:rsid w:val="00D95308"/>
    <w:rsid w:val="00DA2D1B"/>
    <w:rsid w:val="00DB0D87"/>
    <w:rsid w:val="00DC12F3"/>
    <w:rsid w:val="00DE2B46"/>
    <w:rsid w:val="00DF7C4F"/>
    <w:rsid w:val="00E24482"/>
    <w:rsid w:val="00E740AE"/>
    <w:rsid w:val="00E847E6"/>
    <w:rsid w:val="00E84B17"/>
    <w:rsid w:val="00E84CA3"/>
    <w:rsid w:val="00E85FB3"/>
    <w:rsid w:val="00E9096C"/>
    <w:rsid w:val="00EB6E7D"/>
    <w:rsid w:val="00EE56C2"/>
    <w:rsid w:val="00F2018A"/>
    <w:rsid w:val="00F4392E"/>
    <w:rsid w:val="00F46327"/>
    <w:rsid w:val="00F517B9"/>
    <w:rsid w:val="00F54C66"/>
    <w:rsid w:val="00F56C1F"/>
    <w:rsid w:val="00F5799C"/>
    <w:rsid w:val="00F75246"/>
    <w:rsid w:val="00F864DC"/>
    <w:rsid w:val="00FB0509"/>
    <w:rsid w:val="00FB36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D62225"/>
  <w14:defaultImageDpi w14:val="300"/>
  <w15:docId w15:val="{76562646-C1AD-4B88-A8AD-3712A85AE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D1B"/>
    <w:pPr>
      <w:spacing w:after="120" w:line="269" w:lineRule="auto"/>
    </w:pPr>
    <w:rPr>
      <w:rFonts w:ascii="Myriad Pro" w:hAnsi="Myriad Pro"/>
      <w:color w:val="24272B"/>
      <w:sz w:val="21"/>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b/>
      <w:bCs/>
      <w:color w:val="1D2958"/>
      <w:sz w:val="3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D295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AEEF"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AEEF"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5677"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5677"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AEEF"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81B3"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AEEF"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AEEF" w:themeColor="accent1"/>
    </w:rPr>
  </w:style>
  <w:style w:type="paragraph" w:styleId="Title">
    <w:name w:val="Title"/>
    <w:basedOn w:val="Normal"/>
    <w:next w:val="Normal"/>
    <w:link w:val="TitleChar"/>
    <w:uiPriority w:val="10"/>
    <w:qFormat/>
    <w:rsid w:val="00FC693F"/>
    <w:pPr>
      <w:pBdr>
        <w:bottom w:val="single" w:sz="8" w:space="4" w:color="00AEEF" w:themeColor="accent1"/>
      </w:pBdr>
      <w:spacing w:after="300" w:line="240" w:lineRule="auto"/>
      <w:contextualSpacing/>
    </w:pPr>
    <w:rPr>
      <w:rFonts w:asciiTheme="majorHAnsi" w:eastAsiaTheme="majorEastAsia" w:hAnsiTheme="majorHAnsi" w:cstheme="majorBidi"/>
      <w:b/>
      <w:color w:val="1D2958"/>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AEEF"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AEEF"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374" w:hanging="259"/>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AEEF"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5677"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5677"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AEEF"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AEEF"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0AEEF" w:themeColor="accent1"/>
      </w:pBdr>
      <w:spacing w:before="200" w:after="280"/>
      <w:ind w:left="936" w:right="936"/>
    </w:pPr>
    <w:rPr>
      <w:b/>
      <w:bCs/>
      <w:i/>
      <w:iCs/>
      <w:color w:val="00AEEF" w:themeColor="accent1"/>
    </w:rPr>
  </w:style>
  <w:style w:type="character" w:customStyle="1" w:styleId="IntenseQuoteChar">
    <w:name w:val="Intense Quote Char"/>
    <w:basedOn w:val="DefaultParagraphFont"/>
    <w:link w:val="IntenseQuote"/>
    <w:uiPriority w:val="30"/>
    <w:rsid w:val="00FC693F"/>
    <w:rPr>
      <w:b/>
      <w:bCs/>
      <w:i/>
      <w:iCs/>
      <w:color w:val="00AEEF"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00AEEF" w:themeColor="accent1"/>
    </w:rPr>
  </w:style>
  <w:style w:type="character" w:styleId="SubtleReference">
    <w:name w:val="Subtle Reference"/>
    <w:basedOn w:val="DefaultParagraphFont"/>
    <w:uiPriority w:val="31"/>
    <w:qFormat/>
    <w:rsid w:val="00FC693F"/>
    <w:rPr>
      <w:smallCaps/>
      <w:color w:val="00AEEF" w:themeColor="accent2"/>
      <w:u w:val="single"/>
    </w:rPr>
  </w:style>
  <w:style w:type="character" w:styleId="IntenseReference">
    <w:name w:val="Intense Reference"/>
    <w:basedOn w:val="DefaultParagraphFont"/>
    <w:uiPriority w:val="32"/>
    <w:qFormat/>
    <w:rsid w:val="00FC693F"/>
    <w:rPr>
      <w:b/>
      <w:bCs/>
      <w:smallCaps/>
      <w:color w:val="00AEEF"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81B3" w:themeColor="accent1" w:themeShade="BF"/>
    </w:rPr>
    <w:tblPr>
      <w:tblStyleRowBandSize w:val="1"/>
      <w:tblStyleColBandSize w:val="1"/>
      <w:tblBorders>
        <w:top w:val="single" w:sz="8" w:space="0" w:color="00AEEF" w:themeColor="accent1"/>
        <w:bottom w:val="single" w:sz="8" w:space="0" w:color="00AEEF" w:themeColor="accent1"/>
      </w:tblBorders>
    </w:tblPr>
    <w:tblStylePr w:type="firstRow">
      <w:pPr>
        <w:spacing w:before="0" w:after="0" w:line="240" w:lineRule="auto"/>
      </w:pPr>
      <w:rPr>
        <w:b/>
        <w:bCs/>
      </w:rPr>
      <w:tblPr/>
      <w:tcPr>
        <w:tcBorders>
          <w:top w:val="single" w:sz="8" w:space="0" w:color="00AEEF" w:themeColor="accent1"/>
          <w:left w:val="nil"/>
          <w:bottom w:val="single" w:sz="8" w:space="0" w:color="00AEEF" w:themeColor="accent1"/>
          <w:right w:val="nil"/>
          <w:insideH w:val="nil"/>
          <w:insideV w:val="nil"/>
        </w:tcBorders>
      </w:tcPr>
    </w:tblStylePr>
    <w:tblStylePr w:type="lastRow">
      <w:pPr>
        <w:spacing w:before="0" w:after="0" w:line="240" w:lineRule="auto"/>
      </w:pPr>
      <w:rPr>
        <w:b/>
        <w:bCs/>
      </w:rPr>
      <w:tblPr/>
      <w:tcPr>
        <w:tcBorders>
          <w:top w:val="single" w:sz="8" w:space="0" w:color="00AEEF" w:themeColor="accent1"/>
          <w:left w:val="nil"/>
          <w:bottom w:val="single" w:sz="8" w:space="0" w:color="00AEE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CFF" w:themeFill="accent1" w:themeFillTint="3F"/>
      </w:tcPr>
    </w:tblStylePr>
    <w:tblStylePr w:type="band1Horz">
      <w:tblPr/>
      <w:tcPr>
        <w:tcBorders>
          <w:left w:val="nil"/>
          <w:right w:val="nil"/>
          <w:insideH w:val="nil"/>
          <w:insideV w:val="nil"/>
        </w:tcBorders>
        <w:shd w:val="clear" w:color="auto" w:fill="BCECFF" w:themeFill="accent1" w:themeFillTint="3F"/>
      </w:tcPr>
    </w:tblStylePr>
  </w:style>
  <w:style w:type="table" w:styleId="LightShading-Accent2">
    <w:name w:val="Light Shading Accent 2"/>
    <w:basedOn w:val="TableNormal"/>
    <w:uiPriority w:val="60"/>
    <w:rsid w:val="00FC693F"/>
    <w:pPr>
      <w:spacing w:after="0" w:line="240" w:lineRule="auto"/>
    </w:pPr>
    <w:rPr>
      <w:color w:val="0081B3" w:themeColor="accent2" w:themeShade="BF"/>
    </w:rPr>
    <w:tblPr>
      <w:tblStyleRowBandSize w:val="1"/>
      <w:tblStyleColBandSize w:val="1"/>
      <w:tblBorders>
        <w:top w:val="single" w:sz="8" w:space="0" w:color="00AEEF" w:themeColor="accent2"/>
        <w:bottom w:val="single" w:sz="8" w:space="0" w:color="00AEEF" w:themeColor="accent2"/>
      </w:tblBorders>
    </w:tblPr>
    <w:tblStylePr w:type="firstRow">
      <w:pPr>
        <w:spacing w:before="0" w:after="0" w:line="240" w:lineRule="auto"/>
      </w:pPr>
      <w:rPr>
        <w:b/>
        <w:bCs/>
      </w:rPr>
      <w:tblPr/>
      <w:tcPr>
        <w:tcBorders>
          <w:top w:val="single" w:sz="8" w:space="0" w:color="00AEEF" w:themeColor="accent2"/>
          <w:left w:val="nil"/>
          <w:bottom w:val="single" w:sz="8" w:space="0" w:color="00AEEF" w:themeColor="accent2"/>
          <w:right w:val="nil"/>
          <w:insideH w:val="nil"/>
          <w:insideV w:val="nil"/>
        </w:tcBorders>
      </w:tcPr>
    </w:tblStylePr>
    <w:tblStylePr w:type="lastRow">
      <w:pPr>
        <w:spacing w:before="0" w:after="0" w:line="240" w:lineRule="auto"/>
      </w:pPr>
      <w:rPr>
        <w:b/>
        <w:bCs/>
      </w:rPr>
      <w:tblPr/>
      <w:tcPr>
        <w:tcBorders>
          <w:top w:val="single" w:sz="8" w:space="0" w:color="00AEEF" w:themeColor="accent2"/>
          <w:left w:val="nil"/>
          <w:bottom w:val="single" w:sz="8" w:space="0" w:color="00AEE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CFF" w:themeFill="accent2" w:themeFillTint="3F"/>
      </w:tcPr>
    </w:tblStylePr>
    <w:tblStylePr w:type="band1Horz">
      <w:tblPr/>
      <w:tcPr>
        <w:tcBorders>
          <w:left w:val="nil"/>
          <w:right w:val="nil"/>
          <w:insideH w:val="nil"/>
          <w:insideV w:val="nil"/>
        </w:tcBorders>
        <w:shd w:val="clear" w:color="auto" w:fill="BCECFF"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tblBorders>
    </w:tblPr>
    <w:tblStylePr w:type="firstRow">
      <w:pPr>
        <w:spacing w:before="0" w:after="0" w:line="240" w:lineRule="auto"/>
      </w:pPr>
      <w:rPr>
        <w:b/>
        <w:bCs/>
        <w:color w:val="FFFFFF" w:themeColor="background1"/>
      </w:rPr>
      <w:tblPr/>
      <w:tcPr>
        <w:shd w:val="clear" w:color="auto" w:fill="00AEEF" w:themeFill="accent1"/>
      </w:tcPr>
    </w:tblStylePr>
    <w:tblStylePr w:type="lastRow">
      <w:pPr>
        <w:spacing w:before="0" w:after="0" w:line="240" w:lineRule="auto"/>
      </w:pPr>
      <w:rPr>
        <w:b/>
        <w:bCs/>
      </w:rPr>
      <w:tblPr/>
      <w:tcPr>
        <w:tcBorders>
          <w:top w:val="double" w:sz="6" w:space="0" w:color="00AEEF" w:themeColor="accent1"/>
          <w:left w:val="single" w:sz="8" w:space="0" w:color="00AEEF" w:themeColor="accent1"/>
          <w:bottom w:val="single" w:sz="8" w:space="0" w:color="00AEEF" w:themeColor="accent1"/>
          <w:right w:val="single" w:sz="8" w:space="0" w:color="00AEEF" w:themeColor="accent1"/>
        </w:tcBorders>
      </w:tcPr>
    </w:tblStylePr>
    <w:tblStylePr w:type="firstCol">
      <w:rPr>
        <w:b/>
        <w:bCs/>
      </w:rPr>
    </w:tblStylePr>
    <w:tblStylePr w:type="lastCol">
      <w:rPr>
        <w:b/>
        <w:bCs/>
      </w:rPr>
    </w:tblStylePr>
    <w:tblStylePr w:type="band1Vert">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tblStylePr w:type="band1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00AEEF" w:themeColor="accent2"/>
        <w:left w:val="single" w:sz="8" w:space="0" w:color="00AEEF" w:themeColor="accent2"/>
        <w:bottom w:val="single" w:sz="8" w:space="0" w:color="00AEEF" w:themeColor="accent2"/>
        <w:right w:val="single" w:sz="8" w:space="0" w:color="00AEEF" w:themeColor="accent2"/>
      </w:tblBorders>
    </w:tblPr>
    <w:tblStylePr w:type="firstRow">
      <w:pPr>
        <w:spacing w:before="0" w:after="0" w:line="240" w:lineRule="auto"/>
      </w:pPr>
      <w:rPr>
        <w:b/>
        <w:bCs/>
        <w:color w:val="FFFFFF" w:themeColor="background1"/>
      </w:rPr>
      <w:tblPr/>
      <w:tcPr>
        <w:shd w:val="clear" w:color="auto" w:fill="00AEEF" w:themeFill="accent2"/>
      </w:tcPr>
    </w:tblStylePr>
    <w:tblStylePr w:type="lastRow">
      <w:pPr>
        <w:spacing w:before="0" w:after="0" w:line="240" w:lineRule="auto"/>
      </w:pPr>
      <w:rPr>
        <w:b/>
        <w:bCs/>
      </w:rPr>
      <w:tblPr/>
      <w:tcPr>
        <w:tcBorders>
          <w:top w:val="double" w:sz="6" w:space="0" w:color="00AEEF" w:themeColor="accent2"/>
          <w:left w:val="single" w:sz="8" w:space="0" w:color="00AEEF" w:themeColor="accent2"/>
          <w:bottom w:val="single" w:sz="8" w:space="0" w:color="00AEEF" w:themeColor="accent2"/>
          <w:right w:val="single" w:sz="8" w:space="0" w:color="00AEEF" w:themeColor="accent2"/>
        </w:tcBorders>
      </w:tcPr>
    </w:tblStylePr>
    <w:tblStylePr w:type="firstCol">
      <w:rPr>
        <w:b/>
        <w:bCs/>
      </w:rPr>
    </w:tblStylePr>
    <w:tblStylePr w:type="lastCol">
      <w:rPr>
        <w:b/>
        <w:bCs/>
      </w:rPr>
    </w:tblStylePr>
    <w:tblStylePr w:type="band1Vert">
      <w:tblPr/>
      <w:tcPr>
        <w:tcBorders>
          <w:top w:val="single" w:sz="8" w:space="0" w:color="00AEEF" w:themeColor="accent2"/>
          <w:left w:val="single" w:sz="8" w:space="0" w:color="00AEEF" w:themeColor="accent2"/>
          <w:bottom w:val="single" w:sz="8" w:space="0" w:color="00AEEF" w:themeColor="accent2"/>
          <w:right w:val="single" w:sz="8" w:space="0" w:color="00AEEF" w:themeColor="accent2"/>
        </w:tcBorders>
      </w:tcPr>
    </w:tblStylePr>
    <w:tblStylePr w:type="band1Horz">
      <w:tblPr/>
      <w:tcPr>
        <w:tcBorders>
          <w:top w:val="single" w:sz="8" w:space="0" w:color="00AEEF" w:themeColor="accent2"/>
          <w:left w:val="single" w:sz="8" w:space="0" w:color="00AEEF" w:themeColor="accent2"/>
          <w:bottom w:val="single" w:sz="8" w:space="0" w:color="00AEEF" w:themeColor="accent2"/>
          <w:right w:val="single" w:sz="8" w:space="0" w:color="00AEEF"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insideH w:val="single" w:sz="8" w:space="0" w:color="00AEEF" w:themeColor="accent1"/>
        <w:insideV w:val="single" w:sz="8" w:space="0" w:color="00AEE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EEF" w:themeColor="accent1"/>
          <w:left w:val="single" w:sz="8" w:space="0" w:color="00AEEF" w:themeColor="accent1"/>
          <w:bottom w:val="single" w:sz="18" w:space="0" w:color="00AEEF" w:themeColor="accent1"/>
          <w:right w:val="single" w:sz="8" w:space="0" w:color="00AEEF" w:themeColor="accent1"/>
          <w:insideH w:val="nil"/>
          <w:insideV w:val="single" w:sz="8" w:space="0" w:color="00AEE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EEF" w:themeColor="accent1"/>
          <w:left w:val="single" w:sz="8" w:space="0" w:color="00AEEF" w:themeColor="accent1"/>
          <w:bottom w:val="single" w:sz="8" w:space="0" w:color="00AEEF" w:themeColor="accent1"/>
          <w:right w:val="single" w:sz="8" w:space="0" w:color="00AEEF" w:themeColor="accent1"/>
          <w:insideH w:val="nil"/>
          <w:insideV w:val="single" w:sz="8" w:space="0" w:color="00AEE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tblStylePr w:type="band1Vert">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shd w:val="clear" w:color="auto" w:fill="BCECFF" w:themeFill="accent1" w:themeFillTint="3F"/>
      </w:tcPr>
    </w:tblStylePr>
    <w:tblStylePr w:type="band1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insideV w:val="single" w:sz="8" w:space="0" w:color="00AEEF" w:themeColor="accent1"/>
        </w:tcBorders>
        <w:shd w:val="clear" w:color="auto" w:fill="BCECFF" w:themeFill="accent1" w:themeFillTint="3F"/>
      </w:tcPr>
    </w:tblStylePr>
    <w:tblStylePr w:type="band2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insideV w:val="single" w:sz="8" w:space="0" w:color="00AEEF"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00AEEF" w:themeColor="accent2"/>
        <w:left w:val="single" w:sz="8" w:space="0" w:color="00AEEF" w:themeColor="accent2"/>
        <w:bottom w:val="single" w:sz="8" w:space="0" w:color="00AEEF" w:themeColor="accent2"/>
        <w:right w:val="single" w:sz="8" w:space="0" w:color="00AEEF" w:themeColor="accent2"/>
        <w:insideH w:val="single" w:sz="8" w:space="0" w:color="00AEEF" w:themeColor="accent2"/>
        <w:insideV w:val="single" w:sz="8" w:space="0" w:color="00AEE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EEF" w:themeColor="accent2"/>
          <w:left w:val="single" w:sz="8" w:space="0" w:color="00AEEF" w:themeColor="accent2"/>
          <w:bottom w:val="single" w:sz="18" w:space="0" w:color="00AEEF" w:themeColor="accent2"/>
          <w:right w:val="single" w:sz="8" w:space="0" w:color="00AEEF" w:themeColor="accent2"/>
          <w:insideH w:val="nil"/>
          <w:insideV w:val="single" w:sz="8" w:space="0" w:color="00AEE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EEF" w:themeColor="accent2"/>
          <w:left w:val="single" w:sz="8" w:space="0" w:color="00AEEF" w:themeColor="accent2"/>
          <w:bottom w:val="single" w:sz="8" w:space="0" w:color="00AEEF" w:themeColor="accent2"/>
          <w:right w:val="single" w:sz="8" w:space="0" w:color="00AEEF" w:themeColor="accent2"/>
          <w:insideH w:val="nil"/>
          <w:insideV w:val="single" w:sz="8" w:space="0" w:color="00AEE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EEF" w:themeColor="accent2"/>
          <w:left w:val="single" w:sz="8" w:space="0" w:color="00AEEF" w:themeColor="accent2"/>
          <w:bottom w:val="single" w:sz="8" w:space="0" w:color="00AEEF" w:themeColor="accent2"/>
          <w:right w:val="single" w:sz="8" w:space="0" w:color="00AEEF" w:themeColor="accent2"/>
        </w:tcBorders>
      </w:tcPr>
    </w:tblStylePr>
    <w:tblStylePr w:type="band1Vert">
      <w:tblPr/>
      <w:tcPr>
        <w:tcBorders>
          <w:top w:val="single" w:sz="8" w:space="0" w:color="00AEEF" w:themeColor="accent2"/>
          <w:left w:val="single" w:sz="8" w:space="0" w:color="00AEEF" w:themeColor="accent2"/>
          <w:bottom w:val="single" w:sz="8" w:space="0" w:color="00AEEF" w:themeColor="accent2"/>
          <w:right w:val="single" w:sz="8" w:space="0" w:color="00AEEF" w:themeColor="accent2"/>
        </w:tcBorders>
        <w:shd w:val="clear" w:color="auto" w:fill="BCECFF" w:themeFill="accent2" w:themeFillTint="3F"/>
      </w:tcPr>
    </w:tblStylePr>
    <w:tblStylePr w:type="band1Horz">
      <w:tblPr/>
      <w:tcPr>
        <w:tcBorders>
          <w:top w:val="single" w:sz="8" w:space="0" w:color="00AEEF" w:themeColor="accent2"/>
          <w:left w:val="single" w:sz="8" w:space="0" w:color="00AEEF" w:themeColor="accent2"/>
          <w:bottom w:val="single" w:sz="8" w:space="0" w:color="00AEEF" w:themeColor="accent2"/>
          <w:right w:val="single" w:sz="8" w:space="0" w:color="00AEEF" w:themeColor="accent2"/>
          <w:insideV w:val="single" w:sz="8" w:space="0" w:color="00AEEF" w:themeColor="accent2"/>
        </w:tcBorders>
        <w:shd w:val="clear" w:color="auto" w:fill="BCECFF" w:themeFill="accent2" w:themeFillTint="3F"/>
      </w:tcPr>
    </w:tblStylePr>
    <w:tblStylePr w:type="band2Horz">
      <w:tblPr/>
      <w:tcPr>
        <w:tcBorders>
          <w:top w:val="single" w:sz="8" w:space="0" w:color="00AEEF" w:themeColor="accent2"/>
          <w:left w:val="single" w:sz="8" w:space="0" w:color="00AEEF" w:themeColor="accent2"/>
          <w:bottom w:val="single" w:sz="8" w:space="0" w:color="00AEEF" w:themeColor="accent2"/>
          <w:right w:val="single" w:sz="8" w:space="0" w:color="00AEEF" w:themeColor="accent2"/>
          <w:insideV w:val="single" w:sz="8" w:space="0" w:color="00AEEF"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single" w:sz="8" w:space="0" w:color="34C7FF" w:themeColor="accent1" w:themeTint="BF"/>
      </w:tblBorders>
    </w:tblPr>
    <w:tblStylePr w:type="firstRow">
      <w:pPr>
        <w:spacing w:before="0" w:after="0" w:line="240" w:lineRule="auto"/>
      </w:pPr>
      <w:rPr>
        <w:b/>
        <w:bCs/>
        <w:color w:val="FFFFFF" w:themeColor="background1"/>
      </w:rPr>
      <w:tblPr/>
      <w:tcPr>
        <w:tc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nil"/>
          <w:insideV w:val="nil"/>
        </w:tcBorders>
        <w:shd w:val="clear" w:color="auto" w:fill="00AEEF" w:themeFill="accent1"/>
      </w:tcPr>
    </w:tblStylePr>
    <w:tblStylePr w:type="lastRow">
      <w:pPr>
        <w:spacing w:before="0" w:after="0" w:line="240" w:lineRule="auto"/>
      </w:pPr>
      <w:rPr>
        <w:b/>
        <w:bCs/>
      </w:rPr>
      <w:tblPr/>
      <w:tcPr>
        <w:tcBorders>
          <w:top w:val="double" w:sz="6"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ECFF" w:themeFill="accent1" w:themeFillTint="3F"/>
      </w:tcPr>
    </w:tblStylePr>
    <w:tblStylePr w:type="band1Horz">
      <w:tblPr/>
      <w:tcPr>
        <w:tcBorders>
          <w:insideH w:val="nil"/>
          <w:insideV w:val="nil"/>
        </w:tcBorders>
        <w:shd w:val="clear" w:color="auto" w:fill="BCEC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single" w:sz="8" w:space="0" w:color="34C7FF" w:themeColor="accent2" w:themeTint="BF"/>
      </w:tblBorders>
    </w:tblPr>
    <w:tblStylePr w:type="firstRow">
      <w:pPr>
        <w:spacing w:before="0" w:after="0" w:line="240" w:lineRule="auto"/>
      </w:pPr>
      <w:rPr>
        <w:b/>
        <w:bCs/>
        <w:color w:val="FFFFFF" w:themeColor="background1"/>
      </w:rPr>
      <w:tblPr/>
      <w:tcPr>
        <w:tcBorders>
          <w:top w:val="single" w:sz="8"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nil"/>
          <w:insideV w:val="nil"/>
        </w:tcBorders>
        <w:shd w:val="clear" w:color="auto" w:fill="00AEEF" w:themeFill="accent2"/>
      </w:tcPr>
    </w:tblStylePr>
    <w:tblStylePr w:type="lastRow">
      <w:pPr>
        <w:spacing w:before="0" w:after="0" w:line="240" w:lineRule="auto"/>
      </w:pPr>
      <w:rPr>
        <w:b/>
        <w:bCs/>
      </w:rPr>
      <w:tblPr/>
      <w:tcPr>
        <w:tcBorders>
          <w:top w:val="double" w:sz="6"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CECFF" w:themeFill="accent2" w:themeFillTint="3F"/>
      </w:tcPr>
    </w:tblStylePr>
    <w:tblStylePr w:type="band1Horz">
      <w:tblPr/>
      <w:tcPr>
        <w:tcBorders>
          <w:insideH w:val="nil"/>
          <w:insideV w:val="nil"/>
        </w:tcBorders>
        <w:shd w:val="clear" w:color="auto" w:fill="BCE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EE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EEF" w:themeFill="accent1"/>
      </w:tcPr>
    </w:tblStylePr>
    <w:tblStylePr w:type="lastCol">
      <w:rPr>
        <w:b/>
        <w:bCs/>
        <w:color w:val="FFFFFF" w:themeColor="background1"/>
      </w:rPr>
      <w:tblPr/>
      <w:tcPr>
        <w:tcBorders>
          <w:left w:val="nil"/>
          <w:right w:val="nil"/>
          <w:insideH w:val="nil"/>
          <w:insideV w:val="nil"/>
        </w:tcBorders>
        <w:shd w:val="clear" w:color="auto" w:fill="00AEE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EE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EEF" w:themeFill="accent2"/>
      </w:tcPr>
    </w:tblStylePr>
    <w:tblStylePr w:type="lastCol">
      <w:rPr>
        <w:b/>
        <w:bCs/>
        <w:color w:val="FFFFFF" w:themeColor="background1"/>
      </w:rPr>
      <w:tblPr/>
      <w:tcPr>
        <w:tcBorders>
          <w:left w:val="nil"/>
          <w:right w:val="nil"/>
          <w:insideH w:val="nil"/>
          <w:insideV w:val="nil"/>
        </w:tcBorders>
        <w:shd w:val="clear" w:color="auto" w:fill="00AEE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00AEEF" w:themeColor="accent1"/>
        <w:bottom w:val="single" w:sz="8" w:space="0" w:color="00AEEF" w:themeColor="accent1"/>
      </w:tblBorders>
    </w:tblPr>
    <w:tblStylePr w:type="firstRow">
      <w:rPr>
        <w:rFonts w:asciiTheme="majorHAnsi" w:eastAsiaTheme="majorEastAsia" w:hAnsiTheme="majorHAnsi" w:cstheme="majorBidi"/>
      </w:rPr>
      <w:tblPr/>
      <w:tcPr>
        <w:tcBorders>
          <w:top w:val="nil"/>
          <w:bottom w:val="single" w:sz="8" w:space="0" w:color="00AEEF" w:themeColor="accent1"/>
        </w:tcBorders>
      </w:tcPr>
    </w:tblStylePr>
    <w:tblStylePr w:type="lastRow">
      <w:rPr>
        <w:b/>
        <w:bCs/>
        <w:color w:val="1F497D" w:themeColor="text2"/>
      </w:rPr>
      <w:tblPr/>
      <w:tcPr>
        <w:tcBorders>
          <w:top w:val="single" w:sz="8" w:space="0" w:color="00AEEF" w:themeColor="accent1"/>
          <w:bottom w:val="single" w:sz="8" w:space="0" w:color="00AEEF" w:themeColor="accent1"/>
        </w:tcBorders>
      </w:tcPr>
    </w:tblStylePr>
    <w:tblStylePr w:type="firstCol">
      <w:rPr>
        <w:b/>
        <w:bCs/>
      </w:rPr>
    </w:tblStylePr>
    <w:tblStylePr w:type="lastCol">
      <w:rPr>
        <w:b/>
        <w:bCs/>
      </w:rPr>
      <w:tblPr/>
      <w:tcPr>
        <w:tcBorders>
          <w:top w:val="single" w:sz="8" w:space="0" w:color="00AEEF" w:themeColor="accent1"/>
          <w:bottom w:val="single" w:sz="8" w:space="0" w:color="00AEEF" w:themeColor="accent1"/>
        </w:tcBorders>
      </w:tcPr>
    </w:tblStylePr>
    <w:tblStylePr w:type="band1Vert">
      <w:tblPr/>
      <w:tcPr>
        <w:shd w:val="clear" w:color="auto" w:fill="BCECFF" w:themeFill="accent1" w:themeFillTint="3F"/>
      </w:tcPr>
    </w:tblStylePr>
    <w:tblStylePr w:type="band1Horz">
      <w:tblPr/>
      <w:tcPr>
        <w:shd w:val="clear" w:color="auto" w:fill="BCECFF"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00AEEF" w:themeColor="accent2"/>
        <w:bottom w:val="single" w:sz="8" w:space="0" w:color="00AEEF" w:themeColor="accent2"/>
      </w:tblBorders>
    </w:tblPr>
    <w:tblStylePr w:type="firstRow">
      <w:rPr>
        <w:rFonts w:asciiTheme="majorHAnsi" w:eastAsiaTheme="majorEastAsia" w:hAnsiTheme="majorHAnsi" w:cstheme="majorBidi"/>
      </w:rPr>
      <w:tblPr/>
      <w:tcPr>
        <w:tcBorders>
          <w:top w:val="nil"/>
          <w:bottom w:val="single" w:sz="8" w:space="0" w:color="00AEEF" w:themeColor="accent2"/>
        </w:tcBorders>
      </w:tcPr>
    </w:tblStylePr>
    <w:tblStylePr w:type="lastRow">
      <w:rPr>
        <w:b/>
        <w:bCs/>
        <w:color w:val="1F497D" w:themeColor="text2"/>
      </w:rPr>
      <w:tblPr/>
      <w:tcPr>
        <w:tcBorders>
          <w:top w:val="single" w:sz="8" w:space="0" w:color="00AEEF" w:themeColor="accent2"/>
          <w:bottom w:val="single" w:sz="8" w:space="0" w:color="00AEEF" w:themeColor="accent2"/>
        </w:tcBorders>
      </w:tcPr>
    </w:tblStylePr>
    <w:tblStylePr w:type="firstCol">
      <w:rPr>
        <w:b/>
        <w:bCs/>
      </w:rPr>
    </w:tblStylePr>
    <w:tblStylePr w:type="lastCol">
      <w:rPr>
        <w:b/>
        <w:bCs/>
      </w:rPr>
      <w:tblPr/>
      <w:tcPr>
        <w:tcBorders>
          <w:top w:val="single" w:sz="8" w:space="0" w:color="00AEEF" w:themeColor="accent2"/>
          <w:bottom w:val="single" w:sz="8" w:space="0" w:color="00AEEF" w:themeColor="accent2"/>
        </w:tcBorders>
      </w:tcPr>
    </w:tblStylePr>
    <w:tblStylePr w:type="band1Vert">
      <w:tblPr/>
      <w:tcPr>
        <w:shd w:val="clear" w:color="auto" w:fill="BCECFF" w:themeFill="accent2" w:themeFillTint="3F"/>
      </w:tcPr>
    </w:tblStylePr>
    <w:tblStylePr w:type="band1Horz">
      <w:tblPr/>
      <w:tcPr>
        <w:shd w:val="clear" w:color="auto" w:fill="BCECFF"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tblBorders>
    </w:tblPr>
    <w:tblStylePr w:type="firstRow">
      <w:rPr>
        <w:sz w:val="24"/>
        <w:szCs w:val="24"/>
      </w:rPr>
      <w:tblPr/>
      <w:tcPr>
        <w:tcBorders>
          <w:top w:val="nil"/>
          <w:left w:val="nil"/>
          <w:bottom w:val="single" w:sz="24" w:space="0" w:color="00AEEF" w:themeColor="accent1"/>
          <w:right w:val="nil"/>
          <w:insideH w:val="nil"/>
          <w:insideV w:val="nil"/>
        </w:tcBorders>
        <w:shd w:val="clear" w:color="auto" w:fill="FFFFFF" w:themeFill="background1"/>
      </w:tcPr>
    </w:tblStylePr>
    <w:tblStylePr w:type="lastRow">
      <w:tblPr/>
      <w:tcPr>
        <w:tcBorders>
          <w:top w:val="single" w:sz="8" w:space="0" w:color="00AEE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EEF" w:themeColor="accent1"/>
          <w:insideH w:val="nil"/>
          <w:insideV w:val="nil"/>
        </w:tcBorders>
        <w:shd w:val="clear" w:color="auto" w:fill="FFFFFF" w:themeFill="background1"/>
      </w:tcPr>
    </w:tblStylePr>
    <w:tblStylePr w:type="lastCol">
      <w:tblPr/>
      <w:tcPr>
        <w:tcBorders>
          <w:top w:val="nil"/>
          <w:left w:val="single" w:sz="8" w:space="0" w:color="00AEE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CFF" w:themeFill="accent1" w:themeFillTint="3F"/>
      </w:tcPr>
    </w:tblStylePr>
    <w:tblStylePr w:type="band1Horz">
      <w:tblPr/>
      <w:tcPr>
        <w:tcBorders>
          <w:top w:val="nil"/>
          <w:bottom w:val="nil"/>
          <w:insideH w:val="nil"/>
          <w:insideV w:val="nil"/>
        </w:tcBorders>
        <w:shd w:val="clear" w:color="auto" w:fill="BCEC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2"/>
        <w:left w:val="single" w:sz="8" w:space="0" w:color="00AEEF" w:themeColor="accent2"/>
        <w:bottom w:val="single" w:sz="8" w:space="0" w:color="00AEEF" w:themeColor="accent2"/>
        <w:right w:val="single" w:sz="8" w:space="0" w:color="00AEEF" w:themeColor="accent2"/>
      </w:tblBorders>
    </w:tblPr>
    <w:tblStylePr w:type="firstRow">
      <w:rPr>
        <w:sz w:val="24"/>
        <w:szCs w:val="24"/>
      </w:rPr>
      <w:tblPr/>
      <w:tcPr>
        <w:tcBorders>
          <w:top w:val="nil"/>
          <w:left w:val="nil"/>
          <w:bottom w:val="single" w:sz="24" w:space="0" w:color="00AEEF" w:themeColor="accent2"/>
          <w:right w:val="nil"/>
          <w:insideH w:val="nil"/>
          <w:insideV w:val="nil"/>
        </w:tcBorders>
        <w:shd w:val="clear" w:color="auto" w:fill="FFFFFF" w:themeFill="background1"/>
      </w:tcPr>
    </w:tblStylePr>
    <w:tblStylePr w:type="lastRow">
      <w:tblPr/>
      <w:tcPr>
        <w:tcBorders>
          <w:top w:val="single" w:sz="8" w:space="0" w:color="00AEE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EEF" w:themeColor="accent2"/>
          <w:insideH w:val="nil"/>
          <w:insideV w:val="nil"/>
        </w:tcBorders>
        <w:shd w:val="clear" w:color="auto" w:fill="FFFFFF" w:themeFill="background1"/>
      </w:tcPr>
    </w:tblStylePr>
    <w:tblStylePr w:type="lastCol">
      <w:tblPr/>
      <w:tcPr>
        <w:tcBorders>
          <w:top w:val="nil"/>
          <w:left w:val="single" w:sz="8" w:space="0" w:color="00AEE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CFF" w:themeFill="accent2" w:themeFillTint="3F"/>
      </w:tcPr>
    </w:tblStylePr>
    <w:tblStylePr w:type="band1Horz">
      <w:tblPr/>
      <w:tcPr>
        <w:tcBorders>
          <w:top w:val="nil"/>
          <w:bottom w:val="nil"/>
          <w:insideH w:val="nil"/>
          <w:insideV w:val="nil"/>
        </w:tcBorders>
        <w:shd w:val="clear" w:color="auto" w:fill="BCE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single" w:sz="8" w:space="0" w:color="34C7FF" w:themeColor="accent1" w:themeTint="BF"/>
        <w:insideV w:val="single" w:sz="8" w:space="0" w:color="34C7FF" w:themeColor="accent1" w:themeTint="BF"/>
      </w:tblBorders>
    </w:tblPr>
    <w:tcPr>
      <w:shd w:val="clear" w:color="auto" w:fill="BCECFF" w:themeFill="accent1" w:themeFillTint="3F"/>
    </w:tcPr>
    <w:tblStylePr w:type="firstRow">
      <w:rPr>
        <w:b/>
        <w:bCs/>
      </w:rPr>
    </w:tblStylePr>
    <w:tblStylePr w:type="lastRow">
      <w:rPr>
        <w:b/>
        <w:bCs/>
      </w:rPr>
      <w:tblPr/>
      <w:tcPr>
        <w:tcBorders>
          <w:top w:val="single" w:sz="18" w:space="0" w:color="34C7FF" w:themeColor="accent1" w:themeTint="BF"/>
        </w:tcBorders>
      </w:tcPr>
    </w:tblStylePr>
    <w:tblStylePr w:type="firstCol">
      <w:rPr>
        <w:b/>
        <w:bCs/>
      </w:rPr>
    </w:tblStylePr>
    <w:tblStylePr w:type="lastCol">
      <w:rPr>
        <w:b/>
        <w:bCs/>
      </w:rPr>
    </w:tblStylePr>
    <w:tblStylePr w:type="band1Vert">
      <w:tblPr/>
      <w:tcPr>
        <w:shd w:val="clear" w:color="auto" w:fill="78D9FF" w:themeFill="accent1" w:themeFillTint="7F"/>
      </w:tcPr>
    </w:tblStylePr>
    <w:tblStylePr w:type="band1Horz">
      <w:tblPr/>
      <w:tcPr>
        <w:shd w:val="clear" w:color="auto" w:fill="78D9FF"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single" w:sz="8" w:space="0" w:color="34C7FF" w:themeColor="accent2" w:themeTint="BF"/>
        <w:insideV w:val="single" w:sz="8" w:space="0" w:color="34C7FF" w:themeColor="accent2" w:themeTint="BF"/>
      </w:tblBorders>
    </w:tblPr>
    <w:tcPr>
      <w:shd w:val="clear" w:color="auto" w:fill="BCECFF" w:themeFill="accent2" w:themeFillTint="3F"/>
    </w:tcPr>
    <w:tblStylePr w:type="firstRow">
      <w:rPr>
        <w:b/>
        <w:bCs/>
      </w:rPr>
    </w:tblStylePr>
    <w:tblStylePr w:type="lastRow">
      <w:rPr>
        <w:b/>
        <w:bCs/>
      </w:rPr>
      <w:tblPr/>
      <w:tcPr>
        <w:tcBorders>
          <w:top w:val="single" w:sz="18" w:space="0" w:color="34C7FF" w:themeColor="accent2" w:themeTint="BF"/>
        </w:tcBorders>
      </w:tcPr>
    </w:tblStylePr>
    <w:tblStylePr w:type="firstCol">
      <w:rPr>
        <w:b/>
        <w:bCs/>
      </w:rPr>
    </w:tblStylePr>
    <w:tblStylePr w:type="lastCol">
      <w:rPr>
        <w:b/>
        <w:bCs/>
      </w:rPr>
    </w:tblStylePr>
    <w:tblStylePr w:type="band1Vert">
      <w:tblPr/>
      <w:tcPr>
        <w:shd w:val="clear" w:color="auto" w:fill="78D9FF" w:themeFill="accent2" w:themeFillTint="7F"/>
      </w:tcPr>
    </w:tblStylePr>
    <w:tblStylePr w:type="band1Horz">
      <w:tblPr/>
      <w:tcPr>
        <w:shd w:val="clear" w:color="auto" w:fill="78D9FF"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insideH w:val="single" w:sz="8" w:space="0" w:color="00AEEF" w:themeColor="accent1"/>
        <w:insideV w:val="single" w:sz="8" w:space="0" w:color="00AEEF" w:themeColor="accent1"/>
      </w:tblBorders>
    </w:tblPr>
    <w:tcPr>
      <w:shd w:val="clear" w:color="auto" w:fill="BCECFF" w:themeFill="accent1" w:themeFillTint="3F"/>
    </w:tcPr>
    <w:tblStylePr w:type="firstRow">
      <w:rPr>
        <w:b/>
        <w:bCs/>
        <w:color w:val="000000" w:themeColor="text1"/>
      </w:rPr>
      <w:tblPr/>
      <w:tcPr>
        <w:shd w:val="clear" w:color="auto" w:fill="E4F7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0FF" w:themeFill="accent1" w:themeFillTint="33"/>
      </w:tcPr>
    </w:tblStylePr>
    <w:tblStylePr w:type="band1Vert">
      <w:tblPr/>
      <w:tcPr>
        <w:shd w:val="clear" w:color="auto" w:fill="78D9FF" w:themeFill="accent1" w:themeFillTint="7F"/>
      </w:tcPr>
    </w:tblStylePr>
    <w:tblStylePr w:type="band1Horz">
      <w:tblPr/>
      <w:tcPr>
        <w:tcBorders>
          <w:insideH w:val="single" w:sz="6" w:space="0" w:color="00AEEF" w:themeColor="accent1"/>
          <w:insideV w:val="single" w:sz="6" w:space="0" w:color="00AEEF" w:themeColor="accent1"/>
        </w:tcBorders>
        <w:shd w:val="clear" w:color="auto" w:fill="78D9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2"/>
        <w:left w:val="single" w:sz="8" w:space="0" w:color="00AEEF" w:themeColor="accent2"/>
        <w:bottom w:val="single" w:sz="8" w:space="0" w:color="00AEEF" w:themeColor="accent2"/>
        <w:right w:val="single" w:sz="8" w:space="0" w:color="00AEEF" w:themeColor="accent2"/>
        <w:insideH w:val="single" w:sz="8" w:space="0" w:color="00AEEF" w:themeColor="accent2"/>
        <w:insideV w:val="single" w:sz="8" w:space="0" w:color="00AEEF" w:themeColor="accent2"/>
      </w:tblBorders>
    </w:tblPr>
    <w:tcPr>
      <w:shd w:val="clear" w:color="auto" w:fill="BCECFF" w:themeFill="accent2" w:themeFillTint="3F"/>
    </w:tcPr>
    <w:tblStylePr w:type="firstRow">
      <w:rPr>
        <w:b/>
        <w:bCs/>
        <w:color w:val="000000" w:themeColor="text1"/>
      </w:rPr>
      <w:tblPr/>
      <w:tcPr>
        <w:shd w:val="clear" w:color="auto" w:fill="E4F7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0FF" w:themeFill="accent2" w:themeFillTint="33"/>
      </w:tcPr>
    </w:tblStylePr>
    <w:tblStylePr w:type="band1Vert">
      <w:tblPr/>
      <w:tcPr>
        <w:shd w:val="clear" w:color="auto" w:fill="78D9FF" w:themeFill="accent2" w:themeFillTint="7F"/>
      </w:tcPr>
    </w:tblStylePr>
    <w:tblStylePr w:type="band1Horz">
      <w:tblPr/>
      <w:tcPr>
        <w:tcBorders>
          <w:insideH w:val="single" w:sz="6" w:space="0" w:color="00AEEF" w:themeColor="accent2"/>
          <w:insideV w:val="single" w:sz="6" w:space="0" w:color="00AEEF" w:themeColor="accent2"/>
        </w:tcBorders>
        <w:shd w:val="clear" w:color="auto" w:fill="78D9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C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EE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EE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EE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EE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D9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D9FF"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EE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EE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EE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EE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D9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D9FF"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00AEE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67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1B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1B3" w:themeFill="accent1" w:themeFillShade="BF"/>
      </w:tcPr>
    </w:tblStylePr>
    <w:tblStylePr w:type="band1Vert">
      <w:tblPr/>
      <w:tcPr>
        <w:tcBorders>
          <w:top w:val="nil"/>
          <w:left w:val="nil"/>
          <w:bottom w:val="nil"/>
          <w:right w:val="nil"/>
          <w:insideH w:val="nil"/>
          <w:insideV w:val="nil"/>
        </w:tcBorders>
        <w:shd w:val="clear" w:color="auto" w:fill="0081B3" w:themeFill="accent1" w:themeFillShade="BF"/>
      </w:tcPr>
    </w:tblStylePr>
    <w:tblStylePr w:type="band1Horz">
      <w:tblPr/>
      <w:tcPr>
        <w:tcBorders>
          <w:top w:val="nil"/>
          <w:left w:val="nil"/>
          <w:bottom w:val="nil"/>
          <w:right w:val="nil"/>
          <w:insideH w:val="nil"/>
          <w:insideV w:val="nil"/>
        </w:tcBorders>
        <w:shd w:val="clear" w:color="auto" w:fill="0081B3"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00AEE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67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1B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1B3" w:themeFill="accent2" w:themeFillShade="BF"/>
      </w:tcPr>
    </w:tblStylePr>
    <w:tblStylePr w:type="band1Vert">
      <w:tblPr/>
      <w:tcPr>
        <w:tcBorders>
          <w:top w:val="nil"/>
          <w:left w:val="nil"/>
          <w:bottom w:val="nil"/>
          <w:right w:val="nil"/>
          <w:insideH w:val="nil"/>
          <w:insideV w:val="nil"/>
        </w:tcBorders>
        <w:shd w:val="clear" w:color="auto" w:fill="0081B3" w:themeFill="accent2" w:themeFillShade="BF"/>
      </w:tcPr>
    </w:tblStylePr>
    <w:tblStylePr w:type="band1Horz">
      <w:tblPr/>
      <w:tcPr>
        <w:tcBorders>
          <w:top w:val="nil"/>
          <w:left w:val="nil"/>
          <w:bottom w:val="nil"/>
          <w:right w:val="nil"/>
          <w:insideH w:val="nil"/>
          <w:insideV w:val="nil"/>
        </w:tcBorders>
        <w:shd w:val="clear" w:color="auto" w:fill="0081B3"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00AEE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AEE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00AEEF" w:themeColor="accent2"/>
        <w:left w:val="single" w:sz="4" w:space="0" w:color="00AEEF" w:themeColor="accent1"/>
        <w:bottom w:val="single" w:sz="4" w:space="0" w:color="00AEEF" w:themeColor="accent1"/>
        <w:right w:val="single" w:sz="4" w:space="0" w:color="00AEEF" w:themeColor="accent1"/>
        <w:insideH w:val="single" w:sz="4" w:space="0" w:color="FFFFFF" w:themeColor="background1"/>
        <w:insideV w:val="single" w:sz="4" w:space="0" w:color="FFFFFF" w:themeColor="background1"/>
      </w:tblBorders>
    </w:tblPr>
    <w:tcPr>
      <w:shd w:val="clear" w:color="auto" w:fill="E4F7FF" w:themeFill="accent1" w:themeFillTint="19"/>
    </w:tcPr>
    <w:tblStylePr w:type="firstRow">
      <w:rPr>
        <w:b/>
        <w:bCs/>
      </w:rPr>
      <w:tblPr/>
      <w:tcPr>
        <w:tcBorders>
          <w:top w:val="nil"/>
          <w:left w:val="nil"/>
          <w:bottom w:val="single" w:sz="24" w:space="0" w:color="00AEE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8F" w:themeFill="accent1" w:themeFillShade="99"/>
      </w:tcPr>
    </w:tblStylePr>
    <w:tblStylePr w:type="firstCol">
      <w:rPr>
        <w:color w:val="FFFFFF" w:themeColor="background1"/>
      </w:rPr>
      <w:tblPr/>
      <w:tcPr>
        <w:tcBorders>
          <w:top w:val="nil"/>
          <w:left w:val="nil"/>
          <w:bottom w:val="nil"/>
          <w:right w:val="nil"/>
          <w:insideH w:val="single" w:sz="4" w:space="0" w:color="00678F" w:themeColor="accent1" w:themeShade="99"/>
          <w:insideV w:val="nil"/>
        </w:tcBorders>
        <w:shd w:val="clear" w:color="auto" w:fill="00678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78F" w:themeFill="accent1" w:themeFillShade="99"/>
      </w:tcPr>
    </w:tblStylePr>
    <w:tblStylePr w:type="band1Vert">
      <w:tblPr/>
      <w:tcPr>
        <w:shd w:val="clear" w:color="auto" w:fill="92E1FF" w:themeFill="accent1" w:themeFillTint="66"/>
      </w:tcPr>
    </w:tblStylePr>
    <w:tblStylePr w:type="band1Horz">
      <w:tblPr/>
      <w:tcPr>
        <w:shd w:val="clear" w:color="auto" w:fill="78D9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00AEEF" w:themeColor="accent2"/>
        <w:left w:val="single" w:sz="4" w:space="0" w:color="00AEEF" w:themeColor="accent2"/>
        <w:bottom w:val="single" w:sz="4" w:space="0" w:color="00AEEF" w:themeColor="accent2"/>
        <w:right w:val="single" w:sz="4" w:space="0" w:color="00AEEF" w:themeColor="accent2"/>
        <w:insideH w:val="single" w:sz="4" w:space="0" w:color="FFFFFF" w:themeColor="background1"/>
        <w:insideV w:val="single" w:sz="4" w:space="0" w:color="FFFFFF" w:themeColor="background1"/>
      </w:tblBorders>
    </w:tblPr>
    <w:tcPr>
      <w:shd w:val="clear" w:color="auto" w:fill="E4F7FF" w:themeFill="accent2" w:themeFillTint="19"/>
    </w:tcPr>
    <w:tblStylePr w:type="firstRow">
      <w:rPr>
        <w:b/>
        <w:bCs/>
      </w:rPr>
      <w:tblPr/>
      <w:tcPr>
        <w:tcBorders>
          <w:top w:val="nil"/>
          <w:left w:val="nil"/>
          <w:bottom w:val="single" w:sz="24" w:space="0" w:color="00AEE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8F" w:themeFill="accent2" w:themeFillShade="99"/>
      </w:tcPr>
    </w:tblStylePr>
    <w:tblStylePr w:type="firstCol">
      <w:rPr>
        <w:color w:val="FFFFFF" w:themeColor="background1"/>
      </w:rPr>
      <w:tblPr/>
      <w:tcPr>
        <w:tcBorders>
          <w:top w:val="nil"/>
          <w:left w:val="nil"/>
          <w:bottom w:val="nil"/>
          <w:right w:val="nil"/>
          <w:insideH w:val="single" w:sz="4" w:space="0" w:color="00678F" w:themeColor="accent2" w:themeShade="99"/>
          <w:insideV w:val="nil"/>
        </w:tcBorders>
        <w:shd w:val="clear" w:color="auto" w:fill="00678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678F" w:themeFill="accent2" w:themeFillShade="99"/>
      </w:tcPr>
    </w:tblStylePr>
    <w:tblStylePr w:type="band1Vert">
      <w:tblPr/>
      <w:tcPr>
        <w:shd w:val="clear" w:color="auto" w:fill="92E1FF" w:themeFill="accent2" w:themeFillTint="66"/>
      </w:tcPr>
    </w:tblStylePr>
    <w:tblStylePr w:type="band1Horz">
      <w:tblPr/>
      <w:tcPr>
        <w:shd w:val="clear" w:color="auto" w:fill="78D9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8ABF" w:themeFill="accent2" w:themeFillShade="CC"/>
      </w:tcPr>
    </w:tblStylePr>
    <w:tblStylePr w:type="lastRow">
      <w:rPr>
        <w:b/>
        <w:bCs/>
        <w:color w:val="008AB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4F7FF" w:themeFill="accent1" w:themeFillTint="19"/>
    </w:tcPr>
    <w:tblStylePr w:type="firstRow">
      <w:rPr>
        <w:b/>
        <w:bCs/>
        <w:color w:val="FFFFFF" w:themeColor="background1"/>
      </w:rPr>
      <w:tblPr/>
      <w:tcPr>
        <w:tcBorders>
          <w:bottom w:val="single" w:sz="12" w:space="0" w:color="FFFFFF" w:themeColor="background1"/>
        </w:tcBorders>
        <w:shd w:val="clear" w:color="auto" w:fill="008ABF" w:themeFill="accent2" w:themeFillShade="CC"/>
      </w:tcPr>
    </w:tblStylePr>
    <w:tblStylePr w:type="lastRow">
      <w:rPr>
        <w:b/>
        <w:bCs/>
        <w:color w:val="008AB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CFF" w:themeFill="accent1" w:themeFillTint="3F"/>
      </w:tcPr>
    </w:tblStylePr>
    <w:tblStylePr w:type="band1Horz">
      <w:tblPr/>
      <w:tcPr>
        <w:shd w:val="clear" w:color="auto" w:fill="C8F0FF"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E4F7FF" w:themeFill="accent2" w:themeFillTint="19"/>
    </w:tcPr>
    <w:tblStylePr w:type="firstRow">
      <w:rPr>
        <w:b/>
        <w:bCs/>
        <w:color w:val="FFFFFF" w:themeColor="background1"/>
      </w:rPr>
      <w:tblPr/>
      <w:tcPr>
        <w:tcBorders>
          <w:bottom w:val="single" w:sz="12" w:space="0" w:color="FFFFFF" w:themeColor="background1"/>
        </w:tcBorders>
        <w:shd w:val="clear" w:color="auto" w:fill="008ABF" w:themeFill="accent2" w:themeFillShade="CC"/>
      </w:tcPr>
    </w:tblStylePr>
    <w:tblStylePr w:type="lastRow">
      <w:rPr>
        <w:b/>
        <w:bCs/>
        <w:color w:val="008AB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CFF" w:themeFill="accent2" w:themeFillTint="3F"/>
      </w:tcPr>
    </w:tblStylePr>
    <w:tblStylePr w:type="band1Horz">
      <w:tblPr/>
      <w:tcPr>
        <w:shd w:val="clear" w:color="auto" w:fill="C8F0FF"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8F0FF" w:themeFill="accent1" w:themeFillTint="33"/>
    </w:tcPr>
    <w:tblStylePr w:type="firstRow">
      <w:rPr>
        <w:b/>
        <w:bCs/>
      </w:rPr>
      <w:tblPr/>
      <w:tcPr>
        <w:shd w:val="clear" w:color="auto" w:fill="92E1FF" w:themeFill="accent1" w:themeFillTint="66"/>
      </w:tcPr>
    </w:tblStylePr>
    <w:tblStylePr w:type="lastRow">
      <w:rPr>
        <w:b/>
        <w:bCs/>
        <w:color w:val="000000" w:themeColor="text1"/>
      </w:rPr>
      <w:tblPr/>
      <w:tcPr>
        <w:shd w:val="clear" w:color="auto" w:fill="92E1FF" w:themeFill="accent1" w:themeFillTint="66"/>
      </w:tcPr>
    </w:tblStylePr>
    <w:tblStylePr w:type="firstCol">
      <w:rPr>
        <w:color w:val="FFFFFF" w:themeColor="background1"/>
      </w:rPr>
      <w:tblPr/>
      <w:tcPr>
        <w:shd w:val="clear" w:color="auto" w:fill="0081B3" w:themeFill="accent1" w:themeFillShade="BF"/>
      </w:tcPr>
    </w:tblStylePr>
    <w:tblStylePr w:type="lastCol">
      <w:rPr>
        <w:color w:val="FFFFFF" w:themeColor="background1"/>
      </w:rPr>
      <w:tblPr/>
      <w:tcPr>
        <w:shd w:val="clear" w:color="auto" w:fill="0081B3" w:themeFill="accent1" w:themeFillShade="BF"/>
      </w:tcPr>
    </w:tblStylePr>
    <w:tblStylePr w:type="band1Vert">
      <w:tblPr/>
      <w:tcPr>
        <w:shd w:val="clear" w:color="auto" w:fill="78D9FF" w:themeFill="accent1" w:themeFillTint="7F"/>
      </w:tcPr>
    </w:tblStylePr>
    <w:tblStylePr w:type="band1Horz">
      <w:tblPr/>
      <w:tcPr>
        <w:shd w:val="clear" w:color="auto" w:fill="78D9FF"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8F0FF" w:themeFill="accent2" w:themeFillTint="33"/>
    </w:tcPr>
    <w:tblStylePr w:type="firstRow">
      <w:rPr>
        <w:b/>
        <w:bCs/>
      </w:rPr>
      <w:tblPr/>
      <w:tcPr>
        <w:shd w:val="clear" w:color="auto" w:fill="92E1FF" w:themeFill="accent2" w:themeFillTint="66"/>
      </w:tcPr>
    </w:tblStylePr>
    <w:tblStylePr w:type="lastRow">
      <w:rPr>
        <w:b/>
        <w:bCs/>
        <w:color w:val="000000" w:themeColor="text1"/>
      </w:rPr>
      <w:tblPr/>
      <w:tcPr>
        <w:shd w:val="clear" w:color="auto" w:fill="92E1FF" w:themeFill="accent2" w:themeFillTint="66"/>
      </w:tcPr>
    </w:tblStylePr>
    <w:tblStylePr w:type="firstCol">
      <w:rPr>
        <w:color w:val="FFFFFF" w:themeColor="background1"/>
      </w:rPr>
      <w:tblPr/>
      <w:tcPr>
        <w:shd w:val="clear" w:color="auto" w:fill="0081B3" w:themeFill="accent2" w:themeFillShade="BF"/>
      </w:tcPr>
    </w:tblStylePr>
    <w:tblStylePr w:type="lastCol">
      <w:rPr>
        <w:color w:val="FFFFFF" w:themeColor="background1"/>
      </w:rPr>
      <w:tblPr/>
      <w:tcPr>
        <w:shd w:val="clear" w:color="auto" w:fill="0081B3" w:themeFill="accent2" w:themeFillShade="BF"/>
      </w:tcPr>
    </w:tblStylePr>
    <w:tblStylePr w:type="band1Vert">
      <w:tblPr/>
      <w:tcPr>
        <w:shd w:val="clear" w:color="auto" w:fill="78D9FF" w:themeFill="accent2" w:themeFillTint="7F"/>
      </w:tcPr>
    </w:tblStylePr>
    <w:tblStylePr w:type="band1Horz">
      <w:tblPr/>
      <w:tcPr>
        <w:shd w:val="clear" w:color="auto" w:fill="78D9FF"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Normal1">
    <w:name w:val="Table Normal1"/>
    <w:uiPriority w:val="2"/>
    <w:semiHidden/>
    <w:unhideWhenUsed/>
    <w:qFormat/>
    <w:rsid w:val="005D1326"/>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styleId="TOC1">
    <w:name w:val="toc 1"/>
    <w:basedOn w:val="Normal"/>
    <w:next w:val="Normal"/>
    <w:autoRedefine/>
    <w:uiPriority w:val="39"/>
    <w:unhideWhenUsed/>
    <w:rsid w:val="00DC12F3"/>
    <w:pPr>
      <w:spacing w:after="100"/>
    </w:pPr>
  </w:style>
  <w:style w:type="character" w:styleId="Hyperlink">
    <w:name w:val="Hyperlink"/>
    <w:basedOn w:val="DefaultParagraphFont"/>
    <w:uiPriority w:val="99"/>
    <w:unhideWhenUsed/>
    <w:rsid w:val="00DC12F3"/>
    <w:rPr>
      <w:color w:val="0000FF" w:themeColor="hyperlink"/>
      <w:u w:val="single"/>
    </w:rPr>
  </w:style>
  <w:style w:type="character" w:styleId="UnresolvedMention">
    <w:name w:val="Unresolved Mention"/>
    <w:basedOn w:val="DefaultParagraphFont"/>
    <w:uiPriority w:val="99"/>
    <w:semiHidden/>
    <w:unhideWhenUsed/>
    <w:rsid w:val="00E24482"/>
    <w:rPr>
      <w:color w:val="605E5C"/>
      <w:shd w:val="clear" w:color="auto" w:fill="E1DFDD"/>
    </w:rPr>
  </w:style>
  <w:style w:type="character" w:styleId="FollowedHyperlink">
    <w:name w:val="FollowedHyperlink"/>
    <w:basedOn w:val="DefaultParagraphFont"/>
    <w:uiPriority w:val="99"/>
    <w:semiHidden/>
    <w:unhideWhenUsed/>
    <w:rsid w:val="0019072D"/>
    <w:rPr>
      <w:color w:val="800080" w:themeColor="followedHyperlink"/>
      <w:u w:val="single"/>
    </w:rPr>
  </w:style>
  <w:style w:type="character" w:styleId="CommentReference">
    <w:name w:val="annotation reference"/>
    <w:basedOn w:val="DefaultParagraphFont"/>
    <w:uiPriority w:val="99"/>
    <w:semiHidden/>
    <w:unhideWhenUsed/>
    <w:rsid w:val="00D5644F"/>
    <w:rPr>
      <w:sz w:val="21"/>
      <w:szCs w:val="21"/>
    </w:rPr>
  </w:style>
  <w:style w:type="paragraph" w:styleId="CommentText">
    <w:name w:val="annotation text"/>
    <w:basedOn w:val="Normal"/>
    <w:link w:val="CommentTextChar"/>
    <w:uiPriority w:val="99"/>
    <w:unhideWhenUsed/>
    <w:rsid w:val="00D5644F"/>
  </w:style>
  <w:style w:type="character" w:customStyle="1" w:styleId="CommentTextChar">
    <w:name w:val="Comment Text Char"/>
    <w:basedOn w:val="DefaultParagraphFont"/>
    <w:link w:val="CommentText"/>
    <w:uiPriority w:val="99"/>
    <w:rsid w:val="00D5644F"/>
    <w:rPr>
      <w:rFonts w:ascii="Aptos" w:hAnsi="Aptos"/>
      <w:color w:val="2B2B2B"/>
      <w:sz w:val="21"/>
    </w:rPr>
  </w:style>
  <w:style w:type="paragraph" w:styleId="CommentSubject">
    <w:name w:val="annotation subject"/>
    <w:basedOn w:val="CommentText"/>
    <w:next w:val="CommentText"/>
    <w:link w:val="CommentSubjectChar"/>
    <w:uiPriority w:val="99"/>
    <w:semiHidden/>
    <w:unhideWhenUsed/>
    <w:rsid w:val="00D5644F"/>
    <w:rPr>
      <w:b/>
      <w:bCs/>
    </w:rPr>
  </w:style>
  <w:style w:type="character" w:customStyle="1" w:styleId="CommentSubjectChar">
    <w:name w:val="Comment Subject Char"/>
    <w:basedOn w:val="CommentTextChar"/>
    <w:link w:val="CommentSubject"/>
    <w:uiPriority w:val="99"/>
    <w:semiHidden/>
    <w:rsid w:val="00D5644F"/>
    <w:rPr>
      <w:rFonts w:ascii="Aptos" w:hAnsi="Aptos"/>
      <w:b/>
      <w:bCs/>
      <w:color w:val="2B2B2B"/>
      <w:sz w:val="21"/>
    </w:rPr>
  </w:style>
  <w:style w:type="table" w:customStyle="1" w:styleId="1">
    <w:name w:val="网格型1"/>
    <w:basedOn w:val="TableNormal"/>
    <w:next w:val="TableGrid"/>
    <w:uiPriority w:val="59"/>
    <w:rsid w:val="006C1235"/>
    <w:pPr>
      <w:spacing w:after="0" w:line="240" w:lineRule="auto"/>
    </w:pPr>
    <w:rPr>
      <w:rFonts w:ascii="Arial" w:eastAsia="SimSu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0EDD"/>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pdq2pgselectionanchorcontainer">
    <w:name w:val="pdq2pg_selectionanchorcontainer"/>
    <w:basedOn w:val="Normal"/>
    <w:rsid w:val="003A18C2"/>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urity@saluscontrol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00AEEF"/>
      </a:accent1>
      <a:accent2>
        <a:srgbClr val="00AEEF"/>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48094c8-480e-400b-91c4-c984b7e20814}" enabled="1" method="Standard" siteId="{a1109567-0815-4e1f-88af-e23555482aaa}"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1231</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SALUS Controls PLC - Suspected Vulnerability Report Form</vt:lpstr>
    </vt:vector>
  </TitlesOfParts>
  <Manager/>
  <Company>SALUS Controls PLC</Company>
  <LinksUpToDate>false</LinksUpToDate>
  <CharactersWithSpaces>8238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SALUS Controls PLC - Suspected Vulnerability Report Form</dc:title>
  <dc:subject/>
  <dc:creator>SALUS Controls PLC</dc:creator>
  <cp:keywords>SALUS Controls, vulnerability disclosure, product security, security updates</cp:keywords>
  <dc:description>Review markup only; not for publication.</dc:description>
  <cp:lastModifiedBy>Ramona Farcas</cp:lastModifiedBy>
  <cp:revision>2</cp:revision>
  <dcterms:created xsi:type="dcterms:W3CDTF">2026-10-06T09:28:00Z</dcterms:created>
  <dcterms:modified xsi:type="dcterms:W3CDTF">2026-10-06T09:28:00Z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62f4ae9f-aa0c-44c0-9d31-4c2aee434488</vt:lpwstr>
  </property>
</Properties>
</file>