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FBA509" w14:textId="767251EA" w:rsidR="00A5425F" w:rsidRPr="00255B8D" w:rsidRDefault="00824A2A" w:rsidP="00A5425F">
      <w:pPr>
        <w:pStyle w:val="Heading1"/>
        <w:spacing w:after="120"/>
        <w:rPr>
          <w:rFonts w:ascii="Ubuntu" w:eastAsia="Ubuntu" w:hAnsi="Ubuntu" w:cs="Ubuntu"/>
          <w:color w:val="00AEEF"/>
          <w:u w:val="single"/>
          <w:lang w:val="da-DK"/>
        </w:rPr>
      </w:pPr>
      <w:bookmarkStart w:id="0" w:name="_Toc239339911"/>
      <w:r w:rsidRPr="00255B8D">
        <w:rPr>
          <w:rFonts w:ascii="Ubuntu" w:eastAsia="Ubuntu" w:hAnsi="Ubuntu" w:cs="Ubuntu"/>
          <w:color w:val="00AEEF"/>
          <w:u w:val="single"/>
          <w:lang w:val="da-DK"/>
        </w:rPr>
        <w:t>SALUS Controls PLC - Formular til indberetning af formodet sikkerhedssårbarhed</w:t>
      </w:r>
      <w:bookmarkEnd w:id="0"/>
    </w:p>
    <w:p w14:paraId="0C47EA57" w14:textId="77777777" w:rsidR="005B511E" w:rsidRPr="00255B8D" w:rsidRDefault="005B511E" w:rsidP="005B511E">
      <w:pPr>
        <w:rPr>
          <w:rFonts w:hint="eastAsia"/>
          <w:lang w:val="da-DK"/>
        </w:rPr>
      </w:pPr>
    </w:p>
    <w:p w14:paraId="5C65BB70" w14:textId="69AA841B" w:rsidR="005B511E" w:rsidRPr="00255B8D" w:rsidRDefault="005B511E" w:rsidP="002A3313">
      <w:pPr>
        <w:pStyle w:val="ListBullet"/>
        <w:numPr>
          <w:ilvl w:val="0"/>
          <w:numId w:val="0"/>
        </w:numPr>
        <w:ind w:left="360"/>
        <w:rPr>
          <w:rFonts w:hint="eastAsia"/>
          <w:lang w:val="da-DK"/>
        </w:rPr>
      </w:pPr>
      <w:r w:rsidRPr="00255B8D">
        <w:rPr>
          <w:lang w:val="da-DK"/>
        </w:rPr>
        <w:t>Brug denne formular til at indberette en formodet sikkerhedssårbarhed, der påvirker et SALUS-produkt, en applikation, en cloudtjeneste eller et websted.</w:t>
      </w:r>
    </w:p>
    <w:p w14:paraId="45D4999E" w14:textId="77777777" w:rsidR="005B511E" w:rsidRPr="00255B8D" w:rsidRDefault="005B511E" w:rsidP="002A3313">
      <w:pPr>
        <w:pStyle w:val="ListBullet"/>
        <w:numPr>
          <w:ilvl w:val="0"/>
          <w:numId w:val="0"/>
        </w:numPr>
        <w:ind w:left="360"/>
        <w:rPr>
          <w:rFonts w:hint="eastAsia"/>
          <w:lang w:val="da-DK"/>
        </w:rPr>
      </w:pPr>
      <w:r w:rsidRPr="00255B8D">
        <w:rPr>
          <w:lang w:val="da-DK"/>
        </w:rPr>
        <w:t>Udfyld så mange oplysninger som muligt. Du behøver ikke udfylde alle felter, for at vi kan modtage din indberetning.</w:t>
      </w:r>
    </w:p>
    <w:p w14:paraId="08162BC0" w14:textId="77777777" w:rsidR="005B511E" w:rsidRPr="00255B8D" w:rsidRDefault="005B511E" w:rsidP="002A3313">
      <w:pPr>
        <w:pStyle w:val="ListBullet"/>
        <w:numPr>
          <w:ilvl w:val="0"/>
          <w:numId w:val="0"/>
        </w:numPr>
        <w:ind w:left="360"/>
        <w:rPr>
          <w:rFonts w:hint="eastAsia"/>
          <w:lang w:val="da-DK"/>
        </w:rPr>
      </w:pPr>
      <w:r w:rsidRPr="00255B8D">
        <w:rPr>
          <w:lang w:val="da-DK"/>
        </w:rPr>
        <w:t>Du kan indsende en indberetning anonymt. Hvis du ikke angiver kontaktoplysninger, kan vi dog muligvis ikke bede om yderligere oplysninger eller give dig opdateringer om din indberetning.</w:t>
      </w:r>
    </w:p>
    <w:p w14:paraId="55992710" w14:textId="77777777" w:rsidR="005B511E" w:rsidRPr="00255B8D" w:rsidRDefault="005B511E" w:rsidP="002A3313">
      <w:pPr>
        <w:pStyle w:val="ListBullet"/>
        <w:numPr>
          <w:ilvl w:val="0"/>
          <w:numId w:val="0"/>
        </w:numPr>
        <w:ind w:left="360"/>
        <w:rPr>
          <w:rFonts w:hint="eastAsia"/>
          <w:lang w:val="da-DK"/>
        </w:rPr>
      </w:pPr>
      <w:r w:rsidRPr="00255B8D">
        <w:rPr>
          <w:lang w:val="da-DK"/>
        </w:rPr>
        <w:t>Når formularen er udfyldt, bedes du sende den til security@saluscontrols.com.</w:t>
      </w:r>
    </w:p>
    <w:p w14:paraId="6F7C6122" w14:textId="77777777" w:rsidR="005B511E" w:rsidRPr="00255B8D" w:rsidRDefault="005B511E" w:rsidP="002A3313">
      <w:pPr>
        <w:pStyle w:val="ListBullet"/>
        <w:numPr>
          <w:ilvl w:val="0"/>
          <w:numId w:val="0"/>
        </w:numPr>
        <w:ind w:left="360"/>
        <w:rPr>
          <w:rStyle w:val="Strong"/>
          <w:rFonts w:hint="eastAsia"/>
          <w:szCs w:val="21"/>
          <w:lang w:val="da-DK"/>
        </w:rPr>
      </w:pPr>
      <w:r w:rsidRPr="00255B8D">
        <w:rPr>
          <w:rStyle w:val="Strong"/>
          <w:szCs w:val="21"/>
          <w:lang w:val="da-DK"/>
        </w:rPr>
        <w:t xml:space="preserve">Medtag ikke adgangskoder, </w:t>
      </w:r>
      <w:proofErr w:type="spellStart"/>
      <w:r w:rsidRPr="00255B8D">
        <w:rPr>
          <w:rStyle w:val="Strong"/>
          <w:szCs w:val="21"/>
          <w:lang w:val="da-DK"/>
        </w:rPr>
        <w:t>godkendelsestokens</w:t>
      </w:r>
      <w:proofErr w:type="spellEnd"/>
      <w:r w:rsidRPr="00255B8D">
        <w:rPr>
          <w:rStyle w:val="Strong"/>
          <w:szCs w:val="21"/>
          <w:lang w:val="da-DK"/>
        </w:rPr>
        <w:t>, private nøgler eller unødvendige person- eller kundedata.</w:t>
      </w:r>
    </w:p>
    <w:p w14:paraId="461345A0" w14:textId="27CF629C" w:rsidR="00D54783" w:rsidRPr="00255B8D" w:rsidRDefault="00D54783" w:rsidP="002A3313">
      <w:pPr>
        <w:pStyle w:val="ListBullet"/>
        <w:numPr>
          <w:ilvl w:val="0"/>
          <w:numId w:val="0"/>
        </w:numPr>
        <w:ind w:left="360"/>
        <w:rPr>
          <w:rFonts w:hint="eastAsia"/>
          <w:lang w:val="da-DK"/>
        </w:rPr>
      </w:pPr>
      <w:r w:rsidRPr="00255B8D">
        <w:rPr>
          <w:lang w:val="da-DK"/>
        </w:rPr>
        <w:t>Felter markeret med “Påkrævet” skal kun udfyldes, hvis oplysningerne med rimelighed er tilgængelige. Du kan stadig indsende indberetningen, selv om du ikke har alle oplysninger.</w:t>
      </w:r>
    </w:p>
    <w:p w14:paraId="5F8D13B4" w14:textId="77777777" w:rsidR="00A5425F" w:rsidRPr="00255B8D" w:rsidRDefault="00A5425F" w:rsidP="00A5425F">
      <w:pPr>
        <w:pStyle w:val="Title"/>
        <w:spacing w:after="160" w:line="259" w:lineRule="auto"/>
        <w:rPr>
          <w:sz w:val="40"/>
          <w:szCs w:val="44"/>
          <w:lang w:val="da-DK"/>
        </w:rPr>
      </w:pPr>
      <w:r w:rsidRPr="00255B8D">
        <w:rPr>
          <w:rFonts w:ascii="Ubuntu" w:eastAsia="Ubuntu" w:hAnsi="Ubuntu" w:cs="Ubuntu" w:hint="eastAsia"/>
          <w:sz w:val="40"/>
          <w:szCs w:val="44"/>
          <w:u w:val="single"/>
          <w:lang w:val="da-DK"/>
        </w:rPr>
        <w:t>Indberetning af formodet sikkerhedssårbarhed</w:t>
      </w:r>
    </w:p>
    <w:p w14:paraId="4239CF82" w14:textId="77777777" w:rsidR="00A5425F" w:rsidRPr="00255B8D" w:rsidRDefault="00A5425F" w:rsidP="00A5425F">
      <w:pPr>
        <w:pStyle w:val="Heading2"/>
        <w:spacing w:after="80"/>
        <w:rPr>
          <w:lang w:val="da-DK"/>
        </w:rPr>
      </w:pPr>
      <w:bookmarkStart w:id="1" w:name="_Toc239339912"/>
      <w:r w:rsidRPr="00255B8D">
        <w:rPr>
          <w:rFonts w:ascii="Ubuntu" w:eastAsia="Ubuntu" w:hAnsi="Ubuntu" w:cs="Ubuntu" w:hint="eastAsia"/>
          <w:u w:val="single"/>
          <w:lang w:val="da-DK"/>
        </w:rPr>
        <w:t>1. Oplysninger om indberetteren</w:t>
      </w:r>
      <w:bookmarkEnd w:id="1"/>
    </w:p>
    <w:tbl>
      <w:tblPr>
        <w:tblStyle w:val="TableGrid"/>
        <w:tblW w:w="0" w:type="auto"/>
        <w:jc w:val="center"/>
        <w:tblBorders>
          <w:top w:val="single" w:sz="6" w:space="0" w:color="D5D9DE"/>
          <w:left w:val="single" w:sz="6" w:space="0" w:color="D5D9DE"/>
          <w:bottom w:val="single" w:sz="6" w:space="0" w:color="D5D9DE"/>
          <w:right w:val="single" w:sz="6" w:space="0" w:color="D5D9DE"/>
          <w:insideH w:val="single" w:sz="6" w:space="0" w:color="D5D9DE"/>
          <w:insideV w:val="single" w:sz="6" w:space="0" w:color="D5D9DE"/>
        </w:tblBorders>
        <w:tblLayout w:type="fixed"/>
        <w:tblLook w:val="04A0" w:firstRow="1" w:lastRow="0" w:firstColumn="1" w:lastColumn="0" w:noHBand="0" w:noVBand="1"/>
      </w:tblPr>
      <w:tblGrid>
        <w:gridCol w:w="4762"/>
        <w:gridCol w:w="4762"/>
      </w:tblGrid>
      <w:tr w:rsidR="00A5425F" w14:paraId="2615F057" w14:textId="77777777" w:rsidTr="000B505C">
        <w:trPr>
          <w:cantSplit/>
          <w:tblHeader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D2958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3EDA9661" w14:textId="77777777" w:rsidR="00A5425F" w:rsidRDefault="00A5425F" w:rsidP="000B505C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Ubuntu" w:eastAsia="Ubuntu" w:hAnsi="Ubuntu" w:cs="Ubuntu" w:hint="eastAsia"/>
                <w:b/>
                <w:color w:val="FFFFFF"/>
                <w:sz w:val="18"/>
              </w:rPr>
              <w:t>Felt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D2958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62C7CD25" w14:textId="77777777" w:rsidR="00A5425F" w:rsidRDefault="00A5425F" w:rsidP="000B505C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Ubuntu" w:eastAsia="Ubuntu" w:hAnsi="Ubuntu" w:cs="Ubuntu" w:hint="eastAsia"/>
                <w:b/>
                <w:color w:val="FFFFFF"/>
                <w:sz w:val="18"/>
              </w:rPr>
              <w:t>Svar</w:t>
            </w:r>
          </w:p>
        </w:tc>
      </w:tr>
      <w:tr w:rsidR="00A5425F" w14:paraId="5A7253DF" w14:textId="77777777" w:rsidTr="000B505C">
        <w:trPr>
          <w:cantSplit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32B202A9" w14:textId="77777777" w:rsidR="00A5425F" w:rsidRDefault="00A5425F" w:rsidP="000B505C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Myriad Pro" w:cs="Myriad Pro" w:hint="eastAsia"/>
                <w:b/>
                <w:color w:val="1D2958"/>
                <w:sz w:val="18"/>
              </w:rPr>
              <w:t>Navn eller alias (valgfrit)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721CEB0D" w14:textId="77777777" w:rsidR="00A5425F" w:rsidRDefault="00A5425F" w:rsidP="000B505C">
            <w:pPr>
              <w:spacing w:after="0" w:line="240" w:lineRule="auto"/>
              <w:rPr>
                <w:rFonts w:hint="eastAsia"/>
              </w:rPr>
            </w:pPr>
          </w:p>
        </w:tc>
      </w:tr>
      <w:tr w:rsidR="00A5425F" w14:paraId="50C78C64" w14:textId="77777777" w:rsidTr="000B505C">
        <w:trPr>
          <w:cantSplit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6F087F7B" w14:textId="52648E22" w:rsidR="00A5425F" w:rsidRDefault="004E0EDD" w:rsidP="000B505C">
            <w:pPr>
              <w:spacing w:after="0" w:line="240" w:lineRule="auto"/>
              <w:rPr>
                <w:rFonts w:hint="eastAsia"/>
              </w:rPr>
            </w:pPr>
            <w:proofErr w:type="spellStart"/>
            <w:r>
              <w:rPr>
                <w:rFonts w:eastAsia="Myriad Pro" w:cs="Myriad Pro"/>
                <w:b/>
                <w:color w:val="1D2958"/>
                <w:sz w:val="18"/>
              </w:rPr>
              <w:t>Organisation</w:t>
            </w:r>
            <w:proofErr w:type="spellEnd"/>
            <w:r>
              <w:rPr>
                <w:rFonts w:eastAsia="Myriad Pro" w:cs="Myriad Pro"/>
                <w:b/>
                <w:color w:val="1D2958"/>
                <w:sz w:val="18"/>
              </w:rPr>
              <w:t xml:space="preserve"> (</w:t>
            </w:r>
            <w:proofErr w:type="spellStart"/>
            <w:r>
              <w:rPr>
                <w:rFonts w:eastAsia="Myriad Pro" w:cs="Myriad Pro"/>
                <w:b/>
                <w:color w:val="1D2958"/>
                <w:sz w:val="18"/>
              </w:rPr>
              <w:t>valgfrit</w:t>
            </w:r>
            <w:proofErr w:type="spellEnd"/>
            <w:r>
              <w:rPr>
                <w:rFonts w:eastAsia="Myriad Pro" w:cs="Myriad Pro"/>
                <w:b/>
                <w:color w:val="1D2958"/>
                <w:sz w:val="18"/>
              </w:rPr>
              <w:t>)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340F79FC" w14:textId="77777777" w:rsidR="00A5425F" w:rsidRDefault="00A5425F" w:rsidP="000B505C">
            <w:pPr>
              <w:spacing w:after="0" w:line="240" w:lineRule="auto"/>
              <w:rPr>
                <w:rFonts w:hint="eastAsia"/>
              </w:rPr>
            </w:pPr>
          </w:p>
        </w:tc>
      </w:tr>
      <w:tr w:rsidR="00A5425F" w:rsidRPr="00255B8D" w14:paraId="18305F51" w14:textId="77777777" w:rsidTr="000B505C">
        <w:trPr>
          <w:cantSplit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1261BBFC" w14:textId="60EC54FE" w:rsidR="00A5425F" w:rsidRPr="00255B8D" w:rsidRDefault="004E0EDD" w:rsidP="000B505C">
            <w:pPr>
              <w:spacing w:after="0" w:line="240" w:lineRule="auto"/>
              <w:rPr>
                <w:rFonts w:hint="eastAsia"/>
                <w:lang w:val="da-DK"/>
              </w:rPr>
            </w:pPr>
            <w:r w:rsidRPr="00255B8D">
              <w:rPr>
                <w:rFonts w:eastAsia="Myriad Pro" w:cs="Myriad Pro"/>
                <w:b/>
                <w:color w:val="1D2958"/>
                <w:sz w:val="18"/>
                <w:lang w:val="da-DK"/>
              </w:rPr>
              <w:t>E-mail/kontaktmetode (påkrævet, medmindre indberetningen er anonym)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4A757C5A" w14:textId="276E2BF4" w:rsidR="00A5425F" w:rsidRPr="00255B8D" w:rsidRDefault="00A5425F" w:rsidP="000B505C">
            <w:pPr>
              <w:spacing w:after="0" w:line="240" w:lineRule="auto"/>
              <w:rPr>
                <w:rFonts w:hint="eastAsia"/>
                <w:lang w:val="da-DK"/>
              </w:rPr>
            </w:pPr>
          </w:p>
        </w:tc>
      </w:tr>
      <w:tr w:rsidR="00A5425F" w14:paraId="3133B78F" w14:textId="77777777" w:rsidTr="000B505C">
        <w:trPr>
          <w:cantSplit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12C55901" w14:textId="16961870" w:rsidR="00A5425F" w:rsidRDefault="00A5425F" w:rsidP="000B505C">
            <w:pPr>
              <w:spacing w:after="0" w:line="240" w:lineRule="auto"/>
              <w:rPr>
                <w:rFonts w:hint="eastAsia"/>
              </w:rPr>
            </w:pPr>
            <w:proofErr w:type="spellStart"/>
            <w:r>
              <w:rPr>
                <w:rFonts w:eastAsia="Myriad Pro" w:cs="Myriad Pro" w:hint="eastAsia"/>
                <w:b/>
                <w:color w:val="1D2958"/>
                <w:sz w:val="18"/>
              </w:rPr>
              <w:t>Foretrukket</w:t>
            </w:r>
            <w:proofErr w:type="spellEnd"/>
            <w:r>
              <w:rPr>
                <w:rFonts w:eastAsia="Myriad Pro" w:cs="Myriad Pro" w:hint="eastAsia"/>
                <w:b/>
                <w:color w:val="1D2958"/>
                <w:sz w:val="18"/>
              </w:rPr>
              <w:t xml:space="preserve"> sprog (</w:t>
            </w:r>
            <w:proofErr w:type="spellStart"/>
            <w:r>
              <w:rPr>
                <w:rFonts w:eastAsia="Myriad Pro" w:cs="Myriad Pro" w:hint="eastAsia"/>
                <w:b/>
                <w:color w:val="1D2958"/>
                <w:sz w:val="18"/>
              </w:rPr>
              <w:t>valgfrit</w:t>
            </w:r>
            <w:proofErr w:type="spellEnd"/>
            <w:r>
              <w:rPr>
                <w:rFonts w:eastAsia="Myriad Pro" w:cs="Myriad Pro" w:hint="eastAsia"/>
                <w:b/>
                <w:color w:val="1D2958"/>
                <w:sz w:val="18"/>
              </w:rPr>
              <w:t>)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37F44624" w14:textId="4898FAF2" w:rsidR="00A5425F" w:rsidRDefault="00A5425F" w:rsidP="000B505C">
            <w:pPr>
              <w:spacing w:after="0" w:line="240" w:lineRule="auto"/>
              <w:rPr>
                <w:rFonts w:hint="eastAsia"/>
              </w:rPr>
            </w:pPr>
          </w:p>
        </w:tc>
      </w:tr>
      <w:tr w:rsidR="00F54C66" w14:paraId="701B7A6C" w14:textId="77777777" w:rsidTr="000B505C">
        <w:trPr>
          <w:cantSplit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17722D52" w14:textId="71639B87" w:rsidR="00F54C66" w:rsidRDefault="00F54C66" w:rsidP="000B505C">
            <w:pPr>
              <w:spacing w:after="0" w:line="240" w:lineRule="auto"/>
              <w:rPr>
                <w:rFonts w:eastAsia="Myriad Pro" w:cs="Myriad Pro"/>
                <w:b/>
                <w:color w:val="1D2958"/>
                <w:sz w:val="18"/>
              </w:rPr>
            </w:pPr>
            <w:r>
              <w:rPr>
                <w:rFonts w:eastAsia="Myriad Pro" w:cs="Myriad Pro"/>
                <w:b/>
                <w:color w:val="1D2958"/>
                <w:sz w:val="18"/>
              </w:rPr>
              <w:t>Indberetter du anonymt?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7D4B5EC1" w14:textId="77777777" w:rsidR="00F54C66" w:rsidRDefault="00233006" w:rsidP="00F54C66">
            <w:pPr>
              <w:spacing w:after="0" w:line="240" w:lineRule="auto"/>
              <w:rPr>
                <w:rFonts w:eastAsia="Myriad Pro" w:cs="Myriad Pro"/>
                <w:sz w:val="18"/>
                <w:szCs w:val="21"/>
              </w:rPr>
            </w:pPr>
            <w:sdt>
              <w:sdtPr>
                <w:alias w:val="Checkbox 9"/>
                <w:tag w:val="CHECKBOX_0009"/>
                <w:id w:val="1487208471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F54C66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F54C66">
              <w:rPr>
                <w:rFonts w:eastAsia="Myriad Pro" w:cs="Myriad Pro" w:hint="eastAsia"/>
                <w:sz w:val="18"/>
                <w:szCs w:val="21"/>
              </w:rPr>
              <w:t xml:space="preserve"> </w:t>
            </w:r>
            <w:r w:rsidR="00F54C66">
              <w:rPr>
                <w:rFonts w:eastAsia="Myriad Pro" w:cs="Myriad Pro"/>
                <w:sz w:val="18"/>
                <w:szCs w:val="21"/>
              </w:rPr>
              <w:t>Ja</w:t>
            </w:r>
            <w:r w:rsidR="00F54C66">
              <w:rPr>
                <w:rFonts w:eastAsia="Myriad Pro" w:cs="Myriad Pro" w:hint="eastAsia"/>
                <w:sz w:val="18"/>
                <w:szCs w:val="21"/>
              </w:rPr>
              <w:t xml:space="preserve"> </w:t>
            </w:r>
          </w:p>
          <w:p w14:paraId="124159B7" w14:textId="2333B155" w:rsidR="00F54C66" w:rsidRPr="00F54C66" w:rsidRDefault="00233006" w:rsidP="000B505C">
            <w:pPr>
              <w:spacing w:after="0" w:line="240" w:lineRule="auto"/>
              <w:rPr>
                <w:rFonts w:eastAsia="Myriad Pro" w:cs="Myriad Pro"/>
                <w:sz w:val="18"/>
                <w:szCs w:val="21"/>
              </w:rPr>
            </w:pPr>
            <w:sdt>
              <w:sdtPr>
                <w:alias w:val="Checkbox 10"/>
                <w:tag w:val="CHECKBOX_0010"/>
                <w:id w:val="-1191147512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F54C66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F54C66">
              <w:rPr>
                <w:rFonts w:eastAsia="Myriad Pro" w:cs="Myriad Pro" w:hint="eastAsia"/>
                <w:sz w:val="18"/>
                <w:szCs w:val="21"/>
              </w:rPr>
              <w:t xml:space="preserve"> </w:t>
            </w:r>
            <w:r w:rsidR="00F54C66">
              <w:rPr>
                <w:rFonts w:eastAsia="Myriad Pro" w:cs="Myriad Pro"/>
                <w:sz w:val="18"/>
                <w:szCs w:val="21"/>
              </w:rPr>
              <w:t>Nej</w:t>
            </w:r>
            <w:r w:rsidR="00F54C66">
              <w:rPr>
                <w:rFonts w:eastAsia="Myriad Pro" w:cs="Myriad Pro" w:hint="eastAsia"/>
                <w:sz w:val="18"/>
                <w:szCs w:val="21"/>
              </w:rPr>
              <w:t xml:space="preserve"> </w:t>
            </w:r>
          </w:p>
        </w:tc>
      </w:tr>
    </w:tbl>
    <w:p w14:paraId="10BBCCC4" w14:textId="77777777" w:rsidR="00A5425F" w:rsidRDefault="00A5425F" w:rsidP="00A5425F">
      <w:pPr>
        <w:spacing w:after="110" w:line="259" w:lineRule="auto"/>
        <w:rPr>
          <w:rFonts w:hint="eastAsia"/>
        </w:rPr>
      </w:pPr>
    </w:p>
    <w:p w14:paraId="0FAB4383" w14:textId="77777777" w:rsidR="00A5425F" w:rsidRDefault="00A5425F" w:rsidP="00A5425F">
      <w:pPr>
        <w:pStyle w:val="Heading2"/>
        <w:spacing w:after="80"/>
      </w:pPr>
      <w:bookmarkStart w:id="2" w:name="_Toc239339913"/>
      <w:r>
        <w:rPr>
          <w:rFonts w:ascii="Ubuntu" w:eastAsia="Ubuntu" w:hAnsi="Ubuntu" w:cs="Ubuntu" w:hint="eastAsia"/>
          <w:u w:val="single"/>
        </w:rPr>
        <w:t>2. Berørt produkt eller komponent</w:t>
      </w:r>
      <w:bookmarkEnd w:id="2"/>
    </w:p>
    <w:tbl>
      <w:tblPr>
        <w:tblStyle w:val="TableGrid"/>
        <w:tblW w:w="0" w:type="auto"/>
        <w:jc w:val="center"/>
        <w:tblBorders>
          <w:top w:val="single" w:sz="6" w:space="0" w:color="D5D9DE"/>
          <w:left w:val="single" w:sz="6" w:space="0" w:color="D5D9DE"/>
          <w:bottom w:val="single" w:sz="6" w:space="0" w:color="D5D9DE"/>
          <w:right w:val="single" w:sz="6" w:space="0" w:color="D5D9DE"/>
          <w:insideH w:val="single" w:sz="6" w:space="0" w:color="D5D9DE"/>
          <w:insideV w:val="single" w:sz="6" w:space="0" w:color="D5D9DE"/>
        </w:tblBorders>
        <w:tblLayout w:type="fixed"/>
        <w:tblLook w:val="04A0" w:firstRow="1" w:lastRow="0" w:firstColumn="1" w:lastColumn="0" w:noHBand="0" w:noVBand="1"/>
      </w:tblPr>
      <w:tblGrid>
        <w:gridCol w:w="4762"/>
        <w:gridCol w:w="4762"/>
      </w:tblGrid>
      <w:tr w:rsidR="00A5425F" w14:paraId="17462D5F" w14:textId="77777777" w:rsidTr="000B505C">
        <w:trPr>
          <w:cantSplit/>
          <w:tblHeader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D2958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3849B6EE" w14:textId="77777777" w:rsidR="00A5425F" w:rsidRDefault="00A5425F" w:rsidP="000B505C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Ubuntu" w:eastAsia="Ubuntu" w:hAnsi="Ubuntu" w:cs="Ubuntu" w:hint="eastAsia"/>
                <w:b/>
                <w:color w:val="FFFFFF"/>
                <w:sz w:val="18"/>
              </w:rPr>
              <w:t>Felt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D2958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7EFBA718" w14:textId="77777777" w:rsidR="00A5425F" w:rsidRDefault="00A5425F" w:rsidP="000B505C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Ubuntu" w:eastAsia="Ubuntu" w:hAnsi="Ubuntu" w:cs="Ubuntu" w:hint="eastAsia"/>
                <w:b/>
                <w:color w:val="FFFFFF"/>
                <w:sz w:val="18"/>
              </w:rPr>
              <w:t>Svar</w:t>
            </w:r>
          </w:p>
        </w:tc>
      </w:tr>
      <w:tr w:rsidR="00A5425F" w14:paraId="36F3761C" w14:textId="77777777" w:rsidTr="000B505C">
        <w:trPr>
          <w:cantSplit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7A474D7B" w14:textId="77777777" w:rsidR="00A5425F" w:rsidRDefault="00A5425F" w:rsidP="000B505C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Myriad Pro" w:cs="Myriad Pro" w:hint="eastAsia"/>
                <w:b/>
                <w:color w:val="1D2958"/>
                <w:sz w:val="18"/>
              </w:rPr>
              <w:t>Produkt- eller tjenestenavn (påkrævet)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1C745BD3" w14:textId="77777777" w:rsidR="00A5425F" w:rsidRDefault="00A5425F" w:rsidP="000B505C">
            <w:pPr>
              <w:spacing w:after="0" w:line="240" w:lineRule="auto"/>
              <w:rPr>
                <w:rFonts w:hint="eastAsia"/>
              </w:rPr>
            </w:pPr>
          </w:p>
        </w:tc>
      </w:tr>
      <w:tr w:rsidR="00A5425F" w14:paraId="427AA205" w14:textId="77777777" w:rsidTr="000B505C">
        <w:trPr>
          <w:cantSplit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3506DC73" w14:textId="374D70EE" w:rsidR="00A5425F" w:rsidRDefault="00A5425F" w:rsidP="000B505C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Myriad Pro" w:cs="Myriad Pro" w:hint="eastAsia"/>
                <w:b/>
                <w:color w:val="1D2958"/>
                <w:sz w:val="18"/>
              </w:rPr>
              <w:t>Model (hvis relevant)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6343FE2B" w14:textId="77777777" w:rsidR="00A5425F" w:rsidRDefault="00A5425F" w:rsidP="000B505C">
            <w:pPr>
              <w:spacing w:after="0" w:line="240" w:lineRule="auto"/>
              <w:rPr>
                <w:rFonts w:hint="eastAsia"/>
              </w:rPr>
            </w:pPr>
          </w:p>
        </w:tc>
      </w:tr>
      <w:tr w:rsidR="00A5425F" w14:paraId="29597FDE" w14:textId="77777777" w:rsidTr="000B505C">
        <w:trPr>
          <w:cantSplit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75A670F4" w14:textId="29C35B81" w:rsidR="00A5425F" w:rsidRDefault="00A5425F" w:rsidP="000B505C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Myriad Pro" w:cs="Myriad Pro" w:hint="eastAsia"/>
                <w:b/>
                <w:color w:val="1D2958"/>
                <w:sz w:val="18"/>
              </w:rPr>
              <w:t>Hardwareversion (hvis kendt)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0D484A5D" w14:textId="77777777" w:rsidR="00A5425F" w:rsidRDefault="00A5425F" w:rsidP="000B505C">
            <w:pPr>
              <w:spacing w:after="0" w:line="240" w:lineRule="auto"/>
              <w:rPr>
                <w:rFonts w:hint="eastAsia"/>
              </w:rPr>
            </w:pPr>
          </w:p>
        </w:tc>
      </w:tr>
      <w:tr w:rsidR="00A5425F" w14:paraId="21CB9F50" w14:textId="77777777" w:rsidTr="000B505C">
        <w:trPr>
          <w:cantSplit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698B3652" w14:textId="511FB920" w:rsidR="00A5425F" w:rsidRDefault="00A73F26" w:rsidP="000B505C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Myriad Pro" w:cs="Myriad Pro"/>
                <w:b/>
                <w:color w:val="1D2958"/>
                <w:sz w:val="18"/>
              </w:rPr>
              <w:t>Firmware-/software-/applikationsversion (hvis kendt)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1CAFDD5B" w14:textId="77777777" w:rsidR="00A5425F" w:rsidRDefault="00A5425F" w:rsidP="000B505C">
            <w:pPr>
              <w:spacing w:after="0" w:line="240" w:lineRule="auto"/>
              <w:rPr>
                <w:rFonts w:hint="eastAsia"/>
              </w:rPr>
            </w:pPr>
          </w:p>
        </w:tc>
      </w:tr>
      <w:tr w:rsidR="00A5425F" w14:paraId="73D070AA" w14:textId="77777777" w:rsidTr="000B505C">
        <w:trPr>
          <w:cantSplit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1BAB7CD5" w14:textId="48876666" w:rsidR="00A5425F" w:rsidRDefault="007D6092" w:rsidP="000B505C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Myriad Pro" w:cs="Myriad Pro"/>
                <w:b/>
                <w:color w:val="1D2958"/>
                <w:sz w:val="18"/>
              </w:rPr>
              <w:t>Land/region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1CE0B6C5" w14:textId="77777777" w:rsidR="00A5425F" w:rsidRDefault="00A5425F" w:rsidP="000B505C">
            <w:pPr>
              <w:spacing w:after="0" w:line="240" w:lineRule="auto"/>
              <w:rPr>
                <w:rFonts w:hint="eastAsia"/>
              </w:rPr>
            </w:pPr>
          </w:p>
        </w:tc>
      </w:tr>
      <w:tr w:rsidR="00A5425F" w14:paraId="0743AC2A" w14:textId="77777777" w:rsidTr="000B505C">
        <w:trPr>
          <w:cantSplit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1E7F2671" w14:textId="493072AB" w:rsidR="00A5425F" w:rsidRDefault="007D6092" w:rsidP="000B505C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Myriad Pro" w:cs="Myriad Pro"/>
                <w:b/>
                <w:color w:val="1D2958"/>
                <w:sz w:val="18"/>
              </w:rPr>
              <w:lastRenderedPageBreak/>
              <w:t>Andre relevante konfigurationsoplysninger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0EF27A1F" w14:textId="77777777" w:rsidR="00A5425F" w:rsidRDefault="00A5425F" w:rsidP="000B505C">
            <w:pPr>
              <w:spacing w:after="0" w:line="240" w:lineRule="auto"/>
              <w:rPr>
                <w:rFonts w:hint="eastAsia"/>
              </w:rPr>
            </w:pPr>
          </w:p>
        </w:tc>
      </w:tr>
    </w:tbl>
    <w:p w14:paraId="3454BA03" w14:textId="77777777" w:rsidR="00A5425F" w:rsidRDefault="00A5425F" w:rsidP="00A5425F">
      <w:pPr>
        <w:spacing w:after="110" w:line="259" w:lineRule="auto"/>
        <w:rPr>
          <w:rFonts w:hint="eastAsia"/>
        </w:rPr>
      </w:pPr>
    </w:p>
    <w:p w14:paraId="3170C933" w14:textId="4E1DD7FD" w:rsidR="00A5425F" w:rsidRDefault="00A5425F" w:rsidP="00A5425F">
      <w:pPr>
        <w:pStyle w:val="Heading2"/>
        <w:spacing w:after="80"/>
      </w:pPr>
      <w:bookmarkStart w:id="3" w:name="_Toc239339914"/>
      <w:r>
        <w:rPr>
          <w:rFonts w:ascii="Ubuntu" w:eastAsia="Ubuntu" w:hAnsi="Ubuntu" w:cs="Ubuntu" w:hint="eastAsia"/>
          <w:u w:val="single"/>
        </w:rPr>
        <w:t>3. Beskrivelse af den formodede sikkerhedssårbarhed</w:t>
      </w:r>
      <w:bookmarkEnd w:id="3"/>
    </w:p>
    <w:tbl>
      <w:tblPr>
        <w:tblStyle w:val="TableGrid"/>
        <w:tblW w:w="0" w:type="auto"/>
        <w:jc w:val="center"/>
        <w:tblBorders>
          <w:top w:val="single" w:sz="6" w:space="0" w:color="D5D9DE"/>
          <w:left w:val="single" w:sz="6" w:space="0" w:color="D5D9DE"/>
          <w:bottom w:val="single" w:sz="6" w:space="0" w:color="D5D9DE"/>
          <w:right w:val="single" w:sz="6" w:space="0" w:color="D5D9DE"/>
          <w:insideH w:val="single" w:sz="6" w:space="0" w:color="D5D9DE"/>
          <w:insideV w:val="single" w:sz="6" w:space="0" w:color="D5D9DE"/>
        </w:tblBorders>
        <w:tblLayout w:type="fixed"/>
        <w:tblLook w:val="04A0" w:firstRow="1" w:lastRow="0" w:firstColumn="1" w:lastColumn="0" w:noHBand="0" w:noVBand="1"/>
      </w:tblPr>
      <w:tblGrid>
        <w:gridCol w:w="4762"/>
        <w:gridCol w:w="4762"/>
      </w:tblGrid>
      <w:tr w:rsidR="00A5425F" w14:paraId="2542AB73" w14:textId="77777777" w:rsidTr="000B505C">
        <w:trPr>
          <w:cantSplit/>
          <w:tblHeader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D2958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4EE387A3" w14:textId="77777777" w:rsidR="00A5425F" w:rsidRDefault="00A5425F" w:rsidP="000B505C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Ubuntu" w:eastAsia="Ubuntu" w:hAnsi="Ubuntu" w:cs="Ubuntu" w:hint="eastAsia"/>
                <w:b/>
                <w:color w:val="FFFFFF"/>
                <w:sz w:val="18"/>
              </w:rPr>
              <w:t>Felt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D2958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09D75774" w14:textId="77777777" w:rsidR="00A5425F" w:rsidRDefault="00A5425F" w:rsidP="000B505C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Ubuntu" w:eastAsia="Ubuntu" w:hAnsi="Ubuntu" w:cs="Ubuntu" w:hint="eastAsia"/>
                <w:b/>
                <w:color w:val="FFFFFF"/>
                <w:sz w:val="18"/>
              </w:rPr>
              <w:t>Svar</w:t>
            </w:r>
          </w:p>
        </w:tc>
      </w:tr>
      <w:tr w:rsidR="00A5425F" w14:paraId="411E80B2" w14:textId="77777777" w:rsidTr="000B505C">
        <w:trPr>
          <w:cantSplit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09B817FF" w14:textId="38033EC0" w:rsidR="00A5425F" w:rsidRDefault="0026323C" w:rsidP="000B505C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Myriad Pro" w:cs="Myriad Pro"/>
                <w:b/>
                <w:color w:val="1D2958"/>
                <w:sz w:val="18"/>
              </w:rPr>
              <w:t>Kort titel (påkrævet)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</w:tcPr>
          <w:p w14:paraId="767D5478" w14:textId="2FDFDE72" w:rsidR="00A5425F" w:rsidRDefault="00A5425F" w:rsidP="000B505C">
            <w:pPr>
              <w:spacing w:after="0" w:line="240" w:lineRule="auto"/>
              <w:rPr>
                <w:rFonts w:hint="eastAsia"/>
              </w:rPr>
            </w:pPr>
          </w:p>
        </w:tc>
      </w:tr>
      <w:tr w:rsidR="0026323C" w:rsidRPr="00255B8D" w14:paraId="3E51C3AC" w14:textId="77777777" w:rsidTr="000B505C">
        <w:trPr>
          <w:cantSplit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4A0EB080" w14:textId="77777777" w:rsidR="0026323C" w:rsidRPr="00255B8D" w:rsidRDefault="0026323C" w:rsidP="000B505C">
            <w:pPr>
              <w:spacing w:after="0" w:line="240" w:lineRule="auto"/>
              <w:rPr>
                <w:rFonts w:eastAsia="Myriad Pro" w:cs="Myriad Pro"/>
                <w:b/>
                <w:color w:val="1D2958"/>
                <w:sz w:val="18"/>
                <w:lang w:val="da-DK"/>
              </w:rPr>
            </w:pPr>
            <w:r w:rsidRPr="00255B8D">
              <w:rPr>
                <w:rFonts w:eastAsia="Myriad Pro" w:cs="Myriad Pro"/>
                <w:b/>
                <w:color w:val="1D2958"/>
                <w:sz w:val="18"/>
                <w:lang w:val="da-DK"/>
              </w:rPr>
              <w:t>Beskriv det sikkerhedsproblem, du har identificeret (påkrævet)</w:t>
            </w:r>
          </w:p>
          <w:p w14:paraId="5EDC6E74" w14:textId="044A2957" w:rsidR="00BF587A" w:rsidRPr="00255B8D" w:rsidRDefault="00BF587A" w:rsidP="000B505C">
            <w:pPr>
              <w:spacing w:after="0" w:line="240" w:lineRule="auto"/>
              <w:rPr>
                <w:rFonts w:eastAsia="Myriad Pro" w:cs="Myriad Pro"/>
                <w:b/>
                <w:color w:val="1D2958"/>
                <w:sz w:val="18"/>
                <w:lang w:val="da-DK"/>
              </w:rPr>
            </w:pP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</w:tcPr>
          <w:p w14:paraId="49863FFE" w14:textId="3A658EA9" w:rsidR="0026323C" w:rsidRPr="00255B8D" w:rsidRDefault="0026323C" w:rsidP="000B505C">
            <w:pPr>
              <w:spacing w:after="0" w:line="240" w:lineRule="auto"/>
              <w:rPr>
                <w:rFonts w:hint="eastAsia"/>
                <w:lang w:val="da-DK"/>
              </w:rPr>
            </w:pPr>
          </w:p>
        </w:tc>
      </w:tr>
      <w:tr w:rsidR="00F517B9" w:rsidRPr="00255B8D" w14:paraId="0D93E63C" w14:textId="77777777" w:rsidTr="000B505C">
        <w:trPr>
          <w:cantSplit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35642C5A" w14:textId="10D9169C" w:rsidR="00F517B9" w:rsidRPr="00255B8D" w:rsidRDefault="00F517B9" w:rsidP="000B505C">
            <w:pPr>
              <w:spacing w:after="0" w:line="240" w:lineRule="auto"/>
              <w:rPr>
                <w:rFonts w:eastAsia="Myriad Pro" w:cs="Myriad Pro"/>
                <w:b/>
                <w:color w:val="1D2958"/>
                <w:sz w:val="18"/>
                <w:lang w:val="da-DK"/>
              </w:rPr>
            </w:pPr>
            <w:r w:rsidRPr="00255B8D">
              <w:rPr>
                <w:rFonts w:eastAsia="Myriad Pro" w:cs="Myriad Pro"/>
                <w:b/>
                <w:color w:val="1D2958"/>
                <w:sz w:val="18"/>
                <w:lang w:val="da-DK"/>
              </w:rPr>
              <w:t>Hvornår bemærkede du problemet første gang?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</w:tcPr>
          <w:p w14:paraId="5F063E61" w14:textId="77777777" w:rsidR="00F517B9" w:rsidRPr="00255B8D" w:rsidRDefault="00F517B9" w:rsidP="000B505C">
            <w:pPr>
              <w:spacing w:after="0" w:line="240" w:lineRule="auto"/>
              <w:rPr>
                <w:rFonts w:hint="eastAsia"/>
                <w:lang w:val="da-DK"/>
              </w:rPr>
            </w:pPr>
          </w:p>
        </w:tc>
      </w:tr>
      <w:tr w:rsidR="00F517B9" w:rsidRPr="00255B8D" w14:paraId="4ACE11EA" w14:textId="77777777" w:rsidTr="000B505C">
        <w:trPr>
          <w:cantSplit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3AB48F10" w14:textId="2F53ABD5" w:rsidR="00F517B9" w:rsidRPr="00255B8D" w:rsidRDefault="00F517B9" w:rsidP="000B505C">
            <w:pPr>
              <w:spacing w:after="0" w:line="240" w:lineRule="auto"/>
              <w:rPr>
                <w:rFonts w:eastAsia="Myriad Pro" w:cs="Myriad Pro"/>
                <w:b/>
                <w:color w:val="1D2958"/>
                <w:sz w:val="18"/>
                <w:lang w:val="da-DK"/>
              </w:rPr>
            </w:pPr>
            <w:r w:rsidRPr="00255B8D">
              <w:rPr>
                <w:rFonts w:eastAsia="Myriad Pro" w:cs="Myriad Pro"/>
                <w:b/>
                <w:color w:val="1D2958"/>
                <w:sz w:val="18"/>
                <w:lang w:val="da-DK"/>
              </w:rPr>
              <w:t>Hvad forventede du ville ske?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</w:tcPr>
          <w:p w14:paraId="3BE13C2B" w14:textId="77777777" w:rsidR="00F517B9" w:rsidRPr="00255B8D" w:rsidRDefault="00F517B9" w:rsidP="000B505C">
            <w:pPr>
              <w:spacing w:after="0" w:line="240" w:lineRule="auto"/>
              <w:rPr>
                <w:rFonts w:hint="eastAsia"/>
                <w:lang w:val="da-DK"/>
              </w:rPr>
            </w:pPr>
          </w:p>
        </w:tc>
      </w:tr>
      <w:tr w:rsidR="00F517B9" w14:paraId="286F1837" w14:textId="77777777" w:rsidTr="000B505C">
        <w:trPr>
          <w:cantSplit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4B2B756C" w14:textId="2A7DB67B" w:rsidR="00F517B9" w:rsidRDefault="00F517B9" w:rsidP="000B505C">
            <w:pPr>
              <w:spacing w:after="0" w:line="240" w:lineRule="auto"/>
              <w:rPr>
                <w:rFonts w:eastAsia="Myriad Pro" w:cs="Myriad Pro"/>
                <w:b/>
                <w:color w:val="1D2958"/>
                <w:sz w:val="18"/>
              </w:rPr>
            </w:pPr>
            <w:proofErr w:type="spellStart"/>
            <w:r>
              <w:rPr>
                <w:rFonts w:eastAsia="Myriad Pro" w:cs="Myriad Pro"/>
                <w:b/>
                <w:color w:val="1D2958"/>
                <w:sz w:val="18"/>
              </w:rPr>
              <w:t>Hvad</w:t>
            </w:r>
            <w:proofErr w:type="spellEnd"/>
            <w:r>
              <w:rPr>
                <w:rFonts w:eastAsia="Myriad Pro" w:cs="Myriad Pro"/>
                <w:b/>
                <w:color w:val="1D2958"/>
                <w:sz w:val="18"/>
              </w:rPr>
              <w:t xml:space="preserve"> skete der </w:t>
            </w:r>
            <w:proofErr w:type="spellStart"/>
            <w:r>
              <w:rPr>
                <w:rFonts w:eastAsia="Myriad Pro" w:cs="Myriad Pro"/>
                <w:b/>
                <w:color w:val="1D2958"/>
                <w:sz w:val="18"/>
              </w:rPr>
              <w:t>faktisk</w:t>
            </w:r>
            <w:proofErr w:type="spellEnd"/>
            <w:r>
              <w:rPr>
                <w:rFonts w:eastAsia="Myriad Pro" w:cs="Myriad Pro"/>
                <w:b/>
                <w:color w:val="1D2958"/>
                <w:sz w:val="18"/>
              </w:rPr>
              <w:t>?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</w:tcPr>
          <w:p w14:paraId="5D448354" w14:textId="77777777" w:rsidR="00F517B9" w:rsidRDefault="00F517B9" w:rsidP="000B505C">
            <w:pPr>
              <w:spacing w:after="0" w:line="240" w:lineRule="auto"/>
              <w:rPr>
                <w:rFonts w:hint="eastAsia"/>
              </w:rPr>
            </w:pPr>
          </w:p>
        </w:tc>
      </w:tr>
      <w:tr w:rsidR="00F517B9" w:rsidRPr="00255B8D" w14:paraId="10F038E4" w14:textId="77777777" w:rsidTr="000B505C">
        <w:trPr>
          <w:cantSplit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590309AD" w14:textId="56738CC4" w:rsidR="00F517B9" w:rsidRDefault="00F517B9" w:rsidP="000B505C">
            <w:pPr>
              <w:spacing w:after="0" w:line="240" w:lineRule="auto"/>
              <w:rPr>
                <w:rFonts w:eastAsia="Myriad Pro" w:cs="Myriad Pro"/>
                <w:b/>
                <w:color w:val="1D2958"/>
                <w:sz w:val="18"/>
              </w:rPr>
            </w:pPr>
            <w:r>
              <w:rPr>
                <w:rFonts w:eastAsia="Myriad Pro" w:cs="Myriad Pro"/>
                <w:b/>
                <w:color w:val="1D2958"/>
                <w:sz w:val="18"/>
              </w:rPr>
              <w:t>Kan du reproducere problemet?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</w:tcPr>
          <w:p w14:paraId="649706E4" w14:textId="2CA31542" w:rsidR="002F0A10" w:rsidRPr="00255B8D" w:rsidRDefault="00233006" w:rsidP="000B505C">
            <w:pPr>
              <w:spacing w:after="0" w:line="240" w:lineRule="auto"/>
              <w:rPr>
                <w:rFonts w:eastAsia="Myriad Pro" w:cs="Myriad Pro"/>
                <w:sz w:val="18"/>
                <w:szCs w:val="21"/>
                <w:lang w:val="da-DK"/>
              </w:rPr>
            </w:pPr>
            <w:sdt>
              <w:sdtPr>
                <w:rPr>
                  <w:lang w:val="da-DK"/>
                </w:rPr>
                <w:alias w:val="Checkbox 9"/>
                <w:tag w:val="CHECKBOX_0009"/>
                <w:id w:val="219563174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F517B9" w:rsidRPr="00255B8D">
                  <w:rPr>
                    <w:rFonts w:ascii="Arial" w:hAnsi="Arial" w:cs="Arial"/>
                    <w:lang w:val="da-DK"/>
                  </w:rPr>
                  <w:t>☐</w:t>
                </w:r>
              </w:sdtContent>
            </w:sdt>
            <w:r w:rsidR="00F517B9" w:rsidRPr="00255B8D">
              <w:rPr>
                <w:rFonts w:eastAsia="Myriad Pro" w:cs="Myriad Pro" w:hint="eastAsia"/>
                <w:sz w:val="18"/>
                <w:szCs w:val="21"/>
                <w:lang w:val="da-DK"/>
              </w:rPr>
              <w:t xml:space="preserve"> </w:t>
            </w:r>
            <w:r w:rsidR="00F517B9" w:rsidRPr="00255B8D">
              <w:rPr>
                <w:rFonts w:eastAsia="Myriad Pro" w:cs="Myriad Pro"/>
                <w:sz w:val="18"/>
                <w:szCs w:val="21"/>
                <w:lang w:val="da-DK"/>
              </w:rPr>
              <w:t>Ja</w:t>
            </w:r>
            <w:r w:rsidR="00F517B9" w:rsidRPr="00255B8D">
              <w:rPr>
                <w:rFonts w:eastAsia="Myriad Pro" w:cs="Myriad Pro" w:hint="eastAsia"/>
                <w:sz w:val="18"/>
                <w:szCs w:val="21"/>
                <w:lang w:val="da-DK"/>
              </w:rPr>
              <w:t xml:space="preserve"> </w:t>
            </w:r>
            <w:sdt>
              <w:sdtPr>
                <w:rPr>
                  <w:lang w:val="da-DK"/>
                </w:rPr>
                <w:alias w:val="Checkbox 10"/>
                <w:tag w:val="CHECKBOX_0010"/>
                <w:id w:val="-192616713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F517B9" w:rsidRPr="00255B8D">
                  <w:rPr>
                    <w:rFonts w:ascii="Arial" w:hAnsi="Arial" w:cs="Arial"/>
                    <w:lang w:val="da-DK"/>
                  </w:rPr>
                  <w:t>☐</w:t>
                </w:r>
              </w:sdtContent>
            </w:sdt>
            <w:r w:rsidR="00F517B9" w:rsidRPr="00255B8D">
              <w:rPr>
                <w:rFonts w:eastAsia="Myriad Pro" w:cs="Myriad Pro" w:hint="eastAsia"/>
                <w:sz w:val="18"/>
                <w:szCs w:val="21"/>
                <w:lang w:val="da-DK"/>
              </w:rPr>
              <w:t xml:space="preserve"> </w:t>
            </w:r>
            <w:r w:rsidR="00F517B9" w:rsidRPr="00255B8D">
              <w:rPr>
                <w:rFonts w:eastAsia="Myriad Pro" w:cs="Myriad Pro"/>
                <w:sz w:val="18"/>
                <w:szCs w:val="21"/>
                <w:lang w:val="da-DK"/>
              </w:rPr>
              <w:t>Nej</w:t>
            </w:r>
            <w:r w:rsidR="00F517B9" w:rsidRPr="00255B8D">
              <w:rPr>
                <w:rFonts w:eastAsia="Myriad Pro" w:cs="Myriad Pro" w:hint="eastAsia"/>
                <w:sz w:val="18"/>
                <w:szCs w:val="21"/>
                <w:lang w:val="da-DK"/>
              </w:rPr>
              <w:t xml:space="preserve"> </w:t>
            </w:r>
            <w:sdt>
              <w:sdtPr>
                <w:rPr>
                  <w:lang w:val="da-DK"/>
                </w:rPr>
                <w:alias w:val="Checkbox 11"/>
                <w:tag w:val="CHECKBOX_0011"/>
                <w:id w:val="-44069672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F517B9" w:rsidRPr="00255B8D">
                  <w:rPr>
                    <w:rFonts w:ascii="Arial" w:hAnsi="Arial" w:cs="Arial"/>
                    <w:lang w:val="da-DK"/>
                  </w:rPr>
                  <w:t>☐</w:t>
                </w:r>
              </w:sdtContent>
            </w:sdt>
            <w:r w:rsidR="00F517B9" w:rsidRPr="00255B8D">
              <w:rPr>
                <w:rFonts w:eastAsia="Myriad Pro" w:cs="Myriad Pro" w:hint="eastAsia"/>
                <w:sz w:val="18"/>
                <w:szCs w:val="21"/>
                <w:lang w:val="da-DK"/>
              </w:rPr>
              <w:t xml:space="preserve"> </w:t>
            </w:r>
            <w:r w:rsidR="00F517B9" w:rsidRPr="00255B8D">
              <w:rPr>
                <w:rFonts w:eastAsia="Myriad Pro" w:cs="Myriad Pro"/>
                <w:sz w:val="18"/>
                <w:szCs w:val="21"/>
                <w:lang w:val="da-DK"/>
              </w:rPr>
              <w:t>Nogle gange</w:t>
            </w:r>
            <w:r w:rsidR="00B0684D" w:rsidRPr="00255B8D">
              <w:rPr>
                <w:rFonts w:eastAsia="Myriad Pro" w:cs="Myriad Pro"/>
                <w:sz w:val="18"/>
                <w:szCs w:val="21"/>
                <w:lang w:val="da-DK"/>
              </w:rPr>
              <w:t xml:space="preserve"> </w:t>
            </w:r>
            <w:r w:rsidR="002F0A10" w:rsidRPr="00255B8D">
              <w:rPr>
                <w:rFonts w:ascii="Segoe UI Symbol" w:eastAsia="Myriad Pro" w:hAnsi="Segoe UI Symbol" w:cs="Segoe UI Symbol"/>
                <w:sz w:val="18"/>
                <w:szCs w:val="21"/>
                <w:lang w:val="da-DK"/>
              </w:rPr>
              <w:t>☐</w:t>
            </w:r>
            <w:r w:rsidR="002F0A10" w:rsidRPr="00255B8D">
              <w:rPr>
                <w:rFonts w:eastAsia="Myriad Pro" w:cs="Myriad Pro"/>
                <w:sz w:val="18"/>
                <w:szCs w:val="21"/>
                <w:lang w:val="da-DK"/>
              </w:rPr>
              <w:t xml:space="preserve"> Ukendt</w:t>
            </w:r>
          </w:p>
        </w:tc>
      </w:tr>
      <w:tr w:rsidR="00BF587A" w:rsidRPr="00255B8D" w14:paraId="77C5801A" w14:textId="77777777" w:rsidTr="000B505C">
        <w:trPr>
          <w:cantSplit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1D7EF609" w14:textId="07735993" w:rsidR="00BF587A" w:rsidRPr="00255B8D" w:rsidRDefault="00BF587A" w:rsidP="000B505C">
            <w:pPr>
              <w:spacing w:after="0" w:line="240" w:lineRule="auto"/>
              <w:rPr>
                <w:rFonts w:eastAsia="Myriad Pro" w:cs="Myriad Pro"/>
                <w:b/>
                <w:color w:val="1D2958"/>
                <w:sz w:val="18"/>
                <w:lang w:val="da-DK"/>
              </w:rPr>
            </w:pPr>
            <w:r w:rsidRPr="00255B8D">
              <w:rPr>
                <w:rFonts w:eastAsia="Myriad Pro" w:cs="Myriad Pro"/>
                <w:b/>
                <w:color w:val="1D2958"/>
                <w:sz w:val="18"/>
                <w:lang w:val="da-DK"/>
              </w:rPr>
              <w:t>Beskriv om muligt de trin, der er nødvendige for at reproducere problemet: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</w:tcPr>
          <w:p w14:paraId="2AB18845" w14:textId="77777777" w:rsidR="00BF587A" w:rsidRPr="00255B8D" w:rsidRDefault="00BF587A" w:rsidP="000B505C">
            <w:pPr>
              <w:spacing w:after="0" w:line="240" w:lineRule="auto"/>
              <w:rPr>
                <w:rFonts w:hint="eastAsia"/>
                <w:lang w:val="da-DK"/>
              </w:rPr>
            </w:pPr>
          </w:p>
        </w:tc>
      </w:tr>
      <w:tr w:rsidR="0074711A" w:rsidRPr="00255B8D" w14:paraId="68B35F76" w14:textId="77777777" w:rsidTr="000B505C">
        <w:trPr>
          <w:cantSplit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624AFAF5" w14:textId="1CB2ECAF" w:rsidR="0074711A" w:rsidRPr="00255B8D" w:rsidRDefault="0074711A" w:rsidP="000B505C">
            <w:pPr>
              <w:spacing w:after="0" w:line="240" w:lineRule="auto"/>
              <w:rPr>
                <w:rFonts w:eastAsia="Myriad Pro" w:cs="Myriad Pro"/>
                <w:b/>
                <w:color w:val="1D2958"/>
                <w:sz w:val="18"/>
                <w:lang w:val="da-DK"/>
              </w:rPr>
            </w:pPr>
            <w:r w:rsidRPr="00255B8D">
              <w:rPr>
                <w:rFonts w:eastAsia="Myriad Pro" w:cs="Myriad Pro"/>
                <w:b/>
                <w:color w:val="1D2958"/>
                <w:sz w:val="18"/>
                <w:lang w:val="da-DK"/>
              </w:rPr>
              <w:t>Hvilke sikkerhedsmæssige konsekvenser mener du, at problemet kan have?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</w:tcPr>
          <w:p w14:paraId="718A7B91" w14:textId="77777777" w:rsidR="0074711A" w:rsidRPr="00255B8D" w:rsidRDefault="0074711A" w:rsidP="000B505C">
            <w:pPr>
              <w:spacing w:after="0" w:line="240" w:lineRule="auto"/>
              <w:rPr>
                <w:rFonts w:hint="eastAsia"/>
                <w:lang w:val="da-DK"/>
              </w:rPr>
            </w:pPr>
          </w:p>
        </w:tc>
      </w:tr>
      <w:tr w:rsidR="0074711A" w14:paraId="7859C677" w14:textId="77777777" w:rsidTr="000B505C">
        <w:trPr>
          <w:cantSplit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52D79EED" w14:textId="71E3F874" w:rsidR="0074711A" w:rsidRPr="00255B8D" w:rsidRDefault="0074711A" w:rsidP="000B505C">
            <w:pPr>
              <w:spacing w:after="0" w:line="240" w:lineRule="auto"/>
              <w:rPr>
                <w:rFonts w:eastAsia="Myriad Pro" w:cs="Myriad Pro"/>
                <w:b/>
                <w:color w:val="1D2958"/>
                <w:sz w:val="18"/>
                <w:lang w:val="da-DK"/>
              </w:rPr>
            </w:pPr>
            <w:r w:rsidRPr="00255B8D">
              <w:rPr>
                <w:rFonts w:eastAsia="Myriad Pro" w:cs="Myriad Pro"/>
                <w:b/>
                <w:color w:val="1D2958"/>
                <w:sz w:val="18"/>
                <w:lang w:val="da-DK"/>
              </w:rPr>
              <w:t>Er der vedlagt bilag?</w:t>
            </w:r>
          </w:p>
          <w:p w14:paraId="797325B8" w14:textId="65CCB756" w:rsidR="0074711A" w:rsidRPr="00255B8D" w:rsidRDefault="0074711A" w:rsidP="000B505C">
            <w:pPr>
              <w:spacing w:after="0" w:line="240" w:lineRule="auto"/>
              <w:rPr>
                <w:rFonts w:eastAsia="Myriad Pro" w:cs="Myriad Pro"/>
                <w:bCs/>
                <w:color w:val="1D2958"/>
                <w:sz w:val="18"/>
                <w:lang w:val="da-DK"/>
              </w:rPr>
            </w:pPr>
            <w:r w:rsidRPr="00255B8D">
              <w:rPr>
                <w:rFonts w:eastAsia="Myriad Pro" w:cs="Myriad Pro"/>
                <w:bCs/>
                <w:color w:val="1D2958"/>
                <w:sz w:val="18"/>
                <w:lang w:val="da-DK"/>
              </w:rPr>
              <w:t xml:space="preserve">Du kan vedlægge relevante skærmbilleder, logfiler, videoer eller </w:t>
            </w:r>
            <w:proofErr w:type="spellStart"/>
            <w:r w:rsidRPr="00255B8D">
              <w:rPr>
                <w:rFonts w:eastAsia="Myriad Pro" w:cs="Myriad Pro"/>
                <w:bCs/>
                <w:color w:val="1D2958"/>
                <w:sz w:val="18"/>
                <w:lang w:val="da-DK"/>
              </w:rPr>
              <w:t>proof</w:t>
            </w:r>
            <w:proofErr w:type="spellEnd"/>
            <w:r w:rsidRPr="00255B8D">
              <w:rPr>
                <w:rFonts w:eastAsia="Myriad Pro" w:cs="Myriad Pro"/>
                <w:bCs/>
                <w:color w:val="1D2958"/>
                <w:sz w:val="18"/>
                <w:lang w:val="da-DK"/>
              </w:rPr>
              <w:t>-of-</w:t>
            </w:r>
            <w:proofErr w:type="spellStart"/>
            <w:r w:rsidRPr="00255B8D">
              <w:rPr>
                <w:rFonts w:eastAsia="Myriad Pro" w:cs="Myriad Pro"/>
                <w:bCs/>
                <w:color w:val="1D2958"/>
                <w:sz w:val="18"/>
                <w:lang w:val="da-DK"/>
              </w:rPr>
              <w:t>concept</w:t>
            </w:r>
            <w:proofErr w:type="spellEnd"/>
            <w:r w:rsidRPr="00255B8D">
              <w:rPr>
                <w:rFonts w:eastAsia="Myriad Pro" w:cs="Myriad Pro"/>
                <w:bCs/>
                <w:color w:val="1D2958"/>
                <w:sz w:val="18"/>
                <w:lang w:val="da-DK"/>
              </w:rPr>
              <w:t>-oplysninger.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</w:tcPr>
          <w:p w14:paraId="4C5E145C" w14:textId="77777777" w:rsidR="00C07344" w:rsidRDefault="00233006" w:rsidP="00D82881">
            <w:pPr>
              <w:spacing w:after="0" w:line="240" w:lineRule="auto"/>
              <w:rPr>
                <w:rFonts w:eastAsia="Myriad Pro" w:cs="Myriad Pro"/>
                <w:sz w:val="18"/>
                <w:szCs w:val="21"/>
              </w:rPr>
            </w:pPr>
            <w:sdt>
              <w:sdtPr>
                <w:alias w:val="Checkbox 9"/>
                <w:tag w:val="CHECKBOX_0009"/>
                <w:id w:val="135007956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D82881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D82881">
              <w:rPr>
                <w:rFonts w:eastAsia="Myriad Pro" w:cs="Myriad Pro" w:hint="eastAsia"/>
                <w:sz w:val="18"/>
                <w:szCs w:val="21"/>
              </w:rPr>
              <w:t xml:space="preserve"> </w:t>
            </w:r>
            <w:r w:rsidR="00D82881">
              <w:rPr>
                <w:rFonts w:eastAsia="Myriad Pro" w:cs="Myriad Pro"/>
                <w:sz w:val="18"/>
                <w:szCs w:val="21"/>
              </w:rPr>
              <w:t>Ja</w:t>
            </w:r>
            <w:r w:rsidR="00D82881">
              <w:rPr>
                <w:rFonts w:eastAsia="Myriad Pro" w:cs="Myriad Pro" w:hint="eastAsia"/>
                <w:sz w:val="18"/>
                <w:szCs w:val="21"/>
              </w:rPr>
              <w:t xml:space="preserve"> </w:t>
            </w:r>
          </w:p>
          <w:p w14:paraId="517B0ACA" w14:textId="47EC3946" w:rsidR="0074711A" w:rsidRPr="0024320A" w:rsidRDefault="00233006" w:rsidP="00D82881">
            <w:pPr>
              <w:spacing w:after="0" w:line="240" w:lineRule="auto"/>
              <w:rPr>
                <w:rFonts w:eastAsia="Myriad Pro" w:cs="Myriad Pro"/>
                <w:sz w:val="18"/>
                <w:szCs w:val="21"/>
              </w:rPr>
            </w:pPr>
            <w:sdt>
              <w:sdtPr>
                <w:alias w:val="Checkbox 10"/>
                <w:tag w:val="CHECKBOX_0010"/>
                <w:id w:val="394556111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D82881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D82881">
              <w:rPr>
                <w:rFonts w:eastAsia="Myriad Pro" w:cs="Myriad Pro" w:hint="eastAsia"/>
                <w:sz w:val="18"/>
                <w:szCs w:val="21"/>
              </w:rPr>
              <w:t xml:space="preserve"> </w:t>
            </w:r>
            <w:r w:rsidR="00D82881">
              <w:rPr>
                <w:rFonts w:eastAsia="Myriad Pro" w:cs="Myriad Pro"/>
                <w:sz w:val="18"/>
                <w:szCs w:val="21"/>
              </w:rPr>
              <w:t>Nej</w:t>
            </w:r>
          </w:p>
        </w:tc>
      </w:tr>
    </w:tbl>
    <w:p w14:paraId="1BCD7171" w14:textId="77777777" w:rsidR="0074711A" w:rsidRDefault="0074711A" w:rsidP="00A5425F">
      <w:pPr>
        <w:spacing w:after="110" w:line="259" w:lineRule="auto"/>
        <w:rPr>
          <w:rFonts w:hint="eastAsia"/>
        </w:rPr>
      </w:pPr>
    </w:p>
    <w:p w14:paraId="4CD86165" w14:textId="3B1C3BA1" w:rsidR="0074711A" w:rsidRPr="00255B8D" w:rsidRDefault="0074711A" w:rsidP="0074711A">
      <w:pPr>
        <w:pStyle w:val="Heading2"/>
        <w:spacing w:after="80"/>
        <w:rPr>
          <w:lang w:val="da-DK"/>
        </w:rPr>
      </w:pPr>
      <w:r w:rsidRPr="00255B8D">
        <w:rPr>
          <w:rFonts w:ascii="Ubuntu" w:eastAsia="Ubuntu" w:hAnsi="Ubuntu" w:cs="Ubuntu"/>
          <w:u w:val="single"/>
          <w:lang w:val="da-DK"/>
        </w:rPr>
        <w:t>Yderligere tekniske oplysninger (valgfrit – for sikkerhedsforskere)</w:t>
      </w:r>
    </w:p>
    <w:tbl>
      <w:tblPr>
        <w:tblStyle w:val="TableGrid"/>
        <w:tblW w:w="0" w:type="auto"/>
        <w:jc w:val="center"/>
        <w:tblBorders>
          <w:top w:val="single" w:sz="6" w:space="0" w:color="D5D9DE"/>
          <w:left w:val="single" w:sz="6" w:space="0" w:color="D5D9DE"/>
          <w:bottom w:val="single" w:sz="6" w:space="0" w:color="D5D9DE"/>
          <w:right w:val="single" w:sz="6" w:space="0" w:color="D5D9DE"/>
          <w:insideH w:val="single" w:sz="6" w:space="0" w:color="D5D9DE"/>
          <w:insideV w:val="single" w:sz="6" w:space="0" w:color="D5D9DE"/>
        </w:tblBorders>
        <w:tblLayout w:type="fixed"/>
        <w:tblLook w:val="04A0" w:firstRow="1" w:lastRow="0" w:firstColumn="1" w:lastColumn="0" w:noHBand="0" w:noVBand="1"/>
      </w:tblPr>
      <w:tblGrid>
        <w:gridCol w:w="4762"/>
        <w:gridCol w:w="4762"/>
      </w:tblGrid>
      <w:tr w:rsidR="0074711A" w14:paraId="1F603EE2" w14:textId="77777777" w:rsidTr="00096C7B">
        <w:trPr>
          <w:cantSplit/>
          <w:tblHeader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D2958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241D42F9" w14:textId="77777777" w:rsidR="0074711A" w:rsidRDefault="0074711A" w:rsidP="00096C7B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Ubuntu" w:eastAsia="Ubuntu" w:hAnsi="Ubuntu" w:cs="Ubuntu" w:hint="eastAsia"/>
                <w:b/>
                <w:color w:val="FFFFFF"/>
                <w:sz w:val="18"/>
              </w:rPr>
              <w:t>Felt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D2958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119F17C9" w14:textId="77777777" w:rsidR="0074711A" w:rsidRDefault="0074711A" w:rsidP="00096C7B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Ubuntu" w:eastAsia="Ubuntu" w:hAnsi="Ubuntu" w:cs="Ubuntu" w:hint="eastAsia"/>
                <w:b/>
                <w:color w:val="FFFFFF"/>
                <w:sz w:val="18"/>
              </w:rPr>
              <w:t>Svar</w:t>
            </w:r>
          </w:p>
        </w:tc>
      </w:tr>
      <w:tr w:rsidR="0074711A" w:rsidRPr="00255B8D" w14:paraId="076F0620" w14:textId="77777777" w:rsidTr="00096C7B">
        <w:trPr>
          <w:cantSplit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4A5914CE" w14:textId="119AFD78" w:rsidR="0074711A" w:rsidRPr="00255B8D" w:rsidRDefault="0074711A" w:rsidP="00096C7B">
            <w:pPr>
              <w:spacing w:after="0" w:line="240" w:lineRule="auto"/>
              <w:rPr>
                <w:rFonts w:hint="eastAsia"/>
                <w:lang w:val="da-DK"/>
              </w:rPr>
            </w:pPr>
            <w:r w:rsidRPr="00255B8D">
              <w:rPr>
                <w:rFonts w:eastAsia="Myriad Pro" w:cs="Myriad Pro" w:hint="eastAsia"/>
                <w:b/>
                <w:color w:val="1D2958"/>
                <w:sz w:val="18"/>
                <w:lang w:val="da-DK"/>
              </w:rPr>
              <w:t xml:space="preserve">Type af sårbarhed (omgåelse af godkendelse, </w:t>
            </w:r>
            <w:proofErr w:type="spellStart"/>
            <w:r w:rsidRPr="00255B8D">
              <w:rPr>
                <w:rFonts w:eastAsia="Myriad Pro" w:cs="Myriad Pro" w:hint="eastAsia"/>
                <w:b/>
                <w:color w:val="1D2958"/>
                <w:sz w:val="18"/>
                <w:lang w:val="da-DK"/>
              </w:rPr>
              <w:t>injection</w:t>
            </w:r>
            <w:proofErr w:type="spellEnd"/>
            <w:r w:rsidRPr="00255B8D">
              <w:rPr>
                <w:rFonts w:eastAsia="Myriad Pro" w:cs="Myriad Pro" w:hint="eastAsia"/>
                <w:b/>
                <w:color w:val="1D2958"/>
                <w:sz w:val="18"/>
                <w:lang w:val="da-DK"/>
              </w:rPr>
              <w:t>, hukommelsesfejl osv.), hvis kendt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</w:tcPr>
          <w:p w14:paraId="567FFF39" w14:textId="35F4B46F" w:rsidR="0074711A" w:rsidRPr="00255B8D" w:rsidRDefault="0074711A" w:rsidP="00096C7B">
            <w:pPr>
              <w:spacing w:after="0" w:line="240" w:lineRule="auto"/>
              <w:rPr>
                <w:rFonts w:hint="eastAsia"/>
                <w:lang w:val="da-DK"/>
              </w:rPr>
            </w:pPr>
          </w:p>
        </w:tc>
      </w:tr>
      <w:tr w:rsidR="0074711A" w14:paraId="3792CFFC" w14:textId="77777777" w:rsidTr="00096C7B">
        <w:trPr>
          <w:cantSplit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494AB9FD" w14:textId="03CD2231" w:rsidR="0074711A" w:rsidRDefault="0074711A" w:rsidP="00096C7B">
            <w:pPr>
              <w:spacing w:after="0" w:line="240" w:lineRule="auto"/>
              <w:rPr>
                <w:rFonts w:eastAsia="Myriad Pro" w:cs="Myriad Pro"/>
                <w:b/>
                <w:color w:val="1D2958"/>
                <w:sz w:val="18"/>
              </w:rPr>
            </w:pPr>
            <w:r>
              <w:rPr>
                <w:rFonts w:eastAsia="Myriad Pro" w:cs="Myriad Pro"/>
                <w:b/>
                <w:color w:val="1D2958"/>
                <w:sz w:val="18"/>
              </w:rPr>
              <w:t xml:space="preserve">CWE/CVE, </w:t>
            </w:r>
            <w:proofErr w:type="spellStart"/>
            <w:r>
              <w:rPr>
                <w:rFonts w:eastAsia="Myriad Pro" w:cs="Myriad Pro"/>
                <w:b/>
                <w:color w:val="1D2958"/>
                <w:sz w:val="18"/>
              </w:rPr>
              <w:t>hvis</w:t>
            </w:r>
            <w:proofErr w:type="spellEnd"/>
            <w:r>
              <w:rPr>
                <w:rFonts w:eastAsia="Myriad Pro" w:cs="Myriad Pro"/>
                <w:b/>
                <w:color w:val="1D2958"/>
                <w:sz w:val="18"/>
              </w:rPr>
              <w:t xml:space="preserve"> </w:t>
            </w:r>
            <w:proofErr w:type="spellStart"/>
            <w:r>
              <w:rPr>
                <w:rFonts w:eastAsia="Myriad Pro" w:cs="Myriad Pro"/>
                <w:b/>
                <w:color w:val="1D2958"/>
                <w:sz w:val="18"/>
              </w:rPr>
              <w:t>kendt</w:t>
            </w:r>
            <w:proofErr w:type="spellEnd"/>
          </w:p>
          <w:p w14:paraId="52CDF9DF" w14:textId="77777777" w:rsidR="0074711A" w:rsidRDefault="0074711A" w:rsidP="00096C7B">
            <w:pPr>
              <w:spacing w:after="0" w:line="240" w:lineRule="auto"/>
              <w:rPr>
                <w:rFonts w:eastAsia="Myriad Pro" w:cs="Myriad Pro"/>
                <w:b/>
                <w:color w:val="1D2958"/>
                <w:sz w:val="18"/>
              </w:rPr>
            </w:pP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</w:tcPr>
          <w:p w14:paraId="42F7CD7B" w14:textId="6FA55D2F" w:rsidR="0074711A" w:rsidRPr="00957EDE" w:rsidRDefault="0074711A" w:rsidP="00096C7B">
            <w:pPr>
              <w:spacing w:after="0" w:line="240" w:lineRule="auto"/>
              <w:rPr>
                <w:rFonts w:hint="eastAsia"/>
              </w:rPr>
            </w:pPr>
          </w:p>
        </w:tc>
      </w:tr>
      <w:tr w:rsidR="0074711A" w14:paraId="59362A5A" w14:textId="77777777" w:rsidTr="00096C7B">
        <w:trPr>
          <w:cantSplit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1641CA65" w14:textId="04EDE49F" w:rsidR="0074711A" w:rsidRDefault="0074711A" w:rsidP="00096C7B">
            <w:pPr>
              <w:spacing w:after="0" w:line="240" w:lineRule="auto"/>
              <w:rPr>
                <w:rFonts w:eastAsia="Myriad Pro" w:cs="Myriad Pro"/>
                <w:b/>
                <w:color w:val="1D2958"/>
                <w:sz w:val="18"/>
              </w:rPr>
            </w:pPr>
            <w:r>
              <w:rPr>
                <w:rFonts w:eastAsia="Myriad Pro" w:cs="Myriad Pro"/>
                <w:b/>
                <w:color w:val="1D2958"/>
                <w:sz w:val="18"/>
              </w:rPr>
              <w:t>Teknisk årsag / detaljer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</w:tcPr>
          <w:p w14:paraId="74FE41FB" w14:textId="77777777" w:rsidR="0074711A" w:rsidRDefault="0074711A" w:rsidP="00096C7B">
            <w:pPr>
              <w:spacing w:after="0" w:line="240" w:lineRule="auto"/>
              <w:rPr>
                <w:rFonts w:hint="eastAsia"/>
              </w:rPr>
            </w:pPr>
          </w:p>
        </w:tc>
      </w:tr>
      <w:tr w:rsidR="0074711A" w14:paraId="61EE1608" w14:textId="77777777" w:rsidTr="00096C7B">
        <w:trPr>
          <w:cantSplit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0E039564" w14:textId="7F55FDC4" w:rsidR="0074711A" w:rsidRDefault="0074711A" w:rsidP="00096C7B">
            <w:pPr>
              <w:spacing w:after="0" w:line="240" w:lineRule="auto"/>
              <w:rPr>
                <w:rFonts w:eastAsia="Myriad Pro" w:cs="Myriad Pro"/>
                <w:b/>
                <w:color w:val="1D2958"/>
                <w:sz w:val="18"/>
              </w:rPr>
            </w:pPr>
            <w:r>
              <w:rPr>
                <w:rFonts w:eastAsia="Myriad Pro" w:cs="Myriad Pro"/>
                <w:b/>
                <w:color w:val="1D2958"/>
                <w:sz w:val="18"/>
              </w:rPr>
              <w:t>Testmiljø / konfiguration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</w:tcPr>
          <w:p w14:paraId="3A86D6E0" w14:textId="77777777" w:rsidR="0074711A" w:rsidRDefault="0074711A" w:rsidP="00096C7B">
            <w:pPr>
              <w:spacing w:after="0" w:line="240" w:lineRule="auto"/>
              <w:rPr>
                <w:rFonts w:hint="eastAsia"/>
              </w:rPr>
            </w:pPr>
          </w:p>
        </w:tc>
      </w:tr>
      <w:tr w:rsidR="0074711A" w14:paraId="100BCDC5" w14:textId="77777777" w:rsidTr="00096C7B">
        <w:trPr>
          <w:cantSplit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05D015C3" w14:textId="27D6331A" w:rsidR="0074711A" w:rsidRDefault="0074711A" w:rsidP="00096C7B">
            <w:pPr>
              <w:spacing w:after="0" w:line="240" w:lineRule="auto"/>
              <w:rPr>
                <w:rFonts w:eastAsia="Myriad Pro" w:cs="Myriad Pro"/>
                <w:b/>
                <w:color w:val="1D2958"/>
                <w:sz w:val="18"/>
              </w:rPr>
            </w:pPr>
            <w:r>
              <w:rPr>
                <w:rFonts w:eastAsia="Myriad Pro" w:cs="Myriad Pro"/>
                <w:b/>
                <w:color w:val="1D2958"/>
                <w:sz w:val="18"/>
              </w:rPr>
              <w:t>Proof of concept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</w:tcPr>
          <w:p w14:paraId="1ADFA00D" w14:textId="77777777" w:rsidR="0074711A" w:rsidRDefault="0074711A" w:rsidP="00096C7B">
            <w:pPr>
              <w:spacing w:after="0" w:line="240" w:lineRule="auto"/>
              <w:rPr>
                <w:rFonts w:hint="eastAsia"/>
              </w:rPr>
            </w:pPr>
          </w:p>
        </w:tc>
      </w:tr>
    </w:tbl>
    <w:p w14:paraId="25718C9C" w14:textId="77777777" w:rsidR="0074711A" w:rsidRDefault="0074711A" w:rsidP="00A5425F">
      <w:pPr>
        <w:spacing w:after="110" w:line="259" w:lineRule="auto"/>
        <w:rPr>
          <w:rFonts w:hint="eastAsia"/>
        </w:rPr>
      </w:pPr>
    </w:p>
    <w:p w14:paraId="362CB05B" w14:textId="77777777" w:rsidR="0074711A" w:rsidRDefault="0074711A" w:rsidP="00A5425F">
      <w:pPr>
        <w:spacing w:after="110" w:line="259" w:lineRule="auto"/>
        <w:rPr>
          <w:rFonts w:hint="eastAsia"/>
        </w:rPr>
      </w:pPr>
    </w:p>
    <w:p w14:paraId="3817526B" w14:textId="77777777" w:rsidR="0074711A" w:rsidRDefault="0074711A" w:rsidP="00A5425F">
      <w:pPr>
        <w:spacing w:after="110" w:line="259" w:lineRule="auto"/>
        <w:rPr>
          <w:rFonts w:hint="eastAsia"/>
        </w:rPr>
      </w:pPr>
    </w:p>
    <w:p w14:paraId="7A14C7E7" w14:textId="77777777" w:rsidR="00D95308" w:rsidRDefault="00D95308" w:rsidP="00A5425F">
      <w:pPr>
        <w:spacing w:after="110" w:line="259" w:lineRule="auto"/>
        <w:rPr>
          <w:rFonts w:hint="eastAsia"/>
        </w:rPr>
      </w:pPr>
    </w:p>
    <w:p w14:paraId="35DF4984" w14:textId="77777777" w:rsidR="00D95308" w:rsidRDefault="00D95308" w:rsidP="00A5425F">
      <w:pPr>
        <w:spacing w:after="110" w:line="259" w:lineRule="auto"/>
        <w:rPr>
          <w:rFonts w:hint="eastAsia"/>
        </w:rPr>
      </w:pPr>
    </w:p>
    <w:p w14:paraId="6359F5E2" w14:textId="39F02005" w:rsidR="00A5425F" w:rsidRDefault="00DF7C4F" w:rsidP="00A5425F">
      <w:pPr>
        <w:pStyle w:val="Heading2"/>
        <w:spacing w:after="80"/>
      </w:pPr>
      <w:bookmarkStart w:id="4" w:name="_Toc239339916"/>
      <w:r>
        <w:rPr>
          <w:rFonts w:ascii="Ubuntu" w:eastAsia="Ubuntu" w:hAnsi="Ubuntu" w:cs="Ubuntu"/>
          <w:u w:val="single"/>
        </w:rPr>
        <w:t>4. Angrebsscenarie</w:t>
      </w:r>
      <w:bookmarkEnd w:id="4"/>
    </w:p>
    <w:p w14:paraId="0D3AD5B7" w14:textId="77777777" w:rsidR="00A5425F" w:rsidRDefault="00A5425F" w:rsidP="00A5425F">
      <w:pPr>
        <w:spacing w:after="110" w:line="259" w:lineRule="auto"/>
        <w:rPr>
          <w:rFonts w:hint="eastAsia"/>
        </w:rPr>
      </w:pPr>
      <w:r w:rsidRPr="00255B8D">
        <w:rPr>
          <w:rFonts w:eastAsia="Myriad Pro" w:cs="Myriad Pro" w:hint="eastAsia"/>
          <w:lang w:val="da-DK"/>
        </w:rPr>
        <w:t xml:space="preserve">Angrebsscenariet er forskelligt fra fremgangsmåden til at reproducere problemet. </w:t>
      </w:r>
      <w:proofErr w:type="spellStart"/>
      <w:r>
        <w:rPr>
          <w:rFonts w:eastAsia="Myriad Pro" w:cs="Myriad Pro" w:hint="eastAsia"/>
        </w:rPr>
        <w:t>Beskriv</w:t>
      </w:r>
      <w:proofErr w:type="spellEnd"/>
      <w:r>
        <w:rPr>
          <w:rFonts w:eastAsia="Myriad Pro" w:cs="Myriad Pro" w:hint="eastAsia"/>
        </w:rPr>
        <w:t xml:space="preserve">, </w:t>
      </w:r>
      <w:proofErr w:type="spellStart"/>
      <w:r>
        <w:rPr>
          <w:rFonts w:eastAsia="Myriad Pro" w:cs="Myriad Pro" w:hint="eastAsia"/>
        </w:rPr>
        <w:t>hvordan</w:t>
      </w:r>
      <w:proofErr w:type="spellEnd"/>
      <w:r>
        <w:rPr>
          <w:rFonts w:eastAsia="Myriad Pro" w:cs="Myriad Pro" w:hint="eastAsia"/>
        </w:rPr>
        <w:t xml:space="preserve"> </w:t>
      </w:r>
      <w:proofErr w:type="spellStart"/>
      <w:r>
        <w:rPr>
          <w:rFonts w:eastAsia="Myriad Pro" w:cs="Myriad Pro" w:hint="eastAsia"/>
        </w:rPr>
        <w:t>en</w:t>
      </w:r>
      <w:proofErr w:type="spellEnd"/>
      <w:r>
        <w:rPr>
          <w:rFonts w:eastAsia="Myriad Pro" w:cs="Myriad Pro" w:hint="eastAsia"/>
        </w:rPr>
        <w:t xml:space="preserve"> </w:t>
      </w:r>
      <w:proofErr w:type="spellStart"/>
      <w:r>
        <w:rPr>
          <w:rFonts w:eastAsia="Myriad Pro" w:cs="Myriad Pro" w:hint="eastAsia"/>
        </w:rPr>
        <w:t>realistisk</w:t>
      </w:r>
      <w:proofErr w:type="spellEnd"/>
      <w:r>
        <w:rPr>
          <w:rFonts w:eastAsia="Myriad Pro" w:cs="Myriad Pro" w:hint="eastAsia"/>
        </w:rPr>
        <w:t xml:space="preserve"> angriber vil kunne udnytte sårbarheden.</w:t>
      </w:r>
    </w:p>
    <w:tbl>
      <w:tblPr>
        <w:tblStyle w:val="TableGrid"/>
        <w:tblW w:w="0" w:type="auto"/>
        <w:jc w:val="center"/>
        <w:tblBorders>
          <w:top w:val="single" w:sz="6" w:space="0" w:color="D5D9DE"/>
          <w:left w:val="single" w:sz="6" w:space="0" w:color="D5D9DE"/>
          <w:bottom w:val="single" w:sz="6" w:space="0" w:color="D5D9DE"/>
          <w:right w:val="single" w:sz="6" w:space="0" w:color="D5D9DE"/>
          <w:insideH w:val="single" w:sz="6" w:space="0" w:color="D5D9DE"/>
          <w:insideV w:val="single" w:sz="6" w:space="0" w:color="D5D9DE"/>
        </w:tblBorders>
        <w:tblLayout w:type="fixed"/>
        <w:tblLook w:val="04A0" w:firstRow="1" w:lastRow="0" w:firstColumn="1" w:lastColumn="0" w:noHBand="0" w:noVBand="1"/>
      </w:tblPr>
      <w:tblGrid>
        <w:gridCol w:w="4762"/>
        <w:gridCol w:w="4762"/>
      </w:tblGrid>
      <w:tr w:rsidR="00A5425F" w14:paraId="25EA6E2C" w14:textId="77777777" w:rsidTr="000B505C">
        <w:trPr>
          <w:cantSplit/>
          <w:tblHeader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D2958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25259590" w14:textId="77777777" w:rsidR="00A5425F" w:rsidRDefault="00A5425F" w:rsidP="000B505C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Ubuntu" w:eastAsia="Ubuntu" w:hAnsi="Ubuntu" w:cs="Ubuntu" w:hint="eastAsia"/>
                <w:b/>
                <w:color w:val="FFFFFF"/>
                <w:sz w:val="18"/>
              </w:rPr>
              <w:t>Felt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D2958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2DE7851D" w14:textId="77777777" w:rsidR="00A5425F" w:rsidRDefault="00A5425F" w:rsidP="000B505C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Ubuntu" w:eastAsia="Ubuntu" w:hAnsi="Ubuntu" w:cs="Ubuntu" w:hint="eastAsia"/>
                <w:b/>
                <w:color w:val="FFFFFF"/>
                <w:sz w:val="18"/>
              </w:rPr>
              <w:t>Svar</w:t>
            </w:r>
          </w:p>
        </w:tc>
      </w:tr>
      <w:tr w:rsidR="00343182" w:rsidRPr="00255B8D" w14:paraId="7454E3B3" w14:textId="77777777" w:rsidTr="000B505C">
        <w:trPr>
          <w:cantSplit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238295D4" w14:textId="77777777" w:rsidR="00343182" w:rsidRPr="00255B8D" w:rsidRDefault="00343182" w:rsidP="000B505C">
            <w:pPr>
              <w:spacing w:after="0" w:line="240" w:lineRule="auto"/>
              <w:rPr>
                <w:rFonts w:eastAsia="Myriad Pro" w:cs="Myriad Pro"/>
                <w:b/>
                <w:color w:val="1D2958"/>
                <w:sz w:val="18"/>
                <w:lang w:val="da-DK"/>
              </w:rPr>
            </w:pPr>
            <w:r w:rsidRPr="00255B8D">
              <w:rPr>
                <w:rFonts w:eastAsia="Myriad Pro" w:cs="Myriad Pro"/>
                <w:b/>
                <w:color w:val="1D2958"/>
                <w:sz w:val="18"/>
                <w:lang w:val="da-DK"/>
              </w:rPr>
              <w:t>Beskriv, hvis det er kendt, hvordan nogen vil kunne udnytte denne sårbarhed</w:t>
            </w:r>
          </w:p>
          <w:p w14:paraId="026665C3" w14:textId="77777777" w:rsidR="00343182" w:rsidRPr="00255B8D" w:rsidRDefault="00343182" w:rsidP="000B505C">
            <w:pPr>
              <w:spacing w:after="0" w:line="240" w:lineRule="auto"/>
              <w:rPr>
                <w:rFonts w:eastAsia="Myriad Pro" w:cs="Myriad Pro"/>
                <w:b/>
                <w:color w:val="1D2958"/>
                <w:sz w:val="18"/>
                <w:lang w:val="da-DK"/>
              </w:rPr>
            </w:pPr>
          </w:p>
          <w:p w14:paraId="0FBC3C9E" w14:textId="3C75C607" w:rsidR="00343182" w:rsidRPr="00255B8D" w:rsidRDefault="00343182" w:rsidP="000B505C">
            <w:pPr>
              <w:spacing w:after="0" w:line="240" w:lineRule="auto"/>
              <w:rPr>
                <w:rFonts w:eastAsia="Myriad Pro" w:cs="Myriad Pro"/>
                <w:b/>
                <w:color w:val="1D2958"/>
                <w:sz w:val="18"/>
                <w:lang w:val="da-DK"/>
              </w:rPr>
            </w:pP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6E1AE6BD" w14:textId="77777777" w:rsidR="00343182" w:rsidRPr="00255B8D" w:rsidRDefault="00343182" w:rsidP="000B505C">
            <w:pPr>
              <w:spacing w:after="0" w:line="240" w:lineRule="auto"/>
              <w:rPr>
                <w:rFonts w:hint="eastAsia"/>
                <w:lang w:val="da-DK"/>
              </w:rPr>
            </w:pPr>
          </w:p>
          <w:p w14:paraId="436E2A2D" w14:textId="77777777" w:rsidR="00343182" w:rsidRPr="00255B8D" w:rsidRDefault="00343182" w:rsidP="000B505C">
            <w:pPr>
              <w:spacing w:after="0" w:line="240" w:lineRule="auto"/>
              <w:rPr>
                <w:rFonts w:hint="eastAsia"/>
                <w:lang w:val="da-DK"/>
              </w:rPr>
            </w:pPr>
          </w:p>
        </w:tc>
      </w:tr>
      <w:tr w:rsidR="00A5425F" w14:paraId="6D282317" w14:textId="77777777" w:rsidTr="000B505C">
        <w:trPr>
          <w:cantSplit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2D915026" w14:textId="77777777" w:rsidR="00A5425F" w:rsidRDefault="00A5425F" w:rsidP="000B505C">
            <w:pPr>
              <w:spacing w:after="0" w:line="240" w:lineRule="auto"/>
              <w:rPr>
                <w:rFonts w:hint="eastAsia"/>
              </w:rPr>
            </w:pPr>
            <w:proofErr w:type="spellStart"/>
            <w:r>
              <w:rPr>
                <w:rFonts w:eastAsia="Myriad Pro" w:cs="Myriad Pro" w:hint="eastAsia"/>
                <w:b/>
                <w:color w:val="1D2958"/>
                <w:sz w:val="18"/>
              </w:rPr>
              <w:t>Angriberens</w:t>
            </w:r>
            <w:proofErr w:type="spellEnd"/>
            <w:r>
              <w:rPr>
                <w:rFonts w:eastAsia="Myriad Pro" w:cs="Myriad Pro" w:hint="eastAsia"/>
                <w:b/>
                <w:color w:val="1D2958"/>
                <w:sz w:val="18"/>
              </w:rPr>
              <w:t xml:space="preserve"> </w:t>
            </w:r>
            <w:proofErr w:type="spellStart"/>
            <w:r>
              <w:rPr>
                <w:rFonts w:eastAsia="Myriad Pro" w:cs="Myriad Pro" w:hint="eastAsia"/>
                <w:b/>
                <w:color w:val="1D2958"/>
                <w:sz w:val="18"/>
              </w:rPr>
              <w:t>adgang</w:t>
            </w:r>
            <w:proofErr w:type="spellEnd"/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68DC1FEF" w14:textId="77777777" w:rsidR="00343182" w:rsidRDefault="00233006" w:rsidP="000B505C">
            <w:pPr>
              <w:spacing w:after="0" w:line="240" w:lineRule="auto"/>
              <w:rPr>
                <w:rFonts w:eastAsia="Myriad Pro" w:cs="Myriad Pro"/>
                <w:sz w:val="18"/>
                <w:szCs w:val="21"/>
              </w:rPr>
            </w:pPr>
            <w:sdt>
              <w:sdtPr>
                <w:alias w:val="Checkbox 5"/>
                <w:tag w:val="CHECKBOX_0005"/>
                <w:id w:val="100005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A5425F">
                  <w:rPr>
                    <w:rFonts w:ascii="Segoe UI Symbol" w:eastAsia="Arial Unicode MS" w:hAnsi="Segoe UI Symbol" w:cs="Segoe UI Symbol"/>
                    <w:color w:val="000000"/>
                    <w:szCs w:val="21"/>
                  </w:rPr>
                  <w:t>☐</w:t>
                </w:r>
              </w:sdtContent>
            </w:sdt>
            <w:r w:rsidR="00A5425F">
              <w:rPr>
                <w:rFonts w:eastAsia="Myriad Pro" w:cs="Myriad Pro" w:hint="eastAsia"/>
                <w:sz w:val="18"/>
                <w:szCs w:val="21"/>
              </w:rPr>
              <w:t xml:space="preserve"> Fjernnetværk </w:t>
            </w:r>
          </w:p>
          <w:p w14:paraId="4D12F5DF" w14:textId="77777777" w:rsidR="00343182" w:rsidRDefault="00233006" w:rsidP="000B505C">
            <w:pPr>
              <w:spacing w:after="0" w:line="240" w:lineRule="auto"/>
              <w:rPr>
                <w:rFonts w:eastAsia="Myriad Pro" w:cs="Myriad Pro"/>
                <w:sz w:val="18"/>
                <w:szCs w:val="21"/>
              </w:rPr>
            </w:pPr>
            <w:sdt>
              <w:sdtPr>
                <w:alias w:val="Checkbox 6"/>
                <w:tag w:val="CHECKBOX_0006"/>
                <w:id w:val="100006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A5425F">
                  <w:rPr>
                    <w:rFonts w:ascii="Segoe UI Symbol" w:eastAsia="Arial Unicode MS" w:hAnsi="Segoe UI Symbol" w:cs="Segoe UI Symbol"/>
                    <w:color w:val="000000"/>
                    <w:szCs w:val="21"/>
                  </w:rPr>
                  <w:t>☐</w:t>
                </w:r>
              </w:sdtContent>
            </w:sdt>
            <w:r w:rsidR="00A5425F">
              <w:rPr>
                <w:rFonts w:eastAsia="Myriad Pro" w:cs="Myriad Pro" w:hint="eastAsia"/>
                <w:sz w:val="18"/>
                <w:szCs w:val="21"/>
              </w:rPr>
              <w:t xml:space="preserve"> Tilstødende netværk </w:t>
            </w:r>
          </w:p>
          <w:p w14:paraId="73AFB7D8" w14:textId="347DD23A" w:rsidR="00237A73" w:rsidRDefault="00233006" w:rsidP="000B505C">
            <w:pPr>
              <w:spacing w:after="0" w:line="240" w:lineRule="auto"/>
              <w:rPr>
                <w:rFonts w:eastAsia="Myriad Pro" w:cs="Myriad Pro"/>
                <w:sz w:val="18"/>
                <w:szCs w:val="21"/>
              </w:rPr>
            </w:pPr>
            <w:sdt>
              <w:sdtPr>
                <w:alias w:val="Checkbox 7"/>
                <w:tag w:val="CHECKBOX_0007"/>
                <w:id w:val="100007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343182">
                  <w:rPr>
                    <w:rFonts w:ascii="Arial" w:hAnsi="Arial" w:cs="Arial"/>
                  </w:rPr>
                  <w:t>☐</w:t>
                </w:r>
              </w:sdtContent>
            </w:sdt>
            <w:r w:rsidR="00A5425F">
              <w:rPr>
                <w:rFonts w:eastAsia="Myriad Pro" w:cs="Myriad Pro" w:hint="eastAsia"/>
                <w:sz w:val="18"/>
                <w:szCs w:val="21"/>
              </w:rPr>
              <w:t xml:space="preserve"> Local </w:t>
            </w:r>
            <w:r w:rsidR="00237A73">
              <w:rPr>
                <w:rFonts w:eastAsia="Myriad Pro" w:cs="Myriad Pro"/>
                <w:sz w:val="18"/>
                <w:szCs w:val="21"/>
              </w:rPr>
              <w:t>network</w:t>
            </w:r>
          </w:p>
          <w:p w14:paraId="6F4EC592" w14:textId="56BCD02D" w:rsidR="00237A73" w:rsidRDefault="00233006" w:rsidP="00237A73">
            <w:pPr>
              <w:spacing w:after="0" w:line="240" w:lineRule="auto"/>
              <w:rPr>
                <w:rFonts w:eastAsia="Myriad Pro" w:cs="Myriad Pro"/>
                <w:sz w:val="18"/>
                <w:szCs w:val="21"/>
              </w:rPr>
            </w:pPr>
            <w:sdt>
              <w:sdtPr>
                <w:alias w:val="Checkbox 7"/>
                <w:tag w:val="CHECKBOX_0007"/>
                <w:id w:val="-1819639481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237A73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237A73">
              <w:rPr>
                <w:rFonts w:eastAsia="Myriad Pro" w:cs="Myriad Pro" w:hint="eastAsia"/>
                <w:sz w:val="18"/>
                <w:szCs w:val="21"/>
              </w:rPr>
              <w:t xml:space="preserve"> Local </w:t>
            </w:r>
            <w:r w:rsidR="00237A73">
              <w:rPr>
                <w:rFonts w:eastAsia="Myriad Pro" w:cs="Myriad Pro"/>
                <w:sz w:val="18"/>
                <w:szCs w:val="21"/>
              </w:rPr>
              <w:t>device</w:t>
            </w:r>
          </w:p>
          <w:p w14:paraId="34B99A87" w14:textId="4F6A0469" w:rsidR="00237A73" w:rsidRDefault="00233006" w:rsidP="00237A73">
            <w:pPr>
              <w:spacing w:after="0" w:line="240" w:lineRule="auto"/>
              <w:rPr>
                <w:rFonts w:eastAsia="Myriad Pro" w:cs="Myriad Pro"/>
                <w:sz w:val="18"/>
                <w:szCs w:val="21"/>
              </w:rPr>
            </w:pPr>
            <w:sdt>
              <w:sdtPr>
                <w:alias w:val="Checkbox 8"/>
                <w:tag w:val="CHECKBOX_0008"/>
                <w:id w:val="100008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237A73">
                  <w:rPr>
                    <w:rFonts w:ascii="Segoe UI Symbol" w:eastAsia="Arial Unicode MS" w:hAnsi="Segoe UI Symbol" w:cs="Segoe UI Symbol"/>
                    <w:color w:val="000000"/>
                    <w:szCs w:val="21"/>
                  </w:rPr>
                  <w:t>☐</w:t>
                </w:r>
              </w:sdtContent>
            </w:sdt>
            <w:r w:rsidR="00237A73">
              <w:rPr>
                <w:rFonts w:eastAsia="Myriad Pro" w:cs="Myriad Pro" w:hint="eastAsia"/>
                <w:sz w:val="18"/>
                <w:szCs w:val="21"/>
              </w:rPr>
              <w:t xml:space="preserve"> Physical</w:t>
            </w:r>
            <w:r w:rsidR="00237A73">
              <w:rPr>
                <w:rFonts w:eastAsia="Myriad Pro" w:cs="Myriad Pro"/>
                <w:sz w:val="18"/>
                <w:szCs w:val="21"/>
              </w:rPr>
              <w:t xml:space="preserve"> access</w:t>
            </w:r>
          </w:p>
          <w:p w14:paraId="3ABC8431" w14:textId="2CF6F2C2" w:rsidR="00A5425F" w:rsidRPr="00343182" w:rsidRDefault="00233006" w:rsidP="000B505C">
            <w:pPr>
              <w:spacing w:after="0" w:line="240" w:lineRule="auto"/>
              <w:rPr>
                <w:rFonts w:eastAsia="Myriad Pro" w:cs="Myriad Pro"/>
                <w:sz w:val="18"/>
                <w:szCs w:val="21"/>
              </w:rPr>
            </w:pPr>
            <w:sdt>
              <w:sdtPr>
                <w:alias w:val="Checkbox 7"/>
                <w:tag w:val="CHECKBOX_0007"/>
                <w:id w:val="1226117428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237A73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237A73">
              <w:rPr>
                <w:rFonts w:eastAsia="Myriad Pro" w:cs="Myriad Pro" w:hint="eastAsia"/>
                <w:sz w:val="18"/>
                <w:szCs w:val="21"/>
              </w:rPr>
              <w:t xml:space="preserve"> </w:t>
            </w:r>
            <w:r w:rsidR="00237A73">
              <w:rPr>
                <w:rFonts w:eastAsia="Myriad Pro" w:cs="Myriad Pro"/>
                <w:sz w:val="18"/>
                <w:szCs w:val="21"/>
              </w:rPr>
              <w:t>Ukendt</w:t>
            </w:r>
          </w:p>
        </w:tc>
      </w:tr>
      <w:tr w:rsidR="00A5425F" w14:paraId="1B6770E9" w14:textId="77777777" w:rsidTr="000B505C">
        <w:trPr>
          <w:cantSplit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37D71AA6" w14:textId="7457CDE0" w:rsidR="00A5425F" w:rsidRDefault="000678F2" w:rsidP="000B505C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Myriad Pro" w:cs="Myriad Pro"/>
                <w:b/>
                <w:color w:val="1D2958"/>
                <w:sz w:val="18"/>
              </w:rPr>
              <w:t>Kræves brugerinteraktion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5F67674E" w14:textId="77777777" w:rsidR="000678F2" w:rsidRDefault="00233006" w:rsidP="000B505C">
            <w:pPr>
              <w:spacing w:after="0" w:line="240" w:lineRule="auto"/>
              <w:rPr>
                <w:rFonts w:eastAsia="Myriad Pro" w:cs="Myriad Pro"/>
                <w:sz w:val="18"/>
                <w:szCs w:val="21"/>
              </w:rPr>
            </w:pPr>
            <w:sdt>
              <w:sdtPr>
                <w:alias w:val="Checkbox 9"/>
                <w:tag w:val="CHECKBOX_0009"/>
                <w:id w:val="100009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A5425F">
                  <w:rPr>
                    <w:rFonts w:ascii="Segoe UI Symbol" w:eastAsia="Arial Unicode MS" w:hAnsi="Segoe UI Symbol" w:cs="Segoe UI Symbol"/>
                    <w:color w:val="000000"/>
                    <w:szCs w:val="21"/>
                  </w:rPr>
                  <w:t>☐</w:t>
                </w:r>
              </w:sdtContent>
            </w:sdt>
            <w:r w:rsidR="00A5425F">
              <w:rPr>
                <w:rFonts w:eastAsia="Myriad Pro" w:cs="Myriad Pro" w:hint="eastAsia"/>
                <w:sz w:val="18"/>
                <w:szCs w:val="21"/>
              </w:rPr>
              <w:t xml:space="preserve"> </w:t>
            </w:r>
            <w:r w:rsidR="000678F2">
              <w:rPr>
                <w:rFonts w:eastAsia="Myriad Pro" w:cs="Myriad Pro"/>
                <w:sz w:val="18"/>
                <w:szCs w:val="21"/>
              </w:rPr>
              <w:t>Ja</w:t>
            </w:r>
          </w:p>
          <w:p w14:paraId="17512657" w14:textId="77777777" w:rsidR="000678F2" w:rsidRDefault="00233006" w:rsidP="000B505C">
            <w:pPr>
              <w:spacing w:after="0" w:line="240" w:lineRule="auto"/>
              <w:rPr>
                <w:rFonts w:eastAsia="Myriad Pro" w:cs="Myriad Pro"/>
                <w:sz w:val="18"/>
                <w:szCs w:val="21"/>
              </w:rPr>
            </w:pPr>
            <w:sdt>
              <w:sdtPr>
                <w:alias w:val="Checkbox 10"/>
                <w:tag w:val="CHECKBOX_0010"/>
                <w:id w:val="100010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A5425F">
                  <w:rPr>
                    <w:rFonts w:ascii="Segoe UI Symbol" w:eastAsia="Arial Unicode MS" w:hAnsi="Segoe UI Symbol" w:cs="Segoe UI Symbol"/>
                    <w:color w:val="000000"/>
                    <w:szCs w:val="21"/>
                  </w:rPr>
                  <w:t>☐</w:t>
                </w:r>
              </w:sdtContent>
            </w:sdt>
            <w:r w:rsidR="00A5425F">
              <w:rPr>
                <w:rFonts w:eastAsia="Myriad Pro" w:cs="Myriad Pro" w:hint="eastAsia"/>
                <w:sz w:val="18"/>
                <w:szCs w:val="21"/>
              </w:rPr>
              <w:t xml:space="preserve"> </w:t>
            </w:r>
            <w:r w:rsidR="000678F2">
              <w:rPr>
                <w:rFonts w:eastAsia="Myriad Pro" w:cs="Myriad Pro"/>
                <w:sz w:val="18"/>
                <w:szCs w:val="21"/>
              </w:rPr>
              <w:t>Nej</w:t>
            </w:r>
            <w:r w:rsidR="00A5425F">
              <w:rPr>
                <w:rFonts w:eastAsia="Myriad Pro" w:cs="Myriad Pro" w:hint="eastAsia"/>
                <w:sz w:val="18"/>
                <w:szCs w:val="21"/>
              </w:rPr>
              <w:t xml:space="preserve"> </w:t>
            </w:r>
          </w:p>
          <w:p w14:paraId="52261E5B" w14:textId="7F5784D6" w:rsidR="00A5425F" w:rsidRDefault="00233006" w:rsidP="000B505C">
            <w:pPr>
              <w:spacing w:after="0" w:line="240" w:lineRule="auto"/>
              <w:rPr>
                <w:rFonts w:hint="eastAsia"/>
              </w:rPr>
            </w:pPr>
            <w:sdt>
              <w:sdtPr>
                <w:alias w:val="Checkbox 11"/>
                <w:tag w:val="CHECKBOX_0011"/>
                <w:id w:val="100011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A5425F">
                  <w:rPr>
                    <w:rFonts w:ascii="Segoe UI Symbol" w:eastAsia="Arial Unicode MS" w:hAnsi="Segoe UI Symbol" w:cs="Segoe UI Symbol"/>
                    <w:color w:val="000000"/>
                    <w:szCs w:val="21"/>
                  </w:rPr>
                  <w:t>☐</w:t>
                </w:r>
              </w:sdtContent>
            </w:sdt>
            <w:r w:rsidR="00A5425F">
              <w:rPr>
                <w:rFonts w:eastAsia="Myriad Pro" w:cs="Myriad Pro" w:hint="eastAsia"/>
                <w:sz w:val="18"/>
                <w:szCs w:val="21"/>
              </w:rPr>
              <w:t xml:space="preserve"> </w:t>
            </w:r>
            <w:r w:rsidR="000678F2">
              <w:rPr>
                <w:rFonts w:eastAsia="Myriad Pro" w:cs="Myriad Pro"/>
                <w:sz w:val="18"/>
                <w:szCs w:val="21"/>
              </w:rPr>
              <w:t>Ukendt</w:t>
            </w:r>
          </w:p>
        </w:tc>
      </w:tr>
      <w:tr w:rsidR="00A5425F" w:rsidRPr="00255B8D" w14:paraId="58C67002" w14:textId="77777777" w:rsidTr="000B505C">
        <w:trPr>
          <w:cantSplit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6A636B0A" w14:textId="1E8506CE" w:rsidR="00A5425F" w:rsidRDefault="008733AA" w:rsidP="000B505C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Myriad Pro" w:cs="Myriad Pro"/>
                <w:b/>
                <w:color w:val="1D2958"/>
                <w:sz w:val="18"/>
              </w:rPr>
              <w:t>Kræves særlige rettigheder/konto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1750508C" w14:textId="68872F1E" w:rsidR="008733AA" w:rsidRPr="00255B8D" w:rsidRDefault="00233006" w:rsidP="000B505C">
            <w:pPr>
              <w:spacing w:after="0" w:line="240" w:lineRule="auto"/>
              <w:rPr>
                <w:rFonts w:eastAsia="Myriad Pro" w:cs="Myriad Pro"/>
                <w:sz w:val="18"/>
                <w:szCs w:val="21"/>
                <w:lang w:val="da-DK"/>
              </w:rPr>
            </w:pPr>
            <w:sdt>
              <w:sdtPr>
                <w:rPr>
                  <w:lang w:val="da-DK"/>
                </w:rPr>
                <w:alias w:val="Checkbox 12"/>
                <w:tag w:val="CHECKBOX_0012"/>
                <w:id w:val="100012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A5425F" w:rsidRPr="00255B8D">
                  <w:rPr>
                    <w:rFonts w:ascii="Segoe UI Symbol" w:eastAsia="Arial Unicode MS" w:hAnsi="Segoe UI Symbol" w:cs="Segoe UI Symbol"/>
                    <w:color w:val="000000"/>
                    <w:szCs w:val="21"/>
                    <w:lang w:val="da-DK"/>
                  </w:rPr>
                  <w:t>☐</w:t>
                </w:r>
              </w:sdtContent>
            </w:sdt>
            <w:r w:rsidR="00A5425F" w:rsidRPr="00255B8D">
              <w:rPr>
                <w:rFonts w:eastAsia="Myriad Pro" w:cs="Myriad Pro" w:hint="eastAsia"/>
                <w:sz w:val="18"/>
                <w:szCs w:val="21"/>
                <w:lang w:val="da-DK"/>
              </w:rPr>
              <w:t xml:space="preserve"> </w:t>
            </w:r>
            <w:r w:rsidR="008733AA" w:rsidRPr="00255B8D">
              <w:rPr>
                <w:rFonts w:eastAsia="Myriad Pro" w:cs="Myriad Pro"/>
                <w:sz w:val="18"/>
                <w:szCs w:val="21"/>
                <w:lang w:val="da-DK"/>
              </w:rPr>
              <w:t>Ja</w:t>
            </w:r>
          </w:p>
          <w:p w14:paraId="355E9533" w14:textId="69F9EE97" w:rsidR="00A5425F" w:rsidRPr="00255B8D" w:rsidRDefault="00233006" w:rsidP="000B505C">
            <w:pPr>
              <w:spacing w:after="0" w:line="240" w:lineRule="auto"/>
              <w:rPr>
                <w:rFonts w:eastAsia="Myriad Pro" w:cs="Myriad Pro"/>
                <w:sz w:val="18"/>
                <w:szCs w:val="21"/>
                <w:lang w:val="da-DK"/>
              </w:rPr>
            </w:pPr>
            <w:sdt>
              <w:sdtPr>
                <w:rPr>
                  <w:lang w:val="da-DK"/>
                </w:rPr>
                <w:alias w:val="Checkbox 13"/>
                <w:tag w:val="CHECKBOX_0013"/>
                <w:id w:val="100013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D014AE" w:rsidRPr="00255B8D">
                  <w:rPr>
                    <w:rFonts w:ascii="Arial" w:hAnsi="Arial" w:cs="Arial"/>
                    <w:lang w:val="da-DK"/>
                  </w:rPr>
                  <w:t>☐</w:t>
                </w:r>
              </w:sdtContent>
            </w:sdt>
            <w:r w:rsidR="00A5425F" w:rsidRPr="00255B8D">
              <w:rPr>
                <w:rFonts w:eastAsia="Myriad Pro" w:cs="Myriad Pro" w:hint="eastAsia"/>
                <w:sz w:val="18"/>
                <w:szCs w:val="21"/>
                <w:lang w:val="da-DK"/>
              </w:rPr>
              <w:t xml:space="preserve"> </w:t>
            </w:r>
            <w:r w:rsidR="008733AA" w:rsidRPr="00255B8D">
              <w:rPr>
                <w:rFonts w:eastAsia="Myriad Pro" w:cs="Myriad Pro"/>
                <w:sz w:val="18"/>
                <w:szCs w:val="21"/>
                <w:lang w:val="da-DK"/>
              </w:rPr>
              <w:t>Nej</w:t>
            </w:r>
          </w:p>
          <w:p w14:paraId="3FF83E19" w14:textId="77777777" w:rsidR="008733AA" w:rsidRPr="00255B8D" w:rsidRDefault="00233006" w:rsidP="000B505C">
            <w:pPr>
              <w:spacing w:after="0" w:line="240" w:lineRule="auto"/>
              <w:rPr>
                <w:rFonts w:eastAsia="Myriad Pro" w:cs="Myriad Pro"/>
                <w:sz w:val="18"/>
                <w:szCs w:val="21"/>
                <w:lang w:val="da-DK"/>
              </w:rPr>
            </w:pPr>
            <w:sdt>
              <w:sdtPr>
                <w:rPr>
                  <w:lang w:val="da-DK"/>
                </w:rPr>
                <w:alias w:val="Checkbox 13"/>
                <w:tag w:val="CHECKBOX_0013"/>
                <w:id w:val="287096016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8733AA" w:rsidRPr="00255B8D">
                  <w:rPr>
                    <w:rFonts w:ascii="Segoe UI Symbol" w:eastAsia="Arial Unicode MS" w:hAnsi="Segoe UI Symbol" w:cs="Segoe UI Symbol"/>
                    <w:color w:val="000000"/>
                    <w:szCs w:val="21"/>
                    <w:lang w:val="da-DK"/>
                  </w:rPr>
                  <w:t>☐</w:t>
                </w:r>
              </w:sdtContent>
            </w:sdt>
            <w:r w:rsidR="008733AA" w:rsidRPr="00255B8D">
              <w:rPr>
                <w:rFonts w:eastAsia="Myriad Pro" w:cs="Myriad Pro"/>
                <w:sz w:val="18"/>
                <w:szCs w:val="21"/>
                <w:lang w:val="da-DK"/>
              </w:rPr>
              <w:t xml:space="preserve"> Ukendt</w:t>
            </w:r>
          </w:p>
          <w:p w14:paraId="030E5B05" w14:textId="1BDB2ACD" w:rsidR="00CF11FA" w:rsidRPr="00255B8D" w:rsidRDefault="00CF11FA" w:rsidP="000B505C">
            <w:pPr>
              <w:spacing w:after="0" w:line="240" w:lineRule="auto"/>
              <w:rPr>
                <w:rFonts w:hint="eastAsia"/>
                <w:lang w:val="da-DK"/>
              </w:rPr>
            </w:pPr>
            <w:r w:rsidRPr="00255B8D">
              <w:rPr>
                <w:rFonts w:eastAsia="Myriad Pro" w:cs="Myriad Pro"/>
                <w:sz w:val="18"/>
                <w:szCs w:val="21"/>
                <w:lang w:val="da-DK"/>
              </w:rPr>
              <w:t xml:space="preserve">Hvis ja, beskriv de nødvendige rettigheder/den nødvendige konto: </w:t>
            </w:r>
          </w:p>
        </w:tc>
      </w:tr>
    </w:tbl>
    <w:p w14:paraId="40E98F5A" w14:textId="77777777" w:rsidR="00C26D3C" w:rsidRPr="00255B8D" w:rsidRDefault="00C26D3C" w:rsidP="00A5425F">
      <w:pPr>
        <w:spacing w:after="110" w:line="259" w:lineRule="auto"/>
        <w:rPr>
          <w:rFonts w:hint="eastAsia"/>
          <w:lang w:val="da-DK"/>
        </w:rPr>
      </w:pPr>
    </w:p>
    <w:p w14:paraId="1569BE0A" w14:textId="188B587E" w:rsidR="00A5425F" w:rsidRPr="00255B8D" w:rsidRDefault="00DF7C4F" w:rsidP="00A5425F">
      <w:pPr>
        <w:pStyle w:val="Heading2"/>
        <w:spacing w:after="80"/>
        <w:rPr>
          <w:rFonts w:ascii="Ubuntu" w:eastAsia="Ubuntu" w:hAnsi="Ubuntu" w:cs="Ubuntu"/>
          <w:u w:val="single"/>
          <w:lang w:val="da-DK"/>
        </w:rPr>
      </w:pPr>
      <w:bookmarkStart w:id="5" w:name="_Toc239339917"/>
      <w:r w:rsidRPr="00255B8D">
        <w:rPr>
          <w:rFonts w:ascii="Ubuntu" w:eastAsia="Ubuntu" w:hAnsi="Ubuntu" w:cs="Ubuntu"/>
          <w:u w:val="single"/>
          <w:lang w:val="da-DK"/>
        </w:rPr>
        <w:t>5. Vurdering af konsekvenser (valgfrit)</w:t>
      </w:r>
      <w:bookmarkEnd w:id="5"/>
    </w:p>
    <w:p w14:paraId="3F175542" w14:textId="385B0456" w:rsidR="003A30AD" w:rsidRPr="00255B8D" w:rsidRDefault="003A30AD" w:rsidP="007B5A7D">
      <w:pPr>
        <w:spacing w:after="110" w:line="259" w:lineRule="auto"/>
        <w:rPr>
          <w:rFonts w:hint="eastAsia"/>
          <w:lang w:val="da-DK"/>
        </w:rPr>
      </w:pPr>
      <w:r w:rsidRPr="00255B8D">
        <w:rPr>
          <w:rFonts w:eastAsia="Myriad Pro" w:cs="Myriad Pro"/>
          <w:lang w:val="da-DK"/>
        </w:rPr>
        <w:t>Udfyld dette afsnit, hvis du kan vurdere de potentielle konsekvenser.</w:t>
      </w:r>
    </w:p>
    <w:tbl>
      <w:tblPr>
        <w:tblStyle w:val="TableGrid"/>
        <w:tblW w:w="0" w:type="auto"/>
        <w:jc w:val="center"/>
        <w:tblBorders>
          <w:top w:val="single" w:sz="6" w:space="0" w:color="D5D9DE"/>
          <w:left w:val="single" w:sz="6" w:space="0" w:color="D5D9DE"/>
          <w:bottom w:val="single" w:sz="6" w:space="0" w:color="D5D9DE"/>
          <w:right w:val="single" w:sz="6" w:space="0" w:color="D5D9DE"/>
          <w:insideH w:val="single" w:sz="6" w:space="0" w:color="D5D9DE"/>
          <w:insideV w:val="single" w:sz="6" w:space="0" w:color="D5D9DE"/>
        </w:tblBorders>
        <w:tblLayout w:type="fixed"/>
        <w:tblLook w:val="04A0" w:firstRow="1" w:lastRow="0" w:firstColumn="1" w:lastColumn="0" w:noHBand="0" w:noVBand="1"/>
      </w:tblPr>
      <w:tblGrid>
        <w:gridCol w:w="4762"/>
        <w:gridCol w:w="4762"/>
      </w:tblGrid>
      <w:tr w:rsidR="00A5425F" w14:paraId="764B17F1" w14:textId="77777777" w:rsidTr="000B505C">
        <w:trPr>
          <w:cantSplit/>
          <w:tblHeader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D2958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14AC4ADF" w14:textId="77777777" w:rsidR="00A5425F" w:rsidRDefault="00A5425F" w:rsidP="000B505C">
            <w:pPr>
              <w:spacing w:after="0" w:line="240" w:lineRule="auto"/>
              <w:rPr>
                <w:rFonts w:hint="eastAsia"/>
              </w:rPr>
            </w:pPr>
            <w:proofErr w:type="spellStart"/>
            <w:r>
              <w:rPr>
                <w:rFonts w:ascii="Ubuntu" w:eastAsia="Ubuntu" w:hAnsi="Ubuntu" w:cs="Ubuntu" w:hint="eastAsia"/>
                <w:b/>
                <w:color w:val="FFFFFF"/>
                <w:sz w:val="18"/>
              </w:rPr>
              <w:t>Konsekvensområde</w:t>
            </w:r>
            <w:proofErr w:type="spellEnd"/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D2958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30C0FA32" w14:textId="77777777" w:rsidR="00A5425F" w:rsidRDefault="00A5425F" w:rsidP="000B505C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Ubuntu" w:eastAsia="Ubuntu" w:hAnsi="Ubuntu" w:cs="Ubuntu" w:hint="eastAsia"/>
                <w:b/>
                <w:color w:val="FFFFFF"/>
                <w:sz w:val="18"/>
              </w:rPr>
              <w:t>Indberetterens vurdering</w:t>
            </w:r>
          </w:p>
        </w:tc>
      </w:tr>
      <w:tr w:rsidR="00C26D3C" w:rsidRPr="00255B8D" w14:paraId="6E74349F" w14:textId="77777777" w:rsidTr="001975F3">
        <w:trPr>
          <w:cantSplit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39E27934" w14:textId="77777777" w:rsidR="00C26D3C" w:rsidRPr="00FF1C66" w:rsidRDefault="00C26D3C" w:rsidP="00C26D3C">
            <w:pPr>
              <w:spacing w:after="0" w:line="240" w:lineRule="auto"/>
              <w:rPr>
                <w:rFonts w:hint="eastAsia"/>
                <w:sz w:val="18"/>
                <w:szCs w:val="18"/>
              </w:rPr>
            </w:pPr>
            <w:r w:rsidRPr="00FF1C66">
              <w:rPr>
                <w:rFonts w:eastAsia="Myriad Pro" w:cs="Myriad Pro" w:hint="eastAsia"/>
                <w:b/>
                <w:color w:val="1D2958"/>
                <w:sz w:val="18"/>
                <w:szCs w:val="18"/>
              </w:rPr>
              <w:t>Fortrolighed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</w:tcPr>
          <w:p w14:paraId="40509516" w14:textId="3014F965" w:rsidR="00C26D3C" w:rsidRPr="00255B8D" w:rsidRDefault="00233006" w:rsidP="00C26D3C">
            <w:pPr>
              <w:spacing w:after="0" w:line="240" w:lineRule="auto"/>
              <w:rPr>
                <w:rFonts w:hint="eastAsia"/>
                <w:sz w:val="18"/>
                <w:szCs w:val="18"/>
                <w:lang w:val="da-DK"/>
              </w:rPr>
            </w:pPr>
            <w:sdt>
              <w:sdtPr>
                <w:rPr>
                  <w:sz w:val="18"/>
                  <w:szCs w:val="18"/>
                  <w:lang w:val="da-DK"/>
                </w:rPr>
                <w:alias w:val="Checkbox 14"/>
                <w:tag w:val="CHECKBOX_0014"/>
                <w:id w:val="1600525891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C26D3C" w:rsidRPr="00255B8D">
                  <w:rPr>
                    <w:rFonts w:ascii="Segoe UI Symbol" w:hAnsi="Segoe UI Symbol" w:cs="Segoe UI Symbol"/>
                    <w:sz w:val="18"/>
                    <w:szCs w:val="18"/>
                    <w:lang w:val="da-DK"/>
                  </w:rPr>
                  <w:t>☐</w:t>
                </w:r>
              </w:sdtContent>
            </w:sdt>
            <w:r w:rsidR="00C26D3C" w:rsidRPr="00255B8D">
              <w:rPr>
                <w:rFonts w:hint="eastAsia"/>
                <w:sz w:val="18"/>
                <w:szCs w:val="18"/>
                <w:lang w:val="da-DK"/>
              </w:rPr>
              <w:t xml:space="preserve"> </w:t>
            </w:r>
            <w:proofErr w:type="spellStart"/>
            <w:r w:rsidR="00C26D3C" w:rsidRPr="00255B8D">
              <w:rPr>
                <w:rFonts w:hint="eastAsia"/>
                <w:sz w:val="18"/>
                <w:szCs w:val="18"/>
                <w:lang w:val="da-DK"/>
              </w:rPr>
              <w:t>Nej</w:t>
            </w:r>
            <w:r w:rsidR="00C26D3C" w:rsidRPr="00255B8D">
              <w:rPr>
                <w:sz w:val="18"/>
                <w:szCs w:val="18"/>
                <w:lang w:val="da-DK"/>
              </w:rPr>
              <w:t>ne</w:t>
            </w:r>
            <w:proofErr w:type="spellEnd"/>
            <w:r w:rsidR="00C26D3C" w:rsidRPr="00255B8D">
              <w:rPr>
                <w:sz w:val="18"/>
                <w:szCs w:val="18"/>
                <w:lang w:val="da-DK"/>
              </w:rPr>
              <w:t xml:space="preserve"> </w:t>
            </w:r>
            <w:sdt>
              <w:sdtPr>
                <w:rPr>
                  <w:sz w:val="18"/>
                  <w:szCs w:val="18"/>
                  <w:lang w:val="da-DK"/>
                </w:rPr>
                <w:alias w:val="Checkbox 15"/>
                <w:tag w:val="CHECKBOX_0015"/>
                <w:id w:val="1394080154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C26D3C" w:rsidRPr="00255B8D">
                  <w:rPr>
                    <w:rFonts w:ascii="Segoe UI Symbol" w:hAnsi="Segoe UI Symbol" w:cs="Segoe UI Symbol"/>
                    <w:sz w:val="18"/>
                    <w:szCs w:val="18"/>
                    <w:lang w:val="da-DK"/>
                  </w:rPr>
                  <w:t>☐</w:t>
                </w:r>
              </w:sdtContent>
            </w:sdt>
            <w:r w:rsidR="00C26D3C" w:rsidRPr="00255B8D">
              <w:rPr>
                <w:rFonts w:hint="eastAsia"/>
                <w:sz w:val="18"/>
                <w:szCs w:val="18"/>
                <w:lang w:val="da-DK"/>
              </w:rPr>
              <w:t xml:space="preserve"> </w:t>
            </w:r>
            <w:r w:rsidR="00C26D3C" w:rsidRPr="00255B8D">
              <w:rPr>
                <w:sz w:val="18"/>
                <w:szCs w:val="18"/>
                <w:lang w:val="da-DK"/>
              </w:rPr>
              <w:t xml:space="preserve">Lav </w:t>
            </w:r>
            <w:sdt>
              <w:sdtPr>
                <w:rPr>
                  <w:sz w:val="18"/>
                  <w:szCs w:val="18"/>
                  <w:lang w:val="da-DK"/>
                </w:rPr>
                <w:alias w:val="Checkbox 15"/>
                <w:tag w:val="CHECKBOX_0015"/>
                <w:id w:val="-144889124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C26D3C" w:rsidRPr="00255B8D">
                  <w:rPr>
                    <w:rFonts w:ascii="Segoe UI Symbol" w:hAnsi="Segoe UI Symbol" w:cs="Segoe UI Symbol"/>
                    <w:sz w:val="18"/>
                    <w:szCs w:val="18"/>
                    <w:lang w:val="da-DK"/>
                  </w:rPr>
                  <w:t>☐</w:t>
                </w:r>
              </w:sdtContent>
            </w:sdt>
            <w:r w:rsidR="00C26D3C" w:rsidRPr="00255B8D">
              <w:rPr>
                <w:rFonts w:hint="eastAsia"/>
                <w:sz w:val="18"/>
                <w:szCs w:val="18"/>
                <w:lang w:val="da-DK"/>
              </w:rPr>
              <w:t xml:space="preserve"> </w:t>
            </w:r>
            <w:r w:rsidR="00C26D3C" w:rsidRPr="00255B8D">
              <w:rPr>
                <w:sz w:val="18"/>
                <w:szCs w:val="18"/>
                <w:lang w:val="da-DK"/>
              </w:rPr>
              <w:t xml:space="preserve">Middel </w:t>
            </w:r>
            <w:sdt>
              <w:sdtPr>
                <w:rPr>
                  <w:sz w:val="18"/>
                  <w:szCs w:val="18"/>
                  <w:lang w:val="da-DK"/>
                </w:rPr>
                <w:alias w:val="Checkbox 15"/>
                <w:tag w:val="CHECKBOX_0015"/>
                <w:id w:val="-2111036330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C26D3C" w:rsidRPr="00255B8D">
                  <w:rPr>
                    <w:rFonts w:ascii="Segoe UI Symbol" w:hAnsi="Segoe UI Symbol" w:cs="Segoe UI Symbol"/>
                    <w:sz w:val="18"/>
                    <w:szCs w:val="18"/>
                    <w:lang w:val="da-DK"/>
                  </w:rPr>
                  <w:t>☐</w:t>
                </w:r>
              </w:sdtContent>
            </w:sdt>
            <w:r w:rsidR="00C26D3C" w:rsidRPr="00255B8D">
              <w:rPr>
                <w:rFonts w:hint="eastAsia"/>
                <w:sz w:val="18"/>
                <w:szCs w:val="18"/>
                <w:lang w:val="da-DK"/>
              </w:rPr>
              <w:t xml:space="preserve"> </w:t>
            </w:r>
            <w:r w:rsidR="00C26D3C" w:rsidRPr="00255B8D">
              <w:rPr>
                <w:sz w:val="18"/>
                <w:szCs w:val="18"/>
                <w:lang w:val="da-DK"/>
              </w:rPr>
              <w:t xml:space="preserve">Høj </w:t>
            </w:r>
            <w:sdt>
              <w:sdtPr>
                <w:rPr>
                  <w:sz w:val="18"/>
                  <w:szCs w:val="18"/>
                  <w:lang w:val="da-DK"/>
                </w:rPr>
                <w:alias w:val="Checkbox 15"/>
                <w:tag w:val="CHECKBOX_0015"/>
                <w:id w:val="1069998524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C26D3C" w:rsidRPr="00255B8D">
                  <w:rPr>
                    <w:rFonts w:ascii="Segoe UI Symbol" w:hAnsi="Segoe UI Symbol" w:cs="Segoe UI Symbol"/>
                    <w:sz w:val="18"/>
                    <w:szCs w:val="18"/>
                    <w:lang w:val="da-DK"/>
                  </w:rPr>
                  <w:t>☐</w:t>
                </w:r>
              </w:sdtContent>
            </w:sdt>
            <w:r w:rsidR="00C26D3C" w:rsidRPr="00255B8D">
              <w:rPr>
                <w:rFonts w:hint="eastAsia"/>
                <w:sz w:val="18"/>
                <w:szCs w:val="18"/>
                <w:lang w:val="da-DK"/>
              </w:rPr>
              <w:t xml:space="preserve"> </w:t>
            </w:r>
            <w:r w:rsidR="00C26D3C" w:rsidRPr="00255B8D">
              <w:rPr>
                <w:sz w:val="18"/>
                <w:szCs w:val="18"/>
                <w:lang w:val="da-DK"/>
              </w:rPr>
              <w:t>Ukendt</w:t>
            </w:r>
          </w:p>
        </w:tc>
      </w:tr>
      <w:tr w:rsidR="00C26D3C" w:rsidRPr="00255B8D" w14:paraId="11EAC470" w14:textId="77777777" w:rsidTr="000B505C">
        <w:trPr>
          <w:cantSplit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7B13AA79" w14:textId="77777777" w:rsidR="00C26D3C" w:rsidRPr="00FF1C66" w:rsidRDefault="00C26D3C" w:rsidP="00C26D3C">
            <w:pPr>
              <w:spacing w:after="0" w:line="240" w:lineRule="auto"/>
              <w:rPr>
                <w:rFonts w:hint="eastAsia"/>
                <w:sz w:val="18"/>
                <w:szCs w:val="18"/>
              </w:rPr>
            </w:pPr>
            <w:r w:rsidRPr="00FF1C66">
              <w:rPr>
                <w:rFonts w:eastAsia="Myriad Pro" w:cs="Myriad Pro" w:hint="eastAsia"/>
                <w:b/>
                <w:color w:val="1D2958"/>
                <w:sz w:val="18"/>
                <w:szCs w:val="18"/>
              </w:rPr>
              <w:t>Integritet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</w:tcPr>
          <w:p w14:paraId="3C7FE7C2" w14:textId="7735B51D" w:rsidR="00C26D3C" w:rsidRPr="00255B8D" w:rsidRDefault="00233006" w:rsidP="00C26D3C">
            <w:pPr>
              <w:spacing w:after="0" w:line="240" w:lineRule="auto"/>
              <w:rPr>
                <w:rFonts w:hint="eastAsia"/>
                <w:sz w:val="18"/>
                <w:szCs w:val="18"/>
                <w:lang w:val="da-DK"/>
              </w:rPr>
            </w:pPr>
            <w:sdt>
              <w:sdtPr>
                <w:rPr>
                  <w:sz w:val="18"/>
                  <w:szCs w:val="18"/>
                  <w:lang w:val="da-DK"/>
                </w:rPr>
                <w:alias w:val="Checkbox 14"/>
                <w:tag w:val="CHECKBOX_0014"/>
                <w:id w:val="-1916462124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C26D3C" w:rsidRPr="00255B8D">
                  <w:rPr>
                    <w:rFonts w:ascii="Segoe UI Symbol" w:hAnsi="Segoe UI Symbol" w:cs="Segoe UI Symbol"/>
                    <w:sz w:val="18"/>
                    <w:szCs w:val="18"/>
                    <w:lang w:val="da-DK"/>
                  </w:rPr>
                  <w:t>☐</w:t>
                </w:r>
              </w:sdtContent>
            </w:sdt>
            <w:r w:rsidR="00C26D3C" w:rsidRPr="00255B8D">
              <w:rPr>
                <w:rFonts w:hint="eastAsia"/>
                <w:sz w:val="18"/>
                <w:szCs w:val="18"/>
                <w:lang w:val="da-DK"/>
              </w:rPr>
              <w:t xml:space="preserve"> </w:t>
            </w:r>
            <w:proofErr w:type="spellStart"/>
            <w:r w:rsidR="00C26D3C" w:rsidRPr="00255B8D">
              <w:rPr>
                <w:rFonts w:hint="eastAsia"/>
                <w:sz w:val="18"/>
                <w:szCs w:val="18"/>
                <w:lang w:val="da-DK"/>
              </w:rPr>
              <w:t>Nej</w:t>
            </w:r>
            <w:r w:rsidR="00C26D3C" w:rsidRPr="00255B8D">
              <w:rPr>
                <w:sz w:val="18"/>
                <w:szCs w:val="18"/>
                <w:lang w:val="da-DK"/>
              </w:rPr>
              <w:t>ne</w:t>
            </w:r>
            <w:proofErr w:type="spellEnd"/>
            <w:r w:rsidR="00C26D3C" w:rsidRPr="00255B8D">
              <w:rPr>
                <w:sz w:val="18"/>
                <w:szCs w:val="18"/>
                <w:lang w:val="da-DK"/>
              </w:rPr>
              <w:t xml:space="preserve"> </w:t>
            </w:r>
            <w:sdt>
              <w:sdtPr>
                <w:rPr>
                  <w:sz w:val="18"/>
                  <w:szCs w:val="18"/>
                  <w:lang w:val="da-DK"/>
                </w:rPr>
                <w:alias w:val="Checkbox 15"/>
                <w:tag w:val="CHECKBOX_0015"/>
                <w:id w:val="-712885015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C26D3C" w:rsidRPr="00255B8D">
                  <w:rPr>
                    <w:rFonts w:ascii="Segoe UI Symbol" w:hAnsi="Segoe UI Symbol" w:cs="Segoe UI Symbol"/>
                    <w:sz w:val="18"/>
                    <w:szCs w:val="18"/>
                    <w:lang w:val="da-DK"/>
                  </w:rPr>
                  <w:t>☐</w:t>
                </w:r>
              </w:sdtContent>
            </w:sdt>
            <w:r w:rsidR="00C26D3C" w:rsidRPr="00255B8D">
              <w:rPr>
                <w:rFonts w:hint="eastAsia"/>
                <w:sz w:val="18"/>
                <w:szCs w:val="18"/>
                <w:lang w:val="da-DK"/>
              </w:rPr>
              <w:t xml:space="preserve"> </w:t>
            </w:r>
            <w:r w:rsidR="00C26D3C" w:rsidRPr="00255B8D">
              <w:rPr>
                <w:sz w:val="18"/>
                <w:szCs w:val="18"/>
                <w:lang w:val="da-DK"/>
              </w:rPr>
              <w:t xml:space="preserve">Lav </w:t>
            </w:r>
            <w:sdt>
              <w:sdtPr>
                <w:rPr>
                  <w:sz w:val="18"/>
                  <w:szCs w:val="18"/>
                  <w:lang w:val="da-DK"/>
                </w:rPr>
                <w:alias w:val="Checkbox 15"/>
                <w:tag w:val="CHECKBOX_0015"/>
                <w:id w:val="357621927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C26D3C" w:rsidRPr="00255B8D">
                  <w:rPr>
                    <w:rFonts w:ascii="Segoe UI Symbol" w:hAnsi="Segoe UI Symbol" w:cs="Segoe UI Symbol"/>
                    <w:sz w:val="18"/>
                    <w:szCs w:val="18"/>
                    <w:lang w:val="da-DK"/>
                  </w:rPr>
                  <w:t>☐</w:t>
                </w:r>
              </w:sdtContent>
            </w:sdt>
            <w:r w:rsidR="00C26D3C" w:rsidRPr="00255B8D">
              <w:rPr>
                <w:rFonts w:hint="eastAsia"/>
                <w:sz w:val="18"/>
                <w:szCs w:val="18"/>
                <w:lang w:val="da-DK"/>
              </w:rPr>
              <w:t xml:space="preserve"> </w:t>
            </w:r>
            <w:r w:rsidR="00C26D3C" w:rsidRPr="00255B8D">
              <w:rPr>
                <w:sz w:val="18"/>
                <w:szCs w:val="18"/>
                <w:lang w:val="da-DK"/>
              </w:rPr>
              <w:t xml:space="preserve">Middel </w:t>
            </w:r>
            <w:sdt>
              <w:sdtPr>
                <w:rPr>
                  <w:sz w:val="18"/>
                  <w:szCs w:val="18"/>
                  <w:lang w:val="da-DK"/>
                </w:rPr>
                <w:alias w:val="Checkbox 15"/>
                <w:tag w:val="CHECKBOX_0015"/>
                <w:id w:val="-730081465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C26D3C" w:rsidRPr="00255B8D">
                  <w:rPr>
                    <w:rFonts w:ascii="Segoe UI Symbol" w:hAnsi="Segoe UI Symbol" w:cs="Segoe UI Symbol"/>
                    <w:sz w:val="18"/>
                    <w:szCs w:val="18"/>
                    <w:lang w:val="da-DK"/>
                  </w:rPr>
                  <w:t>☐</w:t>
                </w:r>
              </w:sdtContent>
            </w:sdt>
            <w:r w:rsidR="00C26D3C" w:rsidRPr="00255B8D">
              <w:rPr>
                <w:rFonts w:hint="eastAsia"/>
                <w:sz w:val="18"/>
                <w:szCs w:val="18"/>
                <w:lang w:val="da-DK"/>
              </w:rPr>
              <w:t xml:space="preserve"> </w:t>
            </w:r>
            <w:r w:rsidR="00C26D3C" w:rsidRPr="00255B8D">
              <w:rPr>
                <w:sz w:val="18"/>
                <w:szCs w:val="18"/>
                <w:lang w:val="da-DK"/>
              </w:rPr>
              <w:t xml:space="preserve">Høj </w:t>
            </w:r>
            <w:sdt>
              <w:sdtPr>
                <w:rPr>
                  <w:sz w:val="18"/>
                  <w:szCs w:val="18"/>
                  <w:lang w:val="da-DK"/>
                </w:rPr>
                <w:alias w:val="Checkbox 15"/>
                <w:tag w:val="CHECKBOX_0015"/>
                <w:id w:val="932700775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C26D3C" w:rsidRPr="00255B8D">
                  <w:rPr>
                    <w:rFonts w:ascii="Segoe UI Symbol" w:hAnsi="Segoe UI Symbol" w:cs="Segoe UI Symbol"/>
                    <w:sz w:val="18"/>
                    <w:szCs w:val="18"/>
                    <w:lang w:val="da-DK"/>
                  </w:rPr>
                  <w:t>☐</w:t>
                </w:r>
              </w:sdtContent>
            </w:sdt>
            <w:r w:rsidR="00C26D3C" w:rsidRPr="00255B8D">
              <w:rPr>
                <w:rFonts w:hint="eastAsia"/>
                <w:sz w:val="18"/>
                <w:szCs w:val="18"/>
                <w:lang w:val="da-DK"/>
              </w:rPr>
              <w:t xml:space="preserve"> </w:t>
            </w:r>
            <w:r w:rsidR="00C26D3C" w:rsidRPr="00255B8D">
              <w:rPr>
                <w:sz w:val="18"/>
                <w:szCs w:val="18"/>
                <w:lang w:val="da-DK"/>
              </w:rPr>
              <w:t>Ukendt</w:t>
            </w:r>
          </w:p>
        </w:tc>
      </w:tr>
      <w:tr w:rsidR="00C26D3C" w:rsidRPr="00255B8D" w14:paraId="2C9EC529" w14:textId="77777777" w:rsidTr="000B505C">
        <w:trPr>
          <w:cantSplit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767EB0AF" w14:textId="77777777" w:rsidR="00C26D3C" w:rsidRPr="00FF1C66" w:rsidRDefault="00C26D3C" w:rsidP="00C26D3C">
            <w:pPr>
              <w:spacing w:after="0" w:line="240" w:lineRule="auto"/>
              <w:rPr>
                <w:rFonts w:hint="eastAsia"/>
                <w:sz w:val="18"/>
                <w:szCs w:val="18"/>
              </w:rPr>
            </w:pPr>
            <w:proofErr w:type="spellStart"/>
            <w:r w:rsidRPr="00FF1C66">
              <w:rPr>
                <w:rFonts w:eastAsia="Myriad Pro" w:cs="Myriad Pro" w:hint="eastAsia"/>
                <w:b/>
                <w:color w:val="1D2958"/>
                <w:sz w:val="18"/>
                <w:szCs w:val="18"/>
              </w:rPr>
              <w:t>Tilgængelighed</w:t>
            </w:r>
            <w:proofErr w:type="spellEnd"/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</w:tcPr>
          <w:p w14:paraId="754D2C05" w14:textId="7191BFE2" w:rsidR="00C26D3C" w:rsidRPr="00255B8D" w:rsidRDefault="00233006" w:rsidP="00C26D3C">
            <w:pPr>
              <w:spacing w:after="0" w:line="240" w:lineRule="auto"/>
              <w:rPr>
                <w:rFonts w:hint="eastAsia"/>
                <w:sz w:val="18"/>
                <w:szCs w:val="18"/>
                <w:lang w:val="da-DK"/>
              </w:rPr>
            </w:pPr>
            <w:sdt>
              <w:sdtPr>
                <w:rPr>
                  <w:sz w:val="18"/>
                  <w:szCs w:val="18"/>
                  <w:lang w:val="da-DK"/>
                </w:rPr>
                <w:alias w:val="Checkbox 14"/>
                <w:tag w:val="CHECKBOX_0014"/>
                <w:id w:val="-1975895844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C26D3C" w:rsidRPr="00255B8D">
                  <w:rPr>
                    <w:rFonts w:ascii="Segoe UI Symbol" w:hAnsi="Segoe UI Symbol" w:cs="Segoe UI Symbol"/>
                    <w:sz w:val="18"/>
                    <w:szCs w:val="18"/>
                    <w:lang w:val="da-DK"/>
                  </w:rPr>
                  <w:t>☐</w:t>
                </w:r>
              </w:sdtContent>
            </w:sdt>
            <w:r w:rsidR="00C26D3C" w:rsidRPr="00255B8D">
              <w:rPr>
                <w:rFonts w:hint="eastAsia"/>
                <w:sz w:val="18"/>
                <w:szCs w:val="18"/>
                <w:lang w:val="da-DK"/>
              </w:rPr>
              <w:t xml:space="preserve"> </w:t>
            </w:r>
            <w:proofErr w:type="spellStart"/>
            <w:r w:rsidR="00C26D3C" w:rsidRPr="00255B8D">
              <w:rPr>
                <w:rFonts w:hint="eastAsia"/>
                <w:sz w:val="18"/>
                <w:szCs w:val="18"/>
                <w:lang w:val="da-DK"/>
              </w:rPr>
              <w:t>Nej</w:t>
            </w:r>
            <w:r w:rsidR="00C26D3C" w:rsidRPr="00255B8D">
              <w:rPr>
                <w:sz w:val="18"/>
                <w:szCs w:val="18"/>
                <w:lang w:val="da-DK"/>
              </w:rPr>
              <w:t>ne</w:t>
            </w:r>
            <w:proofErr w:type="spellEnd"/>
            <w:r w:rsidR="00C26D3C" w:rsidRPr="00255B8D">
              <w:rPr>
                <w:sz w:val="18"/>
                <w:szCs w:val="18"/>
                <w:lang w:val="da-DK"/>
              </w:rPr>
              <w:t xml:space="preserve"> </w:t>
            </w:r>
            <w:sdt>
              <w:sdtPr>
                <w:rPr>
                  <w:sz w:val="18"/>
                  <w:szCs w:val="18"/>
                  <w:lang w:val="da-DK"/>
                </w:rPr>
                <w:alias w:val="Checkbox 15"/>
                <w:tag w:val="CHECKBOX_0015"/>
                <w:id w:val="-1324191089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C26D3C" w:rsidRPr="00255B8D">
                  <w:rPr>
                    <w:rFonts w:ascii="Segoe UI Symbol" w:hAnsi="Segoe UI Symbol" w:cs="Segoe UI Symbol"/>
                    <w:sz w:val="18"/>
                    <w:szCs w:val="18"/>
                    <w:lang w:val="da-DK"/>
                  </w:rPr>
                  <w:t>☐</w:t>
                </w:r>
              </w:sdtContent>
            </w:sdt>
            <w:r w:rsidR="00C26D3C" w:rsidRPr="00255B8D">
              <w:rPr>
                <w:rFonts w:hint="eastAsia"/>
                <w:sz w:val="18"/>
                <w:szCs w:val="18"/>
                <w:lang w:val="da-DK"/>
              </w:rPr>
              <w:t xml:space="preserve"> </w:t>
            </w:r>
            <w:r w:rsidR="00C26D3C" w:rsidRPr="00255B8D">
              <w:rPr>
                <w:sz w:val="18"/>
                <w:szCs w:val="18"/>
                <w:lang w:val="da-DK"/>
              </w:rPr>
              <w:t xml:space="preserve">Lav </w:t>
            </w:r>
            <w:sdt>
              <w:sdtPr>
                <w:rPr>
                  <w:sz w:val="18"/>
                  <w:szCs w:val="18"/>
                  <w:lang w:val="da-DK"/>
                </w:rPr>
                <w:alias w:val="Checkbox 15"/>
                <w:tag w:val="CHECKBOX_0015"/>
                <w:id w:val="568229614"/>
                <w14:checkbox>
                  <w14:checked w14:val="1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FF1C66" w:rsidRPr="00255B8D">
                  <w:rPr>
                    <w:rFonts w:ascii="Arial" w:hAnsi="Arial" w:cs="Arial"/>
                    <w:sz w:val="18"/>
                    <w:szCs w:val="18"/>
                    <w:lang w:val="da-DK"/>
                  </w:rPr>
                  <w:t>☒</w:t>
                </w:r>
              </w:sdtContent>
            </w:sdt>
            <w:r w:rsidR="00C26D3C" w:rsidRPr="00255B8D">
              <w:rPr>
                <w:rFonts w:hint="eastAsia"/>
                <w:sz w:val="18"/>
                <w:szCs w:val="18"/>
                <w:lang w:val="da-DK"/>
              </w:rPr>
              <w:t xml:space="preserve"> </w:t>
            </w:r>
            <w:r w:rsidR="00C26D3C" w:rsidRPr="00255B8D">
              <w:rPr>
                <w:sz w:val="18"/>
                <w:szCs w:val="18"/>
                <w:lang w:val="da-DK"/>
              </w:rPr>
              <w:t xml:space="preserve">Middel </w:t>
            </w:r>
            <w:sdt>
              <w:sdtPr>
                <w:rPr>
                  <w:sz w:val="18"/>
                  <w:szCs w:val="18"/>
                  <w:lang w:val="da-DK"/>
                </w:rPr>
                <w:alias w:val="Checkbox 15"/>
                <w:tag w:val="CHECKBOX_0015"/>
                <w:id w:val="-903059098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C26D3C" w:rsidRPr="00255B8D">
                  <w:rPr>
                    <w:rFonts w:ascii="Segoe UI Symbol" w:hAnsi="Segoe UI Symbol" w:cs="Segoe UI Symbol"/>
                    <w:sz w:val="18"/>
                    <w:szCs w:val="18"/>
                    <w:lang w:val="da-DK"/>
                  </w:rPr>
                  <w:t>☐</w:t>
                </w:r>
              </w:sdtContent>
            </w:sdt>
            <w:r w:rsidR="00C26D3C" w:rsidRPr="00255B8D">
              <w:rPr>
                <w:rFonts w:hint="eastAsia"/>
                <w:sz w:val="18"/>
                <w:szCs w:val="18"/>
                <w:lang w:val="da-DK"/>
              </w:rPr>
              <w:t xml:space="preserve"> </w:t>
            </w:r>
            <w:r w:rsidR="00C26D3C" w:rsidRPr="00255B8D">
              <w:rPr>
                <w:sz w:val="18"/>
                <w:szCs w:val="18"/>
                <w:lang w:val="da-DK"/>
              </w:rPr>
              <w:t xml:space="preserve">Høj </w:t>
            </w:r>
            <w:sdt>
              <w:sdtPr>
                <w:rPr>
                  <w:sz w:val="18"/>
                  <w:szCs w:val="18"/>
                  <w:lang w:val="da-DK"/>
                </w:rPr>
                <w:alias w:val="Checkbox 15"/>
                <w:tag w:val="CHECKBOX_0015"/>
                <w:id w:val="-914165875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C26D3C" w:rsidRPr="00255B8D">
                  <w:rPr>
                    <w:rFonts w:ascii="Segoe UI Symbol" w:hAnsi="Segoe UI Symbol" w:cs="Segoe UI Symbol"/>
                    <w:sz w:val="18"/>
                    <w:szCs w:val="18"/>
                    <w:lang w:val="da-DK"/>
                  </w:rPr>
                  <w:t>☐</w:t>
                </w:r>
              </w:sdtContent>
            </w:sdt>
            <w:r w:rsidR="00C26D3C" w:rsidRPr="00255B8D">
              <w:rPr>
                <w:rFonts w:hint="eastAsia"/>
                <w:sz w:val="18"/>
                <w:szCs w:val="18"/>
                <w:lang w:val="da-DK"/>
              </w:rPr>
              <w:t xml:space="preserve"> </w:t>
            </w:r>
            <w:r w:rsidR="00C26D3C" w:rsidRPr="00255B8D">
              <w:rPr>
                <w:sz w:val="18"/>
                <w:szCs w:val="18"/>
                <w:lang w:val="da-DK"/>
              </w:rPr>
              <w:t>Ukendt</w:t>
            </w:r>
          </w:p>
        </w:tc>
      </w:tr>
      <w:tr w:rsidR="00C26D3C" w:rsidRPr="00255B8D" w14:paraId="6CEE7253" w14:textId="77777777" w:rsidTr="000B505C">
        <w:trPr>
          <w:cantSplit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61FE8DC9" w14:textId="77777777" w:rsidR="00C26D3C" w:rsidRPr="00FF1C66" w:rsidRDefault="00C26D3C" w:rsidP="00C26D3C">
            <w:pPr>
              <w:spacing w:after="0" w:line="240" w:lineRule="auto"/>
              <w:rPr>
                <w:rFonts w:hint="eastAsia"/>
                <w:sz w:val="18"/>
                <w:szCs w:val="18"/>
              </w:rPr>
            </w:pPr>
            <w:proofErr w:type="spellStart"/>
            <w:r w:rsidRPr="00FF1C66">
              <w:rPr>
                <w:rFonts w:eastAsia="Myriad Pro" w:cs="Myriad Pro" w:hint="eastAsia"/>
                <w:b/>
                <w:color w:val="1D2958"/>
                <w:sz w:val="18"/>
                <w:szCs w:val="18"/>
              </w:rPr>
              <w:t>Sikkerhed</w:t>
            </w:r>
            <w:proofErr w:type="spellEnd"/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</w:tcPr>
          <w:p w14:paraId="7D923454" w14:textId="4C02140C" w:rsidR="00C26D3C" w:rsidRPr="00255B8D" w:rsidRDefault="00233006" w:rsidP="00C26D3C">
            <w:pPr>
              <w:spacing w:after="0" w:line="240" w:lineRule="auto"/>
              <w:rPr>
                <w:rFonts w:hint="eastAsia"/>
                <w:sz w:val="18"/>
                <w:szCs w:val="18"/>
                <w:lang w:val="da-DK"/>
              </w:rPr>
            </w:pPr>
            <w:sdt>
              <w:sdtPr>
                <w:rPr>
                  <w:sz w:val="18"/>
                  <w:szCs w:val="18"/>
                  <w:lang w:val="da-DK"/>
                </w:rPr>
                <w:alias w:val="Checkbox 14"/>
                <w:tag w:val="CHECKBOX_0014"/>
                <w:id w:val="24375251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C26D3C" w:rsidRPr="00255B8D">
                  <w:rPr>
                    <w:rFonts w:ascii="Segoe UI Symbol" w:hAnsi="Segoe UI Symbol" w:cs="Segoe UI Symbol"/>
                    <w:sz w:val="18"/>
                    <w:szCs w:val="18"/>
                    <w:lang w:val="da-DK"/>
                  </w:rPr>
                  <w:t>☐</w:t>
                </w:r>
              </w:sdtContent>
            </w:sdt>
            <w:r w:rsidR="00C26D3C" w:rsidRPr="00255B8D">
              <w:rPr>
                <w:rFonts w:hint="eastAsia"/>
                <w:sz w:val="18"/>
                <w:szCs w:val="18"/>
                <w:lang w:val="da-DK"/>
              </w:rPr>
              <w:t xml:space="preserve"> </w:t>
            </w:r>
            <w:proofErr w:type="spellStart"/>
            <w:r w:rsidR="00C26D3C" w:rsidRPr="00255B8D">
              <w:rPr>
                <w:rFonts w:hint="eastAsia"/>
                <w:sz w:val="18"/>
                <w:szCs w:val="18"/>
                <w:lang w:val="da-DK"/>
              </w:rPr>
              <w:t>Nej</w:t>
            </w:r>
            <w:r w:rsidR="00C26D3C" w:rsidRPr="00255B8D">
              <w:rPr>
                <w:sz w:val="18"/>
                <w:szCs w:val="18"/>
                <w:lang w:val="da-DK"/>
              </w:rPr>
              <w:t>ne</w:t>
            </w:r>
            <w:proofErr w:type="spellEnd"/>
            <w:r w:rsidR="00C26D3C" w:rsidRPr="00255B8D">
              <w:rPr>
                <w:sz w:val="18"/>
                <w:szCs w:val="18"/>
                <w:lang w:val="da-DK"/>
              </w:rPr>
              <w:t xml:space="preserve"> </w:t>
            </w:r>
            <w:sdt>
              <w:sdtPr>
                <w:rPr>
                  <w:sz w:val="18"/>
                  <w:szCs w:val="18"/>
                  <w:lang w:val="da-DK"/>
                </w:rPr>
                <w:alias w:val="Checkbox 15"/>
                <w:tag w:val="CHECKBOX_0015"/>
                <w:id w:val="-450864777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C26D3C" w:rsidRPr="00255B8D">
                  <w:rPr>
                    <w:rFonts w:ascii="Segoe UI Symbol" w:hAnsi="Segoe UI Symbol" w:cs="Segoe UI Symbol"/>
                    <w:sz w:val="18"/>
                    <w:szCs w:val="18"/>
                    <w:lang w:val="da-DK"/>
                  </w:rPr>
                  <w:t>☐</w:t>
                </w:r>
              </w:sdtContent>
            </w:sdt>
            <w:r w:rsidR="00C26D3C" w:rsidRPr="00255B8D">
              <w:rPr>
                <w:rFonts w:hint="eastAsia"/>
                <w:sz w:val="18"/>
                <w:szCs w:val="18"/>
                <w:lang w:val="da-DK"/>
              </w:rPr>
              <w:t xml:space="preserve"> </w:t>
            </w:r>
            <w:r w:rsidR="00C26D3C" w:rsidRPr="00255B8D">
              <w:rPr>
                <w:sz w:val="18"/>
                <w:szCs w:val="18"/>
                <w:lang w:val="da-DK"/>
              </w:rPr>
              <w:t xml:space="preserve">Lav </w:t>
            </w:r>
            <w:sdt>
              <w:sdtPr>
                <w:rPr>
                  <w:sz w:val="18"/>
                  <w:szCs w:val="18"/>
                  <w:lang w:val="da-DK"/>
                </w:rPr>
                <w:alias w:val="Checkbox 15"/>
                <w:tag w:val="CHECKBOX_0015"/>
                <w:id w:val="1980098868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C26D3C" w:rsidRPr="00255B8D">
                  <w:rPr>
                    <w:rFonts w:ascii="Segoe UI Symbol" w:hAnsi="Segoe UI Symbol" w:cs="Segoe UI Symbol"/>
                    <w:sz w:val="18"/>
                    <w:szCs w:val="18"/>
                    <w:lang w:val="da-DK"/>
                  </w:rPr>
                  <w:t>☐</w:t>
                </w:r>
              </w:sdtContent>
            </w:sdt>
            <w:r w:rsidR="00C26D3C" w:rsidRPr="00255B8D">
              <w:rPr>
                <w:rFonts w:hint="eastAsia"/>
                <w:sz w:val="18"/>
                <w:szCs w:val="18"/>
                <w:lang w:val="da-DK"/>
              </w:rPr>
              <w:t xml:space="preserve"> </w:t>
            </w:r>
            <w:r w:rsidR="00C26D3C" w:rsidRPr="00255B8D">
              <w:rPr>
                <w:sz w:val="18"/>
                <w:szCs w:val="18"/>
                <w:lang w:val="da-DK"/>
              </w:rPr>
              <w:t xml:space="preserve">Middel </w:t>
            </w:r>
            <w:sdt>
              <w:sdtPr>
                <w:rPr>
                  <w:sz w:val="18"/>
                  <w:szCs w:val="18"/>
                  <w:lang w:val="da-DK"/>
                </w:rPr>
                <w:alias w:val="Checkbox 15"/>
                <w:tag w:val="CHECKBOX_0015"/>
                <w:id w:val="-517768858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C26D3C" w:rsidRPr="00255B8D">
                  <w:rPr>
                    <w:rFonts w:ascii="Segoe UI Symbol" w:hAnsi="Segoe UI Symbol" w:cs="Segoe UI Symbol"/>
                    <w:sz w:val="18"/>
                    <w:szCs w:val="18"/>
                    <w:lang w:val="da-DK"/>
                  </w:rPr>
                  <w:t>☐</w:t>
                </w:r>
              </w:sdtContent>
            </w:sdt>
            <w:r w:rsidR="00C26D3C" w:rsidRPr="00255B8D">
              <w:rPr>
                <w:rFonts w:hint="eastAsia"/>
                <w:sz w:val="18"/>
                <w:szCs w:val="18"/>
                <w:lang w:val="da-DK"/>
              </w:rPr>
              <w:t xml:space="preserve"> </w:t>
            </w:r>
            <w:r w:rsidR="00C26D3C" w:rsidRPr="00255B8D">
              <w:rPr>
                <w:sz w:val="18"/>
                <w:szCs w:val="18"/>
                <w:lang w:val="da-DK"/>
              </w:rPr>
              <w:t xml:space="preserve">Høj </w:t>
            </w:r>
            <w:sdt>
              <w:sdtPr>
                <w:rPr>
                  <w:sz w:val="18"/>
                  <w:szCs w:val="18"/>
                  <w:lang w:val="da-DK"/>
                </w:rPr>
                <w:alias w:val="Checkbox 15"/>
                <w:tag w:val="CHECKBOX_0015"/>
                <w:id w:val="-1567034122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C26D3C" w:rsidRPr="00255B8D">
                  <w:rPr>
                    <w:rFonts w:ascii="Segoe UI Symbol" w:hAnsi="Segoe UI Symbol" w:cs="Segoe UI Symbol"/>
                    <w:sz w:val="18"/>
                    <w:szCs w:val="18"/>
                    <w:lang w:val="da-DK"/>
                  </w:rPr>
                  <w:t>☐</w:t>
                </w:r>
              </w:sdtContent>
            </w:sdt>
            <w:r w:rsidR="00C26D3C" w:rsidRPr="00255B8D">
              <w:rPr>
                <w:rFonts w:hint="eastAsia"/>
                <w:sz w:val="18"/>
                <w:szCs w:val="18"/>
                <w:lang w:val="da-DK"/>
              </w:rPr>
              <w:t xml:space="preserve"> </w:t>
            </w:r>
            <w:r w:rsidR="00C26D3C" w:rsidRPr="00255B8D">
              <w:rPr>
                <w:sz w:val="18"/>
                <w:szCs w:val="18"/>
                <w:lang w:val="da-DK"/>
              </w:rPr>
              <w:t>Ukendt</w:t>
            </w:r>
          </w:p>
        </w:tc>
      </w:tr>
      <w:tr w:rsidR="00C26D3C" w:rsidRPr="00255B8D" w14:paraId="09439440" w14:textId="77777777" w:rsidTr="000B505C">
        <w:trPr>
          <w:cantSplit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12A4C514" w14:textId="77777777" w:rsidR="00C26D3C" w:rsidRPr="00FF1C66" w:rsidRDefault="00C26D3C" w:rsidP="00C26D3C">
            <w:pPr>
              <w:spacing w:after="0" w:line="240" w:lineRule="auto"/>
              <w:rPr>
                <w:rFonts w:hint="eastAsia"/>
                <w:sz w:val="18"/>
                <w:szCs w:val="18"/>
              </w:rPr>
            </w:pPr>
            <w:proofErr w:type="spellStart"/>
            <w:r w:rsidRPr="00FF1C66">
              <w:rPr>
                <w:rFonts w:eastAsia="Myriad Pro" w:cs="Myriad Pro" w:hint="eastAsia"/>
                <w:b/>
                <w:color w:val="1D2958"/>
                <w:sz w:val="18"/>
                <w:szCs w:val="18"/>
              </w:rPr>
              <w:t>Privatliv</w:t>
            </w:r>
            <w:proofErr w:type="spellEnd"/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</w:tcPr>
          <w:p w14:paraId="56294B88" w14:textId="06C7F5AB" w:rsidR="00C26D3C" w:rsidRPr="00255B8D" w:rsidRDefault="00233006" w:rsidP="00C26D3C">
            <w:pPr>
              <w:spacing w:after="0" w:line="240" w:lineRule="auto"/>
              <w:rPr>
                <w:rFonts w:hint="eastAsia"/>
                <w:sz w:val="18"/>
                <w:szCs w:val="18"/>
                <w:lang w:val="da-DK"/>
              </w:rPr>
            </w:pPr>
            <w:sdt>
              <w:sdtPr>
                <w:rPr>
                  <w:sz w:val="18"/>
                  <w:szCs w:val="18"/>
                  <w:lang w:val="da-DK"/>
                </w:rPr>
                <w:alias w:val="Checkbox 14"/>
                <w:tag w:val="CHECKBOX_0014"/>
                <w:id w:val="1081492899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C26D3C" w:rsidRPr="00255B8D">
                  <w:rPr>
                    <w:rFonts w:ascii="Segoe UI Symbol" w:hAnsi="Segoe UI Symbol" w:cs="Segoe UI Symbol"/>
                    <w:sz w:val="18"/>
                    <w:szCs w:val="18"/>
                    <w:lang w:val="da-DK"/>
                  </w:rPr>
                  <w:t>☐</w:t>
                </w:r>
              </w:sdtContent>
            </w:sdt>
            <w:r w:rsidR="00C26D3C" w:rsidRPr="00255B8D">
              <w:rPr>
                <w:rFonts w:hint="eastAsia"/>
                <w:sz w:val="18"/>
                <w:szCs w:val="18"/>
                <w:lang w:val="da-DK"/>
              </w:rPr>
              <w:t xml:space="preserve"> </w:t>
            </w:r>
            <w:proofErr w:type="spellStart"/>
            <w:r w:rsidR="00C26D3C" w:rsidRPr="00255B8D">
              <w:rPr>
                <w:rFonts w:hint="eastAsia"/>
                <w:sz w:val="18"/>
                <w:szCs w:val="18"/>
                <w:lang w:val="da-DK"/>
              </w:rPr>
              <w:t>Nej</w:t>
            </w:r>
            <w:r w:rsidR="00C26D3C" w:rsidRPr="00255B8D">
              <w:rPr>
                <w:sz w:val="18"/>
                <w:szCs w:val="18"/>
                <w:lang w:val="da-DK"/>
              </w:rPr>
              <w:t>ne</w:t>
            </w:r>
            <w:proofErr w:type="spellEnd"/>
            <w:r w:rsidR="00C26D3C" w:rsidRPr="00255B8D">
              <w:rPr>
                <w:sz w:val="18"/>
                <w:szCs w:val="18"/>
                <w:lang w:val="da-DK"/>
              </w:rPr>
              <w:t xml:space="preserve"> </w:t>
            </w:r>
            <w:sdt>
              <w:sdtPr>
                <w:rPr>
                  <w:sz w:val="18"/>
                  <w:szCs w:val="18"/>
                  <w:lang w:val="da-DK"/>
                </w:rPr>
                <w:alias w:val="Checkbox 15"/>
                <w:tag w:val="CHECKBOX_0015"/>
                <w:id w:val="-846946052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C26D3C" w:rsidRPr="00255B8D">
                  <w:rPr>
                    <w:rFonts w:ascii="Segoe UI Symbol" w:hAnsi="Segoe UI Symbol" w:cs="Segoe UI Symbol"/>
                    <w:sz w:val="18"/>
                    <w:szCs w:val="18"/>
                    <w:lang w:val="da-DK"/>
                  </w:rPr>
                  <w:t>☐</w:t>
                </w:r>
              </w:sdtContent>
            </w:sdt>
            <w:r w:rsidR="00C26D3C" w:rsidRPr="00255B8D">
              <w:rPr>
                <w:rFonts w:hint="eastAsia"/>
                <w:sz w:val="18"/>
                <w:szCs w:val="18"/>
                <w:lang w:val="da-DK"/>
              </w:rPr>
              <w:t xml:space="preserve"> </w:t>
            </w:r>
            <w:r w:rsidR="00C26D3C" w:rsidRPr="00255B8D">
              <w:rPr>
                <w:sz w:val="18"/>
                <w:szCs w:val="18"/>
                <w:lang w:val="da-DK"/>
              </w:rPr>
              <w:t xml:space="preserve">Lav </w:t>
            </w:r>
            <w:sdt>
              <w:sdtPr>
                <w:rPr>
                  <w:sz w:val="18"/>
                  <w:szCs w:val="18"/>
                  <w:lang w:val="da-DK"/>
                </w:rPr>
                <w:alias w:val="Checkbox 15"/>
                <w:tag w:val="CHECKBOX_0015"/>
                <w:id w:val="876591318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C26D3C" w:rsidRPr="00255B8D">
                  <w:rPr>
                    <w:rFonts w:ascii="Segoe UI Symbol" w:hAnsi="Segoe UI Symbol" w:cs="Segoe UI Symbol"/>
                    <w:sz w:val="18"/>
                    <w:szCs w:val="18"/>
                    <w:lang w:val="da-DK"/>
                  </w:rPr>
                  <w:t>☐</w:t>
                </w:r>
              </w:sdtContent>
            </w:sdt>
            <w:r w:rsidR="00C26D3C" w:rsidRPr="00255B8D">
              <w:rPr>
                <w:rFonts w:hint="eastAsia"/>
                <w:sz w:val="18"/>
                <w:szCs w:val="18"/>
                <w:lang w:val="da-DK"/>
              </w:rPr>
              <w:t xml:space="preserve"> </w:t>
            </w:r>
            <w:r w:rsidR="00C26D3C" w:rsidRPr="00255B8D">
              <w:rPr>
                <w:sz w:val="18"/>
                <w:szCs w:val="18"/>
                <w:lang w:val="da-DK"/>
              </w:rPr>
              <w:t xml:space="preserve">Middel </w:t>
            </w:r>
            <w:sdt>
              <w:sdtPr>
                <w:rPr>
                  <w:sz w:val="18"/>
                  <w:szCs w:val="18"/>
                  <w:lang w:val="da-DK"/>
                </w:rPr>
                <w:alias w:val="Checkbox 15"/>
                <w:tag w:val="CHECKBOX_0015"/>
                <w:id w:val="1249155325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C26D3C" w:rsidRPr="00255B8D">
                  <w:rPr>
                    <w:rFonts w:ascii="Segoe UI Symbol" w:hAnsi="Segoe UI Symbol" w:cs="Segoe UI Symbol"/>
                    <w:sz w:val="18"/>
                    <w:szCs w:val="18"/>
                    <w:lang w:val="da-DK"/>
                  </w:rPr>
                  <w:t>☐</w:t>
                </w:r>
              </w:sdtContent>
            </w:sdt>
            <w:r w:rsidR="00C26D3C" w:rsidRPr="00255B8D">
              <w:rPr>
                <w:rFonts w:hint="eastAsia"/>
                <w:sz w:val="18"/>
                <w:szCs w:val="18"/>
                <w:lang w:val="da-DK"/>
              </w:rPr>
              <w:t xml:space="preserve"> </w:t>
            </w:r>
            <w:r w:rsidR="00C26D3C" w:rsidRPr="00255B8D">
              <w:rPr>
                <w:sz w:val="18"/>
                <w:szCs w:val="18"/>
                <w:lang w:val="da-DK"/>
              </w:rPr>
              <w:t xml:space="preserve">Høj </w:t>
            </w:r>
            <w:sdt>
              <w:sdtPr>
                <w:rPr>
                  <w:sz w:val="18"/>
                  <w:szCs w:val="18"/>
                  <w:lang w:val="da-DK"/>
                </w:rPr>
                <w:alias w:val="Checkbox 15"/>
                <w:tag w:val="CHECKBOX_0015"/>
                <w:id w:val="-1894640933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C26D3C" w:rsidRPr="00255B8D">
                  <w:rPr>
                    <w:rFonts w:ascii="Segoe UI Symbol" w:hAnsi="Segoe UI Symbol" w:cs="Segoe UI Symbol"/>
                    <w:sz w:val="18"/>
                    <w:szCs w:val="18"/>
                    <w:lang w:val="da-DK"/>
                  </w:rPr>
                  <w:t>☐</w:t>
                </w:r>
              </w:sdtContent>
            </w:sdt>
            <w:r w:rsidR="00C26D3C" w:rsidRPr="00255B8D">
              <w:rPr>
                <w:rFonts w:hint="eastAsia"/>
                <w:sz w:val="18"/>
                <w:szCs w:val="18"/>
                <w:lang w:val="da-DK"/>
              </w:rPr>
              <w:t xml:space="preserve"> </w:t>
            </w:r>
            <w:r w:rsidR="00C26D3C" w:rsidRPr="00255B8D">
              <w:rPr>
                <w:sz w:val="18"/>
                <w:szCs w:val="18"/>
                <w:lang w:val="da-DK"/>
              </w:rPr>
              <w:t>Ukendt</w:t>
            </w:r>
          </w:p>
        </w:tc>
      </w:tr>
      <w:tr w:rsidR="00C26D3C" w:rsidRPr="00255B8D" w14:paraId="2ADA69B1" w14:textId="77777777" w:rsidTr="000B505C">
        <w:trPr>
          <w:cantSplit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6B10A005" w14:textId="04DBAA66" w:rsidR="00C26D3C" w:rsidRPr="00255B8D" w:rsidRDefault="00345DA7" w:rsidP="00C26D3C">
            <w:pPr>
              <w:spacing w:after="0" w:line="240" w:lineRule="auto"/>
              <w:rPr>
                <w:rFonts w:eastAsia="Myriad Pro" w:cs="Myriad Pro"/>
                <w:b/>
                <w:color w:val="1D2958"/>
                <w:sz w:val="18"/>
                <w:szCs w:val="18"/>
                <w:lang w:val="da-DK"/>
              </w:rPr>
            </w:pPr>
            <w:r w:rsidRPr="00255B8D">
              <w:rPr>
                <w:rFonts w:eastAsia="Myriad Pro" w:cs="Myriad Pro"/>
                <w:b/>
                <w:color w:val="1D2958"/>
                <w:sz w:val="18"/>
                <w:szCs w:val="18"/>
                <w:lang w:val="da-DK"/>
              </w:rPr>
              <w:t>Konsekvenser for forsyningskæden eller det bredere økosystem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</w:tcPr>
          <w:p w14:paraId="77D7BF7F" w14:textId="2DF6C58A" w:rsidR="00C26D3C" w:rsidRPr="00255B8D" w:rsidRDefault="00345DA7" w:rsidP="00345DA7">
            <w:pPr>
              <w:rPr>
                <w:rFonts w:hint="eastAsia"/>
                <w:sz w:val="18"/>
                <w:szCs w:val="18"/>
                <w:lang w:val="da-DK"/>
              </w:rPr>
            </w:pPr>
            <w:r w:rsidRPr="00255B8D">
              <w:rPr>
                <w:rFonts w:ascii="Segoe UI Symbol" w:hAnsi="Segoe UI Symbol" w:cs="Segoe UI Symbol"/>
                <w:sz w:val="18"/>
                <w:szCs w:val="18"/>
                <w:lang w:val="da-DK"/>
              </w:rPr>
              <w:t>☐</w:t>
            </w:r>
            <w:r w:rsidRPr="00255B8D">
              <w:rPr>
                <w:sz w:val="18"/>
                <w:szCs w:val="18"/>
                <w:lang w:val="da-DK"/>
              </w:rPr>
              <w:t xml:space="preserve"> Ingen </w:t>
            </w:r>
            <w:r w:rsidRPr="00255B8D">
              <w:rPr>
                <w:rFonts w:ascii="Segoe UI Symbol" w:hAnsi="Segoe UI Symbol" w:cs="Segoe UI Symbol"/>
                <w:sz w:val="18"/>
                <w:szCs w:val="18"/>
                <w:lang w:val="da-DK"/>
              </w:rPr>
              <w:t>☐</w:t>
            </w:r>
            <w:r w:rsidRPr="00255B8D">
              <w:rPr>
                <w:sz w:val="18"/>
                <w:szCs w:val="18"/>
                <w:lang w:val="da-DK"/>
              </w:rPr>
              <w:t xml:space="preserve"> Lav </w:t>
            </w:r>
            <w:r w:rsidRPr="00255B8D">
              <w:rPr>
                <w:rFonts w:ascii="Segoe UI Symbol" w:hAnsi="Segoe UI Symbol" w:cs="Segoe UI Symbol"/>
                <w:sz w:val="18"/>
                <w:szCs w:val="18"/>
                <w:lang w:val="da-DK"/>
              </w:rPr>
              <w:t>☐</w:t>
            </w:r>
            <w:r w:rsidRPr="00255B8D">
              <w:rPr>
                <w:sz w:val="18"/>
                <w:szCs w:val="18"/>
                <w:lang w:val="da-DK"/>
              </w:rPr>
              <w:t xml:space="preserve"> Middel </w:t>
            </w:r>
            <w:r w:rsidRPr="00255B8D">
              <w:rPr>
                <w:rFonts w:ascii="Segoe UI Symbol" w:hAnsi="Segoe UI Symbol" w:cs="Segoe UI Symbol"/>
                <w:sz w:val="18"/>
                <w:szCs w:val="18"/>
                <w:lang w:val="da-DK"/>
              </w:rPr>
              <w:t>☐</w:t>
            </w:r>
            <w:r w:rsidRPr="00255B8D">
              <w:rPr>
                <w:sz w:val="18"/>
                <w:szCs w:val="18"/>
                <w:lang w:val="da-DK"/>
              </w:rPr>
              <w:t xml:space="preserve"> Høj </w:t>
            </w:r>
            <w:r w:rsidRPr="00255B8D">
              <w:rPr>
                <w:rFonts w:ascii="Segoe UI Symbol" w:hAnsi="Segoe UI Symbol" w:cs="Segoe UI Symbol"/>
                <w:sz w:val="18"/>
                <w:szCs w:val="18"/>
                <w:lang w:val="da-DK"/>
              </w:rPr>
              <w:t>☐</w:t>
            </w:r>
            <w:r w:rsidRPr="00255B8D">
              <w:rPr>
                <w:sz w:val="18"/>
                <w:szCs w:val="18"/>
                <w:lang w:val="da-DK"/>
              </w:rPr>
              <w:t xml:space="preserve"> Ukendt</w:t>
            </w:r>
          </w:p>
        </w:tc>
      </w:tr>
      <w:tr w:rsidR="00C26D3C" w:rsidRPr="00FF1C66" w14:paraId="31C4B4D1" w14:textId="77777777" w:rsidTr="0071281F">
        <w:trPr>
          <w:cantSplit/>
          <w:trHeight w:val="526"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16156F11" w14:textId="6E0E88A1" w:rsidR="0071281F" w:rsidRPr="00255B8D" w:rsidRDefault="00345DA7" w:rsidP="00C26D3C">
            <w:pPr>
              <w:spacing w:after="0" w:line="240" w:lineRule="auto"/>
              <w:rPr>
                <w:rFonts w:eastAsia="Myriad Pro" w:cs="Myriad Pro"/>
                <w:b/>
                <w:color w:val="1D2958"/>
                <w:sz w:val="18"/>
                <w:szCs w:val="18"/>
                <w:lang w:val="da-DK"/>
              </w:rPr>
            </w:pPr>
            <w:r w:rsidRPr="00255B8D">
              <w:rPr>
                <w:rFonts w:eastAsia="Myriad Pro" w:cs="Myriad Pro" w:hint="eastAsia"/>
                <w:b/>
                <w:color w:val="1D2958"/>
                <w:sz w:val="18"/>
                <w:szCs w:val="18"/>
                <w:lang w:val="da-DK"/>
              </w:rPr>
              <w:t>Foreslået alvorlighedsgrad, hvis tilgængelig (valgfrit)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</w:tcPr>
          <w:p w14:paraId="581FDB60" w14:textId="6002D3B1" w:rsidR="00345DA7" w:rsidRPr="00FF1C66" w:rsidRDefault="00345DA7" w:rsidP="00345DA7">
            <w:pPr>
              <w:rPr>
                <w:rFonts w:hint="eastAsia"/>
                <w:sz w:val="18"/>
                <w:szCs w:val="18"/>
              </w:rPr>
            </w:pPr>
            <w:r w:rsidRPr="00FF1C66"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  <w:r w:rsidRPr="00FF1C66">
              <w:rPr>
                <w:sz w:val="18"/>
                <w:szCs w:val="18"/>
              </w:rPr>
              <w:t xml:space="preserve"> Lav </w:t>
            </w:r>
            <w:r w:rsidRPr="00FF1C66"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  <w:r w:rsidRPr="00FF1C66">
              <w:rPr>
                <w:sz w:val="18"/>
                <w:szCs w:val="18"/>
              </w:rPr>
              <w:t xml:space="preserve"> Middel </w:t>
            </w:r>
            <w:r w:rsidRPr="00FF1C66"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  <w:r w:rsidRPr="00FF1C66">
              <w:rPr>
                <w:sz w:val="18"/>
                <w:szCs w:val="18"/>
              </w:rPr>
              <w:t xml:space="preserve"> Høj</w:t>
            </w:r>
            <w:r w:rsidR="0060447F" w:rsidRPr="00FF1C66">
              <w:rPr>
                <w:sz w:val="18"/>
                <w:szCs w:val="18"/>
              </w:rPr>
              <w:t xml:space="preserve"> </w:t>
            </w:r>
            <w:r w:rsidR="0060447F" w:rsidRPr="00FF1C66"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  <w:r w:rsidR="0060447F" w:rsidRPr="00FF1C66">
              <w:rPr>
                <w:sz w:val="18"/>
                <w:szCs w:val="18"/>
              </w:rPr>
              <w:t xml:space="preserve"> Kritisk</w:t>
            </w:r>
            <w:r w:rsidRPr="00FF1C66">
              <w:rPr>
                <w:sz w:val="18"/>
                <w:szCs w:val="18"/>
              </w:rPr>
              <w:t xml:space="preserve"> </w:t>
            </w:r>
            <w:r w:rsidRPr="00FF1C66"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  <w:r w:rsidRPr="00FF1C66">
              <w:rPr>
                <w:sz w:val="18"/>
                <w:szCs w:val="18"/>
              </w:rPr>
              <w:t xml:space="preserve"> Ukendt</w:t>
            </w:r>
          </w:p>
          <w:p w14:paraId="4F52AD07" w14:textId="77777777" w:rsidR="00C26D3C" w:rsidRPr="00FF1C66" w:rsidRDefault="00C26D3C" w:rsidP="00C26D3C">
            <w:pPr>
              <w:spacing w:after="0" w:line="240" w:lineRule="auto"/>
              <w:rPr>
                <w:rFonts w:hint="eastAsia"/>
                <w:sz w:val="18"/>
                <w:szCs w:val="18"/>
              </w:rPr>
            </w:pPr>
          </w:p>
        </w:tc>
      </w:tr>
      <w:tr w:rsidR="0071281F" w:rsidRPr="00255B8D" w14:paraId="5B3BCEAF" w14:textId="77777777" w:rsidTr="000B505C">
        <w:trPr>
          <w:cantSplit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272403F4" w14:textId="121ACD43" w:rsidR="0071281F" w:rsidRPr="00255B8D" w:rsidRDefault="0071281F" w:rsidP="00C26D3C">
            <w:pPr>
              <w:spacing w:after="0" w:line="240" w:lineRule="auto"/>
              <w:rPr>
                <w:rFonts w:eastAsia="Myriad Pro" w:cs="Myriad Pro"/>
                <w:b/>
                <w:color w:val="1D2958"/>
                <w:sz w:val="18"/>
                <w:szCs w:val="18"/>
                <w:lang w:val="da-DK"/>
              </w:rPr>
            </w:pPr>
            <w:r w:rsidRPr="00255B8D">
              <w:rPr>
                <w:rFonts w:eastAsia="Myriad Pro" w:cs="Myriad Pro"/>
                <w:b/>
                <w:color w:val="1D2958"/>
                <w:sz w:val="18"/>
                <w:szCs w:val="18"/>
                <w:lang w:val="da-DK"/>
              </w:rPr>
              <w:t>CVSS-vektor, hvis tilgængelig (valgfrit)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</w:tcPr>
          <w:p w14:paraId="2BB85FB1" w14:textId="77777777" w:rsidR="0071281F" w:rsidRPr="00255B8D" w:rsidRDefault="0071281F" w:rsidP="00345DA7">
            <w:pPr>
              <w:rPr>
                <w:rFonts w:ascii="Segoe UI Symbol" w:hAnsi="Segoe UI Symbol" w:cs="Segoe UI Symbol"/>
                <w:sz w:val="18"/>
                <w:szCs w:val="18"/>
                <w:lang w:val="da-DK"/>
              </w:rPr>
            </w:pPr>
          </w:p>
        </w:tc>
      </w:tr>
    </w:tbl>
    <w:p w14:paraId="5C8DF8EA" w14:textId="77777777" w:rsidR="00A5425F" w:rsidRPr="00255B8D" w:rsidRDefault="00A5425F" w:rsidP="00A5425F">
      <w:pPr>
        <w:spacing w:after="110" w:line="259" w:lineRule="auto"/>
        <w:rPr>
          <w:rFonts w:hint="eastAsia"/>
          <w:lang w:val="da-DK"/>
        </w:rPr>
      </w:pPr>
    </w:p>
    <w:p w14:paraId="4D930159" w14:textId="72D70460" w:rsidR="00A5425F" w:rsidRDefault="00DF7C4F" w:rsidP="00A5425F">
      <w:pPr>
        <w:pStyle w:val="Heading2"/>
        <w:spacing w:after="80"/>
      </w:pPr>
      <w:bookmarkStart w:id="6" w:name="_Toc239339918"/>
      <w:r>
        <w:rPr>
          <w:rFonts w:ascii="Ubuntu" w:eastAsia="Ubuntu" w:hAnsi="Ubuntu" w:cs="Ubuntu"/>
          <w:u w:val="single"/>
        </w:rPr>
        <w:t xml:space="preserve">6. Status for </w:t>
      </w:r>
      <w:proofErr w:type="spellStart"/>
      <w:r>
        <w:rPr>
          <w:rFonts w:ascii="Ubuntu" w:eastAsia="Ubuntu" w:hAnsi="Ubuntu" w:cs="Ubuntu"/>
          <w:u w:val="single"/>
        </w:rPr>
        <w:t>udnyttelse</w:t>
      </w:r>
      <w:proofErr w:type="spellEnd"/>
      <w:r>
        <w:rPr>
          <w:rFonts w:ascii="Ubuntu" w:eastAsia="Ubuntu" w:hAnsi="Ubuntu" w:cs="Ubuntu"/>
          <w:u w:val="single"/>
        </w:rPr>
        <w:t xml:space="preserve"> </w:t>
      </w:r>
      <w:proofErr w:type="spellStart"/>
      <w:r>
        <w:rPr>
          <w:rFonts w:ascii="Ubuntu" w:eastAsia="Ubuntu" w:hAnsi="Ubuntu" w:cs="Ubuntu"/>
          <w:u w:val="single"/>
        </w:rPr>
        <w:t>og</w:t>
      </w:r>
      <w:proofErr w:type="spellEnd"/>
      <w:r>
        <w:rPr>
          <w:rFonts w:ascii="Ubuntu" w:eastAsia="Ubuntu" w:hAnsi="Ubuntu" w:cs="Ubuntu"/>
          <w:u w:val="single"/>
        </w:rPr>
        <w:t xml:space="preserve"> </w:t>
      </w:r>
      <w:proofErr w:type="spellStart"/>
      <w:r>
        <w:rPr>
          <w:rFonts w:ascii="Ubuntu" w:eastAsia="Ubuntu" w:hAnsi="Ubuntu" w:cs="Ubuntu"/>
          <w:u w:val="single"/>
        </w:rPr>
        <w:t>offentliggørelse</w:t>
      </w:r>
      <w:bookmarkEnd w:id="6"/>
      <w:proofErr w:type="spellEnd"/>
    </w:p>
    <w:tbl>
      <w:tblPr>
        <w:tblStyle w:val="TableGrid"/>
        <w:tblW w:w="0" w:type="auto"/>
        <w:jc w:val="center"/>
        <w:tblBorders>
          <w:top w:val="single" w:sz="6" w:space="0" w:color="D5D9DE"/>
          <w:left w:val="single" w:sz="6" w:space="0" w:color="D5D9DE"/>
          <w:bottom w:val="single" w:sz="6" w:space="0" w:color="D5D9DE"/>
          <w:right w:val="single" w:sz="6" w:space="0" w:color="D5D9DE"/>
          <w:insideH w:val="single" w:sz="6" w:space="0" w:color="D5D9DE"/>
          <w:insideV w:val="single" w:sz="6" w:space="0" w:color="D5D9DE"/>
        </w:tblBorders>
        <w:tblLayout w:type="fixed"/>
        <w:tblLook w:val="04A0" w:firstRow="1" w:lastRow="0" w:firstColumn="1" w:lastColumn="0" w:noHBand="0" w:noVBand="1"/>
      </w:tblPr>
      <w:tblGrid>
        <w:gridCol w:w="4762"/>
        <w:gridCol w:w="4762"/>
      </w:tblGrid>
      <w:tr w:rsidR="00A5425F" w14:paraId="772A8DC8" w14:textId="77777777" w:rsidTr="000B505C">
        <w:trPr>
          <w:cantSplit/>
          <w:tblHeader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D2958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1BA79318" w14:textId="77777777" w:rsidR="00A5425F" w:rsidRDefault="00A5425F" w:rsidP="000B505C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Ubuntu" w:eastAsia="Ubuntu" w:hAnsi="Ubuntu" w:cs="Ubuntu" w:hint="eastAsia"/>
                <w:b/>
                <w:color w:val="FFFFFF"/>
                <w:sz w:val="18"/>
              </w:rPr>
              <w:t>Felt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D2958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06C2B871" w14:textId="77777777" w:rsidR="00A5425F" w:rsidRDefault="00A5425F" w:rsidP="000B505C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Ubuntu" w:eastAsia="Ubuntu" w:hAnsi="Ubuntu" w:cs="Ubuntu" w:hint="eastAsia"/>
                <w:b/>
                <w:color w:val="FFFFFF"/>
                <w:sz w:val="18"/>
              </w:rPr>
              <w:t>Svar</w:t>
            </w:r>
          </w:p>
        </w:tc>
      </w:tr>
      <w:tr w:rsidR="00A5425F" w:rsidRPr="00255B8D" w14:paraId="7A9F7C37" w14:textId="77777777" w:rsidTr="000B505C">
        <w:trPr>
          <w:cantSplit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368E1D7B" w14:textId="77777777" w:rsidR="00A5425F" w:rsidRPr="00255B8D" w:rsidRDefault="00A5425F" w:rsidP="000B505C">
            <w:pPr>
              <w:spacing w:after="0" w:line="240" w:lineRule="auto"/>
              <w:rPr>
                <w:rFonts w:hint="eastAsia"/>
                <w:sz w:val="18"/>
                <w:szCs w:val="18"/>
                <w:lang w:val="da-DK"/>
              </w:rPr>
            </w:pPr>
            <w:r w:rsidRPr="00255B8D">
              <w:rPr>
                <w:rFonts w:eastAsia="Myriad Pro" w:cs="Myriad Pro" w:hint="eastAsia"/>
                <w:b/>
                <w:color w:val="1D2958"/>
                <w:sz w:val="18"/>
                <w:szCs w:val="18"/>
                <w:lang w:val="da-DK"/>
              </w:rPr>
              <w:t>Er sårbarheden allerede offentlig kendt?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3054F4F7" w14:textId="77777777" w:rsidR="00A5425F" w:rsidRPr="00255B8D" w:rsidRDefault="00233006" w:rsidP="000B505C">
            <w:pPr>
              <w:spacing w:after="0" w:line="240" w:lineRule="auto"/>
              <w:rPr>
                <w:rFonts w:hint="eastAsia"/>
                <w:sz w:val="18"/>
                <w:szCs w:val="18"/>
                <w:lang w:val="da-DK"/>
              </w:rPr>
            </w:pPr>
            <w:sdt>
              <w:sdtPr>
                <w:rPr>
                  <w:sz w:val="18"/>
                  <w:szCs w:val="18"/>
                  <w:lang w:val="da-DK"/>
                </w:rPr>
                <w:alias w:val="Checkbox 14"/>
                <w:tag w:val="CHECKBOX_0014"/>
                <w:id w:val="100014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A5425F" w:rsidRPr="00255B8D">
                  <w:rPr>
                    <w:rFonts w:ascii="Segoe UI Symbol" w:hAnsi="Segoe UI Symbol" w:cs="Segoe UI Symbol"/>
                    <w:sz w:val="18"/>
                    <w:szCs w:val="18"/>
                    <w:lang w:val="da-DK"/>
                  </w:rPr>
                  <w:t>☐</w:t>
                </w:r>
              </w:sdtContent>
            </w:sdt>
            <w:r w:rsidR="00A5425F" w:rsidRPr="00255B8D">
              <w:rPr>
                <w:rFonts w:hint="eastAsia"/>
                <w:sz w:val="18"/>
                <w:szCs w:val="18"/>
                <w:lang w:val="da-DK"/>
              </w:rPr>
              <w:t xml:space="preserve"> Nej </w:t>
            </w:r>
            <w:sdt>
              <w:sdtPr>
                <w:rPr>
                  <w:sz w:val="18"/>
                  <w:szCs w:val="18"/>
                  <w:lang w:val="da-DK"/>
                </w:rPr>
                <w:alias w:val="Checkbox 15"/>
                <w:tag w:val="CHECKBOX_0015"/>
                <w:id w:val="100015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A5425F" w:rsidRPr="00255B8D">
                  <w:rPr>
                    <w:rFonts w:ascii="Segoe UI Symbol" w:hAnsi="Segoe UI Symbol" w:cs="Segoe UI Symbol"/>
                    <w:sz w:val="18"/>
                    <w:szCs w:val="18"/>
                    <w:lang w:val="da-DK"/>
                  </w:rPr>
                  <w:t>☐</w:t>
                </w:r>
              </w:sdtContent>
            </w:sdt>
            <w:r w:rsidR="00A5425F" w:rsidRPr="00255B8D">
              <w:rPr>
                <w:rFonts w:hint="eastAsia"/>
                <w:sz w:val="18"/>
                <w:szCs w:val="18"/>
                <w:lang w:val="da-DK"/>
              </w:rPr>
              <w:t xml:space="preserve"> Ja</w:t>
            </w:r>
            <w:r w:rsidR="00F4392E" w:rsidRPr="00255B8D">
              <w:rPr>
                <w:sz w:val="18"/>
                <w:szCs w:val="18"/>
                <w:lang w:val="da-DK"/>
              </w:rPr>
              <w:t xml:space="preserve"> </w:t>
            </w:r>
            <w:sdt>
              <w:sdtPr>
                <w:rPr>
                  <w:sz w:val="18"/>
                  <w:szCs w:val="18"/>
                  <w:lang w:val="da-DK"/>
                </w:rPr>
                <w:alias w:val="Checkbox 15"/>
                <w:tag w:val="CHECKBOX_0015"/>
                <w:id w:val="1730037794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F4392E" w:rsidRPr="00255B8D">
                  <w:rPr>
                    <w:rFonts w:ascii="Segoe UI Symbol" w:hAnsi="Segoe UI Symbol" w:cs="Segoe UI Symbol"/>
                    <w:sz w:val="18"/>
                    <w:szCs w:val="18"/>
                    <w:lang w:val="da-DK"/>
                  </w:rPr>
                  <w:t>☐</w:t>
                </w:r>
              </w:sdtContent>
            </w:sdt>
            <w:r w:rsidR="00F4392E" w:rsidRPr="00255B8D">
              <w:rPr>
                <w:rFonts w:hint="eastAsia"/>
                <w:sz w:val="18"/>
                <w:szCs w:val="18"/>
                <w:lang w:val="da-DK"/>
              </w:rPr>
              <w:t xml:space="preserve"> </w:t>
            </w:r>
            <w:r w:rsidR="00F4392E" w:rsidRPr="00255B8D">
              <w:rPr>
                <w:sz w:val="18"/>
                <w:szCs w:val="18"/>
                <w:lang w:val="da-DK"/>
              </w:rPr>
              <w:t>Ukendt</w:t>
            </w:r>
          </w:p>
          <w:p w14:paraId="5039FA4B" w14:textId="77777777" w:rsidR="00A030B5" w:rsidRPr="00255B8D" w:rsidRDefault="00A030B5" w:rsidP="000B505C">
            <w:pPr>
              <w:spacing w:after="0" w:line="240" w:lineRule="auto"/>
              <w:rPr>
                <w:rFonts w:hint="eastAsia"/>
                <w:sz w:val="18"/>
                <w:szCs w:val="18"/>
                <w:lang w:val="da-DK"/>
              </w:rPr>
            </w:pPr>
            <w:r w:rsidRPr="00255B8D">
              <w:rPr>
                <w:sz w:val="18"/>
                <w:szCs w:val="18"/>
                <w:lang w:val="da-DK"/>
              </w:rPr>
              <w:t>Hvis ja, angiv URL og dato:</w:t>
            </w:r>
          </w:p>
          <w:p w14:paraId="050DB9D9" w14:textId="6E029EA8" w:rsidR="00A030B5" w:rsidRPr="00255B8D" w:rsidRDefault="00A030B5" w:rsidP="000B505C">
            <w:pPr>
              <w:spacing w:after="0" w:line="240" w:lineRule="auto"/>
              <w:rPr>
                <w:rFonts w:hint="eastAsia"/>
                <w:sz w:val="18"/>
                <w:szCs w:val="18"/>
                <w:lang w:val="da-DK"/>
              </w:rPr>
            </w:pPr>
          </w:p>
        </w:tc>
      </w:tr>
      <w:tr w:rsidR="00A5425F" w:rsidRPr="00255B8D" w14:paraId="25224E5E" w14:textId="77777777" w:rsidTr="000B505C">
        <w:trPr>
          <w:cantSplit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536D47A2" w14:textId="77777777" w:rsidR="00A5425F" w:rsidRPr="00255B8D" w:rsidRDefault="00A5425F" w:rsidP="000B505C">
            <w:pPr>
              <w:spacing w:after="0" w:line="240" w:lineRule="auto"/>
              <w:rPr>
                <w:rFonts w:hint="eastAsia"/>
                <w:sz w:val="18"/>
                <w:szCs w:val="18"/>
                <w:lang w:val="da-DK"/>
              </w:rPr>
            </w:pPr>
            <w:r w:rsidRPr="00255B8D">
              <w:rPr>
                <w:rFonts w:eastAsia="Myriad Pro" w:cs="Myriad Pro" w:hint="eastAsia"/>
                <w:b/>
                <w:color w:val="1D2958"/>
                <w:sz w:val="18"/>
                <w:szCs w:val="18"/>
                <w:lang w:val="da-DK"/>
              </w:rPr>
              <w:t xml:space="preserve">Er et </w:t>
            </w:r>
            <w:proofErr w:type="spellStart"/>
            <w:r w:rsidRPr="00255B8D">
              <w:rPr>
                <w:rFonts w:eastAsia="Myriad Pro" w:cs="Myriad Pro" w:hint="eastAsia"/>
                <w:b/>
                <w:color w:val="1D2958"/>
                <w:sz w:val="18"/>
                <w:szCs w:val="18"/>
                <w:lang w:val="da-DK"/>
              </w:rPr>
              <w:t>proof</w:t>
            </w:r>
            <w:proofErr w:type="spellEnd"/>
            <w:r w:rsidRPr="00255B8D">
              <w:rPr>
                <w:rFonts w:eastAsia="Myriad Pro" w:cs="Myriad Pro" w:hint="eastAsia"/>
                <w:b/>
                <w:color w:val="1D2958"/>
                <w:sz w:val="18"/>
                <w:szCs w:val="18"/>
                <w:lang w:val="da-DK"/>
              </w:rPr>
              <w:t xml:space="preserve"> of </w:t>
            </w:r>
            <w:proofErr w:type="spellStart"/>
            <w:r w:rsidRPr="00255B8D">
              <w:rPr>
                <w:rFonts w:eastAsia="Myriad Pro" w:cs="Myriad Pro" w:hint="eastAsia"/>
                <w:b/>
                <w:color w:val="1D2958"/>
                <w:sz w:val="18"/>
                <w:szCs w:val="18"/>
                <w:lang w:val="da-DK"/>
              </w:rPr>
              <w:t>concept</w:t>
            </w:r>
            <w:proofErr w:type="spellEnd"/>
            <w:r w:rsidRPr="00255B8D">
              <w:rPr>
                <w:rFonts w:eastAsia="Myriad Pro" w:cs="Myriad Pro" w:hint="eastAsia"/>
                <w:b/>
                <w:color w:val="1D2958"/>
                <w:sz w:val="18"/>
                <w:szCs w:val="18"/>
                <w:lang w:val="da-DK"/>
              </w:rPr>
              <w:t xml:space="preserve"> offentligt tilgængeligt?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7E3570BC" w14:textId="77777777" w:rsidR="00A5425F" w:rsidRPr="00255B8D" w:rsidRDefault="00233006" w:rsidP="000B505C">
            <w:pPr>
              <w:spacing w:after="0" w:line="240" w:lineRule="auto"/>
              <w:rPr>
                <w:rFonts w:hint="eastAsia"/>
                <w:sz w:val="18"/>
                <w:szCs w:val="18"/>
                <w:lang w:val="da-DK"/>
              </w:rPr>
            </w:pPr>
            <w:sdt>
              <w:sdtPr>
                <w:rPr>
                  <w:sz w:val="18"/>
                  <w:szCs w:val="18"/>
                  <w:lang w:val="da-DK"/>
                </w:rPr>
                <w:alias w:val="Checkbox 16"/>
                <w:tag w:val="CHECKBOX_0016"/>
                <w:id w:val="100016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A5425F" w:rsidRPr="00255B8D">
                  <w:rPr>
                    <w:rFonts w:ascii="Segoe UI Symbol" w:hAnsi="Segoe UI Symbol" w:cs="Segoe UI Symbol"/>
                    <w:sz w:val="18"/>
                    <w:szCs w:val="18"/>
                    <w:lang w:val="da-DK"/>
                  </w:rPr>
                  <w:t>☐</w:t>
                </w:r>
              </w:sdtContent>
            </w:sdt>
            <w:r w:rsidR="00A5425F" w:rsidRPr="00255B8D">
              <w:rPr>
                <w:rFonts w:hint="eastAsia"/>
                <w:sz w:val="18"/>
                <w:szCs w:val="18"/>
                <w:lang w:val="da-DK"/>
              </w:rPr>
              <w:t xml:space="preserve"> Nej </w:t>
            </w:r>
            <w:sdt>
              <w:sdtPr>
                <w:rPr>
                  <w:sz w:val="18"/>
                  <w:szCs w:val="18"/>
                  <w:lang w:val="da-DK"/>
                </w:rPr>
                <w:alias w:val="Checkbox 17"/>
                <w:tag w:val="CHECKBOX_0017"/>
                <w:id w:val="100017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A5425F" w:rsidRPr="00255B8D">
                  <w:rPr>
                    <w:rFonts w:ascii="Segoe UI Symbol" w:hAnsi="Segoe UI Symbol" w:cs="Segoe UI Symbol"/>
                    <w:sz w:val="18"/>
                    <w:szCs w:val="18"/>
                    <w:lang w:val="da-DK"/>
                  </w:rPr>
                  <w:t>☐</w:t>
                </w:r>
              </w:sdtContent>
            </w:sdt>
            <w:r w:rsidR="00A5425F" w:rsidRPr="00255B8D">
              <w:rPr>
                <w:rFonts w:hint="eastAsia"/>
                <w:sz w:val="18"/>
                <w:szCs w:val="18"/>
                <w:lang w:val="da-DK"/>
              </w:rPr>
              <w:t xml:space="preserve"> Ja</w:t>
            </w:r>
            <w:r w:rsidR="00F4392E" w:rsidRPr="00255B8D">
              <w:rPr>
                <w:sz w:val="18"/>
                <w:szCs w:val="18"/>
                <w:lang w:val="da-DK"/>
              </w:rPr>
              <w:t xml:space="preserve"> </w:t>
            </w:r>
            <w:sdt>
              <w:sdtPr>
                <w:rPr>
                  <w:sz w:val="18"/>
                  <w:szCs w:val="18"/>
                  <w:lang w:val="da-DK"/>
                </w:rPr>
                <w:alias w:val="Checkbox 15"/>
                <w:tag w:val="CHECKBOX_0015"/>
                <w:id w:val="-2065480715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F4392E" w:rsidRPr="00255B8D">
                  <w:rPr>
                    <w:rFonts w:ascii="Segoe UI Symbol" w:hAnsi="Segoe UI Symbol" w:cs="Segoe UI Symbol"/>
                    <w:sz w:val="18"/>
                    <w:szCs w:val="18"/>
                    <w:lang w:val="da-DK"/>
                  </w:rPr>
                  <w:t>☐</w:t>
                </w:r>
              </w:sdtContent>
            </w:sdt>
            <w:r w:rsidR="00F4392E" w:rsidRPr="00255B8D">
              <w:rPr>
                <w:rFonts w:hint="eastAsia"/>
                <w:sz w:val="18"/>
                <w:szCs w:val="18"/>
                <w:lang w:val="da-DK"/>
              </w:rPr>
              <w:t xml:space="preserve"> </w:t>
            </w:r>
            <w:r w:rsidR="00F4392E" w:rsidRPr="00255B8D">
              <w:rPr>
                <w:sz w:val="18"/>
                <w:szCs w:val="18"/>
                <w:lang w:val="da-DK"/>
              </w:rPr>
              <w:t>Ukendt</w:t>
            </w:r>
          </w:p>
          <w:p w14:paraId="6332CB30" w14:textId="77777777" w:rsidR="00344641" w:rsidRPr="00255B8D" w:rsidRDefault="00344641" w:rsidP="00344641">
            <w:pPr>
              <w:spacing w:after="0" w:line="240" w:lineRule="auto"/>
              <w:rPr>
                <w:rFonts w:hint="eastAsia"/>
                <w:sz w:val="18"/>
                <w:szCs w:val="18"/>
                <w:lang w:val="da-DK"/>
              </w:rPr>
            </w:pPr>
            <w:r w:rsidRPr="00255B8D">
              <w:rPr>
                <w:sz w:val="18"/>
                <w:szCs w:val="18"/>
                <w:lang w:val="da-DK"/>
              </w:rPr>
              <w:t>Hvis ja, angiv URL og dato:</w:t>
            </w:r>
          </w:p>
          <w:p w14:paraId="22620338" w14:textId="31F65F38" w:rsidR="00344641" w:rsidRPr="00255B8D" w:rsidRDefault="00344641" w:rsidP="000B505C">
            <w:pPr>
              <w:spacing w:after="0" w:line="240" w:lineRule="auto"/>
              <w:rPr>
                <w:rFonts w:hint="eastAsia"/>
                <w:sz w:val="18"/>
                <w:szCs w:val="18"/>
                <w:lang w:val="da-DK"/>
              </w:rPr>
            </w:pPr>
          </w:p>
        </w:tc>
      </w:tr>
      <w:tr w:rsidR="00A5425F" w:rsidRPr="00255B8D" w14:paraId="20021B12" w14:textId="77777777" w:rsidTr="000B505C">
        <w:trPr>
          <w:cantSplit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30252984" w14:textId="77777777" w:rsidR="00A5425F" w:rsidRPr="00255B8D" w:rsidRDefault="00A5425F" w:rsidP="000B505C">
            <w:pPr>
              <w:spacing w:after="0" w:line="240" w:lineRule="auto"/>
              <w:rPr>
                <w:rFonts w:hint="eastAsia"/>
                <w:sz w:val="18"/>
                <w:szCs w:val="18"/>
                <w:lang w:val="da-DK"/>
              </w:rPr>
            </w:pPr>
            <w:r w:rsidRPr="00255B8D">
              <w:rPr>
                <w:rFonts w:eastAsia="Myriad Pro" w:cs="Myriad Pro" w:hint="eastAsia"/>
                <w:b/>
                <w:color w:val="1D2958"/>
                <w:sz w:val="18"/>
                <w:szCs w:val="18"/>
                <w:lang w:val="da-DK"/>
              </w:rPr>
              <w:t>Er aktiv udnyttelse kendt eller mistænkt?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33EA5ABD" w14:textId="77777777" w:rsidR="00A5425F" w:rsidRPr="00255B8D" w:rsidRDefault="00233006" w:rsidP="000B505C">
            <w:pPr>
              <w:tabs>
                <w:tab w:val="left" w:leader="underscore" w:pos="9200"/>
              </w:tabs>
              <w:spacing w:after="0" w:line="240" w:lineRule="auto"/>
              <w:rPr>
                <w:rFonts w:hint="eastAsia"/>
                <w:sz w:val="18"/>
                <w:szCs w:val="18"/>
                <w:lang w:val="da-DK"/>
              </w:rPr>
            </w:pPr>
            <w:sdt>
              <w:sdtPr>
                <w:rPr>
                  <w:sz w:val="18"/>
                  <w:szCs w:val="18"/>
                  <w:lang w:val="da-DK"/>
                </w:rPr>
                <w:alias w:val="Checkbox 18"/>
                <w:tag w:val="CHECKBOX_0018"/>
                <w:id w:val="100018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A5425F" w:rsidRPr="00255B8D">
                  <w:rPr>
                    <w:rFonts w:ascii="Segoe UI Symbol" w:hAnsi="Segoe UI Symbol" w:cs="Segoe UI Symbol"/>
                    <w:sz w:val="18"/>
                    <w:szCs w:val="18"/>
                    <w:lang w:val="da-DK"/>
                  </w:rPr>
                  <w:t>☐</w:t>
                </w:r>
              </w:sdtContent>
            </w:sdt>
            <w:r w:rsidR="00A5425F" w:rsidRPr="00255B8D">
              <w:rPr>
                <w:rFonts w:hint="eastAsia"/>
                <w:sz w:val="18"/>
                <w:szCs w:val="18"/>
                <w:lang w:val="da-DK"/>
              </w:rPr>
              <w:t xml:space="preserve"> Nej </w:t>
            </w:r>
            <w:sdt>
              <w:sdtPr>
                <w:rPr>
                  <w:sz w:val="18"/>
                  <w:szCs w:val="18"/>
                  <w:lang w:val="da-DK"/>
                </w:rPr>
                <w:alias w:val="Checkbox 19"/>
                <w:tag w:val="CHECKBOX_0019"/>
                <w:id w:val="100019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A5425F" w:rsidRPr="00255B8D">
                  <w:rPr>
                    <w:rFonts w:ascii="Segoe UI Symbol" w:hAnsi="Segoe UI Symbol" w:cs="Segoe UI Symbol"/>
                    <w:sz w:val="18"/>
                    <w:szCs w:val="18"/>
                    <w:lang w:val="da-DK"/>
                  </w:rPr>
                  <w:t>☐</w:t>
                </w:r>
              </w:sdtContent>
            </w:sdt>
            <w:r w:rsidR="00A5425F" w:rsidRPr="00255B8D">
              <w:rPr>
                <w:rFonts w:hint="eastAsia"/>
                <w:sz w:val="18"/>
                <w:szCs w:val="18"/>
                <w:lang w:val="da-DK"/>
              </w:rPr>
              <w:t xml:space="preserve"> Ja </w:t>
            </w:r>
            <w:sdt>
              <w:sdtPr>
                <w:rPr>
                  <w:sz w:val="18"/>
                  <w:szCs w:val="18"/>
                  <w:lang w:val="da-DK"/>
                </w:rPr>
                <w:alias w:val="Checkbox 20"/>
                <w:tag w:val="CHECKBOX_0020"/>
                <w:id w:val="100020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A5425F" w:rsidRPr="00255B8D">
                  <w:rPr>
                    <w:rFonts w:ascii="Segoe UI Symbol" w:hAnsi="Segoe UI Symbol" w:cs="Segoe UI Symbol"/>
                    <w:sz w:val="18"/>
                    <w:szCs w:val="18"/>
                    <w:lang w:val="da-DK"/>
                  </w:rPr>
                  <w:t>☐</w:t>
                </w:r>
              </w:sdtContent>
            </w:sdt>
            <w:r w:rsidR="00A5425F" w:rsidRPr="00255B8D">
              <w:rPr>
                <w:rFonts w:hint="eastAsia"/>
                <w:sz w:val="18"/>
                <w:szCs w:val="18"/>
                <w:lang w:val="da-DK"/>
              </w:rPr>
              <w:t xml:space="preserve"> Ukendt</w:t>
            </w:r>
          </w:p>
          <w:p w14:paraId="40A7C759" w14:textId="7C5281FA" w:rsidR="003A767A" w:rsidRPr="00255B8D" w:rsidRDefault="003A767A" w:rsidP="003A767A">
            <w:pPr>
              <w:spacing w:after="0" w:line="240" w:lineRule="auto"/>
              <w:rPr>
                <w:rFonts w:hint="eastAsia"/>
                <w:sz w:val="18"/>
                <w:szCs w:val="18"/>
                <w:lang w:val="da-DK"/>
              </w:rPr>
            </w:pPr>
            <w:r w:rsidRPr="00255B8D">
              <w:rPr>
                <w:sz w:val="18"/>
                <w:szCs w:val="18"/>
                <w:lang w:val="da-DK"/>
              </w:rPr>
              <w:t>Hvis ja, angiv nærmere oplysninger:</w:t>
            </w:r>
          </w:p>
          <w:p w14:paraId="1CB67DBA" w14:textId="4E13D27A" w:rsidR="003A767A" w:rsidRPr="00255B8D" w:rsidRDefault="003A767A" w:rsidP="000B505C">
            <w:pPr>
              <w:tabs>
                <w:tab w:val="left" w:leader="underscore" w:pos="9200"/>
              </w:tabs>
              <w:spacing w:after="0" w:line="240" w:lineRule="auto"/>
              <w:rPr>
                <w:rFonts w:hint="eastAsia"/>
                <w:sz w:val="18"/>
                <w:szCs w:val="18"/>
                <w:lang w:val="da-DK"/>
              </w:rPr>
            </w:pPr>
          </w:p>
        </w:tc>
      </w:tr>
      <w:tr w:rsidR="00A5425F" w:rsidRPr="00255B8D" w14:paraId="266E3BC8" w14:textId="77777777" w:rsidTr="000B505C">
        <w:trPr>
          <w:cantSplit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0BD5347E" w14:textId="77777777" w:rsidR="00A5425F" w:rsidRPr="00255B8D" w:rsidRDefault="00A5425F" w:rsidP="000B505C">
            <w:pPr>
              <w:spacing w:after="0" w:line="240" w:lineRule="auto"/>
              <w:rPr>
                <w:rFonts w:hint="eastAsia"/>
                <w:sz w:val="18"/>
                <w:szCs w:val="18"/>
                <w:lang w:val="da-DK"/>
              </w:rPr>
            </w:pPr>
            <w:r w:rsidRPr="00255B8D">
              <w:rPr>
                <w:rFonts w:eastAsia="Myriad Pro" w:cs="Myriad Pro" w:hint="eastAsia"/>
                <w:b/>
                <w:color w:val="1D2958"/>
                <w:sz w:val="18"/>
                <w:szCs w:val="18"/>
                <w:lang w:val="da-DK"/>
              </w:rPr>
              <w:t>Er en anden producent, leverandør, et CERT eller en koordinator blevet kontaktet?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112D2C42" w14:textId="77777777" w:rsidR="00A5425F" w:rsidRPr="00255B8D" w:rsidRDefault="00233006" w:rsidP="000B505C">
            <w:pPr>
              <w:spacing w:after="0" w:line="240" w:lineRule="auto"/>
              <w:rPr>
                <w:rFonts w:hint="eastAsia"/>
                <w:sz w:val="18"/>
                <w:szCs w:val="18"/>
                <w:lang w:val="da-DK"/>
              </w:rPr>
            </w:pPr>
            <w:sdt>
              <w:sdtPr>
                <w:rPr>
                  <w:sz w:val="18"/>
                  <w:szCs w:val="18"/>
                  <w:lang w:val="da-DK"/>
                </w:rPr>
                <w:alias w:val="Checkbox 21"/>
                <w:tag w:val="CHECKBOX_0021"/>
                <w:id w:val="100021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A5425F" w:rsidRPr="00255B8D">
                  <w:rPr>
                    <w:rFonts w:ascii="Segoe UI Symbol" w:hAnsi="Segoe UI Symbol" w:cs="Segoe UI Symbol"/>
                    <w:sz w:val="18"/>
                    <w:szCs w:val="18"/>
                    <w:lang w:val="da-DK"/>
                  </w:rPr>
                  <w:t>☐</w:t>
                </w:r>
              </w:sdtContent>
            </w:sdt>
            <w:r w:rsidR="00A5425F" w:rsidRPr="00255B8D">
              <w:rPr>
                <w:rFonts w:hint="eastAsia"/>
                <w:sz w:val="18"/>
                <w:szCs w:val="18"/>
                <w:lang w:val="da-DK"/>
              </w:rPr>
              <w:t xml:space="preserve"> Nej </w:t>
            </w:r>
            <w:sdt>
              <w:sdtPr>
                <w:rPr>
                  <w:sz w:val="18"/>
                  <w:szCs w:val="18"/>
                  <w:lang w:val="da-DK"/>
                </w:rPr>
                <w:alias w:val="Checkbox 22"/>
                <w:tag w:val="CHECKBOX_0022"/>
                <w:id w:val="100022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A5425F" w:rsidRPr="00255B8D">
                  <w:rPr>
                    <w:rFonts w:ascii="Segoe UI Symbol" w:hAnsi="Segoe UI Symbol" w:cs="Segoe UI Symbol"/>
                    <w:sz w:val="18"/>
                    <w:szCs w:val="18"/>
                    <w:lang w:val="da-DK"/>
                  </w:rPr>
                  <w:t>☐</w:t>
                </w:r>
              </w:sdtContent>
            </w:sdt>
            <w:r w:rsidR="00A5425F" w:rsidRPr="00255B8D">
              <w:rPr>
                <w:rFonts w:hint="eastAsia"/>
                <w:sz w:val="18"/>
                <w:szCs w:val="18"/>
                <w:lang w:val="da-DK"/>
              </w:rPr>
              <w:t xml:space="preserve"> Ye</w:t>
            </w:r>
            <w:r w:rsidR="00C56E3C" w:rsidRPr="00255B8D">
              <w:rPr>
                <w:sz w:val="18"/>
                <w:szCs w:val="18"/>
                <w:lang w:val="da-DK"/>
              </w:rPr>
              <w:t xml:space="preserve">s </w:t>
            </w:r>
            <w:sdt>
              <w:sdtPr>
                <w:rPr>
                  <w:sz w:val="18"/>
                  <w:szCs w:val="18"/>
                  <w:lang w:val="da-DK"/>
                </w:rPr>
                <w:alias w:val="Checkbox 20"/>
                <w:tag w:val="CHECKBOX_0020"/>
                <w:id w:val="-1033111106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C56E3C" w:rsidRPr="00255B8D">
                  <w:rPr>
                    <w:rFonts w:ascii="Segoe UI Symbol" w:hAnsi="Segoe UI Symbol" w:cs="Segoe UI Symbol"/>
                    <w:sz w:val="18"/>
                    <w:szCs w:val="18"/>
                    <w:lang w:val="da-DK"/>
                  </w:rPr>
                  <w:t>☐</w:t>
                </w:r>
              </w:sdtContent>
            </w:sdt>
            <w:r w:rsidR="00C56E3C" w:rsidRPr="00255B8D">
              <w:rPr>
                <w:rFonts w:hint="eastAsia"/>
                <w:sz w:val="18"/>
                <w:szCs w:val="18"/>
                <w:lang w:val="da-DK"/>
              </w:rPr>
              <w:t xml:space="preserve"> Ukendt</w:t>
            </w:r>
          </w:p>
          <w:p w14:paraId="51CB8D36" w14:textId="21538EE8" w:rsidR="00794C62" w:rsidRPr="00255B8D" w:rsidRDefault="00794C62" w:rsidP="000B505C">
            <w:pPr>
              <w:spacing w:after="0" w:line="240" w:lineRule="auto"/>
              <w:rPr>
                <w:rFonts w:hint="eastAsia"/>
                <w:sz w:val="18"/>
                <w:szCs w:val="18"/>
                <w:lang w:val="da-DK"/>
              </w:rPr>
            </w:pPr>
            <w:r w:rsidRPr="00255B8D">
              <w:rPr>
                <w:sz w:val="18"/>
                <w:szCs w:val="18"/>
                <w:lang w:val="da-DK"/>
              </w:rPr>
              <w:t xml:space="preserve">Hvis ja, angiv part, sags-ID og dato: </w:t>
            </w:r>
          </w:p>
          <w:p w14:paraId="0D4B8D09" w14:textId="6F2DF5F3" w:rsidR="00794C62" w:rsidRPr="00255B8D" w:rsidRDefault="00794C62" w:rsidP="000B505C">
            <w:pPr>
              <w:spacing w:after="0" w:line="240" w:lineRule="auto"/>
              <w:rPr>
                <w:rFonts w:hint="eastAsia"/>
                <w:sz w:val="18"/>
                <w:szCs w:val="18"/>
                <w:lang w:val="da-DK"/>
              </w:rPr>
            </w:pPr>
          </w:p>
        </w:tc>
      </w:tr>
      <w:tr w:rsidR="00A5425F" w:rsidRPr="00255B8D" w14:paraId="7699255C" w14:textId="77777777" w:rsidTr="000B505C">
        <w:trPr>
          <w:cantSplit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6DF83342" w14:textId="77777777" w:rsidR="00A5425F" w:rsidRPr="00255B8D" w:rsidRDefault="00A5425F" w:rsidP="000B505C">
            <w:pPr>
              <w:spacing w:after="0" w:line="240" w:lineRule="auto"/>
              <w:rPr>
                <w:rFonts w:hint="eastAsia"/>
                <w:sz w:val="18"/>
                <w:szCs w:val="18"/>
                <w:lang w:val="da-DK"/>
              </w:rPr>
            </w:pPr>
            <w:r w:rsidRPr="00255B8D">
              <w:rPr>
                <w:rFonts w:eastAsia="Myriad Pro" w:cs="Myriad Pro" w:hint="eastAsia"/>
                <w:b/>
                <w:color w:val="1D2958"/>
                <w:sz w:val="18"/>
                <w:szCs w:val="18"/>
                <w:lang w:val="da-DK"/>
              </w:rPr>
              <w:t>Planlægger du at omtale eller offentliggøre problemet efter afhjælpning?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2C3C2C33" w14:textId="042F6D18" w:rsidR="00A5425F" w:rsidRPr="00255B8D" w:rsidRDefault="00233006" w:rsidP="000B505C">
            <w:pPr>
              <w:spacing w:after="0" w:line="240" w:lineRule="auto"/>
              <w:rPr>
                <w:rFonts w:hint="eastAsia"/>
                <w:sz w:val="18"/>
                <w:szCs w:val="18"/>
                <w:lang w:val="da-DK"/>
              </w:rPr>
            </w:pPr>
            <w:sdt>
              <w:sdtPr>
                <w:rPr>
                  <w:sz w:val="18"/>
                  <w:szCs w:val="18"/>
                  <w:lang w:val="da-DK"/>
                </w:rPr>
                <w:alias w:val="Checkbox 23"/>
                <w:tag w:val="CHECKBOX_0023"/>
                <w:id w:val="100023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A5425F" w:rsidRPr="00255B8D">
                  <w:rPr>
                    <w:rFonts w:ascii="Segoe UI Symbol" w:hAnsi="Segoe UI Symbol" w:cs="Segoe UI Symbol"/>
                    <w:sz w:val="18"/>
                    <w:szCs w:val="18"/>
                    <w:lang w:val="da-DK"/>
                  </w:rPr>
                  <w:t>☐</w:t>
                </w:r>
              </w:sdtContent>
            </w:sdt>
            <w:r w:rsidR="00A5425F" w:rsidRPr="00255B8D">
              <w:rPr>
                <w:rFonts w:hint="eastAsia"/>
                <w:sz w:val="18"/>
                <w:szCs w:val="18"/>
                <w:lang w:val="da-DK"/>
              </w:rPr>
              <w:t xml:space="preserve"> Nej </w:t>
            </w:r>
            <w:sdt>
              <w:sdtPr>
                <w:rPr>
                  <w:sz w:val="18"/>
                  <w:szCs w:val="18"/>
                  <w:lang w:val="da-DK"/>
                </w:rPr>
                <w:alias w:val="Checkbox 24"/>
                <w:tag w:val="CHECKBOX_0024"/>
                <w:id w:val="100024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A5425F" w:rsidRPr="00255B8D">
                  <w:rPr>
                    <w:rFonts w:ascii="Segoe UI Symbol" w:hAnsi="Segoe UI Symbol" w:cs="Segoe UI Symbol"/>
                    <w:sz w:val="18"/>
                    <w:szCs w:val="18"/>
                    <w:lang w:val="da-DK"/>
                  </w:rPr>
                  <w:t>☐</w:t>
                </w:r>
              </w:sdtContent>
            </w:sdt>
            <w:r w:rsidR="00A5425F" w:rsidRPr="00255B8D">
              <w:rPr>
                <w:rFonts w:hint="eastAsia"/>
                <w:sz w:val="18"/>
                <w:szCs w:val="18"/>
                <w:lang w:val="da-DK"/>
              </w:rPr>
              <w:t xml:space="preserve"> Ja</w:t>
            </w:r>
            <w:r w:rsidR="002625FC" w:rsidRPr="00255B8D">
              <w:rPr>
                <w:sz w:val="18"/>
                <w:szCs w:val="18"/>
                <w:lang w:val="da-DK"/>
              </w:rPr>
              <w:t xml:space="preserve"> </w:t>
            </w:r>
            <w:sdt>
              <w:sdtPr>
                <w:rPr>
                  <w:sz w:val="18"/>
                  <w:szCs w:val="18"/>
                  <w:lang w:val="da-DK"/>
                </w:rPr>
                <w:alias w:val="Checkbox 20"/>
                <w:tag w:val="CHECKBOX_0020"/>
                <w:id w:val="-675811522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2625FC" w:rsidRPr="00255B8D">
                  <w:rPr>
                    <w:rFonts w:ascii="Segoe UI Symbol" w:hAnsi="Segoe UI Symbol" w:cs="Segoe UI Symbol"/>
                    <w:sz w:val="18"/>
                    <w:szCs w:val="18"/>
                    <w:lang w:val="da-DK"/>
                  </w:rPr>
                  <w:t>☐</w:t>
                </w:r>
              </w:sdtContent>
            </w:sdt>
            <w:r w:rsidR="002625FC" w:rsidRPr="00255B8D">
              <w:rPr>
                <w:rFonts w:hint="eastAsia"/>
                <w:sz w:val="18"/>
                <w:szCs w:val="18"/>
                <w:lang w:val="da-DK"/>
              </w:rPr>
              <w:t xml:space="preserve"> Ukendt</w:t>
            </w:r>
          </w:p>
          <w:p w14:paraId="489377EF" w14:textId="26DF91C2" w:rsidR="004452B0" w:rsidRPr="00255B8D" w:rsidRDefault="004452B0" w:rsidP="000B505C">
            <w:pPr>
              <w:spacing w:after="0" w:line="240" w:lineRule="auto"/>
              <w:rPr>
                <w:rFonts w:hint="eastAsia"/>
                <w:sz w:val="18"/>
                <w:szCs w:val="18"/>
                <w:lang w:val="da-DK"/>
              </w:rPr>
            </w:pPr>
            <w:r w:rsidRPr="00255B8D">
              <w:rPr>
                <w:sz w:val="18"/>
                <w:szCs w:val="18"/>
                <w:lang w:val="da-DK"/>
              </w:rPr>
              <w:t>Hvis ja, angiv nærmere oplysninger:</w:t>
            </w:r>
          </w:p>
          <w:p w14:paraId="65D34F61" w14:textId="7790DE9A" w:rsidR="004452B0" w:rsidRPr="00255B8D" w:rsidRDefault="004452B0" w:rsidP="000B505C">
            <w:pPr>
              <w:spacing w:after="0" w:line="240" w:lineRule="auto"/>
              <w:rPr>
                <w:rFonts w:hint="eastAsia"/>
                <w:sz w:val="18"/>
                <w:szCs w:val="18"/>
                <w:lang w:val="da-DK"/>
              </w:rPr>
            </w:pPr>
          </w:p>
        </w:tc>
      </w:tr>
      <w:tr w:rsidR="00A5425F" w:rsidRPr="00255B8D" w14:paraId="03BBF32D" w14:textId="77777777" w:rsidTr="000B505C">
        <w:trPr>
          <w:cantSplit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6C3B348D" w14:textId="70C21239" w:rsidR="00A5425F" w:rsidRPr="00255B8D" w:rsidRDefault="00A5425F" w:rsidP="000B505C">
            <w:pPr>
              <w:spacing w:after="0" w:line="240" w:lineRule="auto"/>
              <w:rPr>
                <w:rFonts w:hint="eastAsia"/>
                <w:sz w:val="18"/>
                <w:szCs w:val="18"/>
                <w:lang w:val="da-DK"/>
              </w:rPr>
            </w:pPr>
            <w:r w:rsidRPr="00255B8D">
              <w:rPr>
                <w:rFonts w:eastAsia="Myriad Pro" w:cs="Myriad Pro" w:hint="eastAsia"/>
                <w:b/>
                <w:color w:val="1D2958"/>
                <w:sz w:val="18"/>
                <w:szCs w:val="18"/>
                <w:lang w:val="da-DK"/>
              </w:rPr>
              <w:t>Foretrukken dato for koordineret offentliggørelse, hvis relevant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365C086C" w14:textId="4565E0E0" w:rsidR="00A5425F" w:rsidRPr="00255B8D" w:rsidRDefault="00A5425F" w:rsidP="000B505C">
            <w:pPr>
              <w:spacing w:after="0" w:line="240" w:lineRule="auto"/>
              <w:rPr>
                <w:rFonts w:hint="eastAsia"/>
                <w:sz w:val="18"/>
                <w:szCs w:val="18"/>
                <w:lang w:val="da-DK"/>
              </w:rPr>
            </w:pPr>
          </w:p>
        </w:tc>
      </w:tr>
    </w:tbl>
    <w:p w14:paraId="5C6CB3F4" w14:textId="77777777" w:rsidR="00A5425F" w:rsidRPr="00255B8D" w:rsidRDefault="00A5425F" w:rsidP="00A5425F">
      <w:pPr>
        <w:spacing w:after="110" w:line="259" w:lineRule="auto"/>
        <w:rPr>
          <w:rFonts w:hint="eastAsia"/>
          <w:lang w:val="da-DK"/>
        </w:rPr>
      </w:pPr>
    </w:p>
    <w:p w14:paraId="631C87D5" w14:textId="3F161CF2" w:rsidR="004C6AB1" w:rsidRDefault="004C6AB1" w:rsidP="00A5425F">
      <w:pPr>
        <w:spacing w:after="110" w:line="259" w:lineRule="auto"/>
        <w:rPr>
          <w:rFonts w:hint="eastAsia"/>
        </w:rPr>
      </w:pPr>
      <w:r w:rsidRPr="00255B8D">
        <w:rPr>
          <w:rStyle w:val="Strong"/>
          <w:lang w:val="da-DK"/>
        </w:rPr>
        <w:t>Bemærkning om koordineret offentliggørelse:</w:t>
      </w:r>
      <w:r w:rsidRPr="00255B8D">
        <w:rPr>
          <w:rStyle w:val="Strong"/>
          <w:lang w:val="da-DK"/>
        </w:rPr>
        <w:br/>
      </w:r>
      <w:r w:rsidRPr="00255B8D">
        <w:rPr>
          <w:lang w:val="da-DK"/>
        </w:rPr>
        <w:t>Hold ikke-offentlige oplysninger om sårbarheden fortrolige indtil en aftalt dato for offentliggørelse. Hvis risikoen ændrer sig, der observeres aktiv udnyttelse, eller offentliggørelse bliver sandsynlig, bedes du straks kontakte security@saluscontrols.com, så planen for offentliggørelse kan revurderes.</w:t>
      </w:r>
      <w:hyperlink r:id="rId8">
        <w:r w:rsidRPr="00FE6C75">
          <w:rPr>
            <w:rStyle w:val="Hyperlink"/>
            <w:rFonts w:eastAsia="Myriad Pro" w:cs="Myriad Pro"/>
            <w:b/>
          </w:rPr>
          <w:t>security@saluscontrols.com</w:t>
        </w:r>
      </w:hyperlink>
    </w:p>
    <w:p w14:paraId="30318EA6" w14:textId="79C31313" w:rsidR="00A5425F" w:rsidRDefault="00400CD9" w:rsidP="00A5425F">
      <w:pPr>
        <w:pStyle w:val="Heading2"/>
        <w:spacing w:after="80"/>
      </w:pPr>
      <w:bookmarkStart w:id="7" w:name="_Toc239339919"/>
      <w:r>
        <w:rPr>
          <w:rFonts w:ascii="Ubuntu" w:eastAsia="Ubuntu" w:hAnsi="Ubuntu" w:cs="Ubuntu"/>
          <w:u w:val="single"/>
        </w:rPr>
        <w:t>7. Foreslået afhjælpning eller risikoreduktion (valgfrit)</w:t>
      </w:r>
      <w:bookmarkEnd w:id="7"/>
    </w:p>
    <w:p w14:paraId="783A528A" w14:textId="728A2A6C" w:rsidR="00A5425F" w:rsidRPr="00255B8D" w:rsidRDefault="00A5425F" w:rsidP="00A5425F">
      <w:pPr>
        <w:pStyle w:val="ListBullet"/>
        <w:tabs>
          <w:tab w:val="left" w:leader="underscore" w:pos="9200"/>
        </w:tabs>
        <w:spacing w:after="50" w:line="252" w:lineRule="auto"/>
        <w:rPr>
          <w:rFonts w:hint="eastAsia"/>
          <w:lang w:val="da-DK"/>
        </w:rPr>
      </w:pPr>
      <w:r w:rsidRPr="00255B8D">
        <w:rPr>
          <w:rFonts w:eastAsia="Myriad Pro" w:cs="Myriad Pro" w:hint="eastAsia"/>
          <w:lang w:val="da-DK"/>
        </w:rPr>
        <w:t xml:space="preserve">Foreslået løsning på den grundlæggende årsag, hvis kendt: </w:t>
      </w:r>
      <w:r w:rsidRPr="00255B8D">
        <w:rPr>
          <w:rFonts w:eastAsia="Myriad Pro" w:cs="Myriad Pro" w:hint="eastAsia"/>
          <w:lang w:val="da-DK"/>
        </w:rPr>
        <w:tab/>
      </w:r>
    </w:p>
    <w:p w14:paraId="707D68F9" w14:textId="77D98296" w:rsidR="00A5425F" w:rsidRPr="00255B8D" w:rsidRDefault="00A5425F" w:rsidP="00A5425F">
      <w:pPr>
        <w:pStyle w:val="ListBullet"/>
        <w:tabs>
          <w:tab w:val="left" w:leader="underscore" w:pos="9200"/>
        </w:tabs>
        <w:spacing w:after="50" w:line="252" w:lineRule="auto"/>
        <w:rPr>
          <w:rFonts w:hint="eastAsia"/>
          <w:lang w:val="da-DK"/>
        </w:rPr>
      </w:pPr>
      <w:r w:rsidRPr="00255B8D">
        <w:rPr>
          <w:rFonts w:eastAsia="Myriad Pro" w:cs="Myriad Pro" w:hint="eastAsia"/>
          <w:lang w:val="da-DK"/>
        </w:rPr>
        <w:t xml:space="preserve">Foreslået midlertidig risikoreduktion eller </w:t>
      </w:r>
      <w:proofErr w:type="spellStart"/>
      <w:r w:rsidRPr="00255B8D">
        <w:rPr>
          <w:rFonts w:eastAsia="Myriad Pro" w:cs="Myriad Pro" w:hint="eastAsia"/>
          <w:lang w:val="da-DK"/>
        </w:rPr>
        <w:t>workaround</w:t>
      </w:r>
      <w:proofErr w:type="spellEnd"/>
      <w:r w:rsidRPr="00255B8D">
        <w:rPr>
          <w:rFonts w:eastAsia="Myriad Pro" w:cs="Myriad Pro" w:hint="eastAsia"/>
          <w:lang w:val="da-DK"/>
        </w:rPr>
        <w:t xml:space="preserve">, hvis kendt: </w:t>
      </w:r>
      <w:r w:rsidRPr="00255B8D">
        <w:rPr>
          <w:rFonts w:eastAsia="Myriad Pro" w:cs="Myriad Pro" w:hint="eastAsia"/>
          <w:lang w:val="da-DK"/>
        </w:rPr>
        <w:tab/>
      </w:r>
    </w:p>
    <w:p w14:paraId="16310794" w14:textId="77777777" w:rsidR="00A5425F" w:rsidRPr="00255B8D" w:rsidRDefault="00A5425F" w:rsidP="00A5425F">
      <w:pPr>
        <w:pStyle w:val="ListBullet"/>
        <w:tabs>
          <w:tab w:val="left" w:leader="underscore" w:pos="9200"/>
        </w:tabs>
        <w:spacing w:after="50" w:line="252" w:lineRule="auto"/>
        <w:rPr>
          <w:rFonts w:hint="eastAsia"/>
          <w:lang w:val="da-DK"/>
        </w:rPr>
      </w:pPr>
      <w:r w:rsidRPr="00255B8D">
        <w:rPr>
          <w:rFonts w:eastAsia="Myriad Pro" w:cs="Myriad Pro" w:hint="eastAsia"/>
          <w:lang w:val="da-DK"/>
        </w:rPr>
        <w:t xml:space="preserve">Relevant branchepraksis, beskyttelsesregel eller reference: </w:t>
      </w:r>
      <w:r w:rsidRPr="00255B8D">
        <w:rPr>
          <w:rFonts w:eastAsia="Myriad Pro" w:cs="Myriad Pro" w:hint="eastAsia"/>
          <w:lang w:val="da-DK"/>
        </w:rPr>
        <w:tab/>
      </w:r>
    </w:p>
    <w:p w14:paraId="71FC7AA0" w14:textId="16CC36E3" w:rsidR="00A5425F" w:rsidRDefault="00400CD9" w:rsidP="00A5425F">
      <w:pPr>
        <w:pStyle w:val="Heading2"/>
        <w:spacing w:after="80"/>
      </w:pPr>
      <w:bookmarkStart w:id="8" w:name="_Toc239339920"/>
      <w:r>
        <w:rPr>
          <w:rFonts w:ascii="Ubuntu" w:eastAsia="Ubuntu" w:hAnsi="Ubuntu" w:cs="Ubuntu"/>
          <w:u w:val="single"/>
        </w:rPr>
        <w:t>8. Præference for offentlig anerkendelse</w:t>
      </w:r>
      <w:bookmarkEnd w:id="8"/>
    </w:p>
    <w:tbl>
      <w:tblPr>
        <w:tblStyle w:val="TableGrid"/>
        <w:tblW w:w="0" w:type="auto"/>
        <w:jc w:val="center"/>
        <w:tblBorders>
          <w:top w:val="single" w:sz="6" w:space="0" w:color="D5D9DE"/>
          <w:left w:val="single" w:sz="6" w:space="0" w:color="D5D9DE"/>
          <w:bottom w:val="single" w:sz="6" w:space="0" w:color="D5D9DE"/>
          <w:right w:val="single" w:sz="6" w:space="0" w:color="D5D9DE"/>
          <w:insideH w:val="single" w:sz="6" w:space="0" w:color="D5D9DE"/>
          <w:insideV w:val="single" w:sz="6" w:space="0" w:color="D5D9DE"/>
        </w:tblBorders>
        <w:tblLayout w:type="fixed"/>
        <w:tblLook w:val="04A0" w:firstRow="1" w:lastRow="0" w:firstColumn="1" w:lastColumn="0" w:noHBand="0" w:noVBand="1"/>
      </w:tblPr>
      <w:tblGrid>
        <w:gridCol w:w="4762"/>
        <w:gridCol w:w="4762"/>
      </w:tblGrid>
      <w:tr w:rsidR="00A5425F" w14:paraId="5D07AF8F" w14:textId="77777777" w:rsidTr="000B505C">
        <w:trPr>
          <w:cantSplit/>
          <w:tblHeader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D2958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7DF93F5C" w14:textId="77777777" w:rsidR="00A5425F" w:rsidRDefault="00A5425F" w:rsidP="000B505C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Ubuntu" w:eastAsia="Ubuntu" w:hAnsi="Ubuntu" w:cs="Ubuntu" w:hint="eastAsia"/>
                <w:b/>
                <w:color w:val="FFFFFF"/>
                <w:sz w:val="18"/>
              </w:rPr>
              <w:t>Valg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D2958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5E00BAB6" w14:textId="77777777" w:rsidR="00A5425F" w:rsidRDefault="00A5425F" w:rsidP="000B505C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Ubuntu" w:eastAsia="Ubuntu" w:hAnsi="Ubuntu" w:cs="Ubuntu" w:hint="eastAsia"/>
                <w:b/>
                <w:color w:val="FFFFFF"/>
                <w:sz w:val="18"/>
              </w:rPr>
              <w:t>Svar</w:t>
            </w:r>
          </w:p>
        </w:tc>
      </w:tr>
      <w:tr w:rsidR="00A5425F" w14:paraId="69C016E5" w14:textId="77777777" w:rsidTr="000B505C">
        <w:trPr>
          <w:cantSplit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0AE6D9D1" w14:textId="77777777" w:rsidR="00A5425F" w:rsidRPr="00255B8D" w:rsidRDefault="00A5425F" w:rsidP="000B505C">
            <w:pPr>
              <w:spacing w:after="0" w:line="240" w:lineRule="auto"/>
              <w:rPr>
                <w:rFonts w:hint="eastAsia"/>
                <w:lang w:val="da-DK"/>
              </w:rPr>
            </w:pPr>
            <w:r w:rsidRPr="00255B8D">
              <w:rPr>
                <w:rFonts w:eastAsia="Myriad Pro" w:cs="Myriad Pro" w:hint="eastAsia"/>
                <w:b/>
                <w:color w:val="1D2958"/>
                <w:sz w:val="18"/>
                <w:lang w:val="da-DK"/>
              </w:rPr>
              <w:t>Må vi offentligt anerkende dig, hvis der offentliggøres en sikkerhedsmeddelelse?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553EEABC" w14:textId="075EFBE4" w:rsidR="00A5425F" w:rsidRDefault="00233006" w:rsidP="000B505C">
            <w:pPr>
              <w:spacing w:after="0" w:line="240" w:lineRule="auto"/>
              <w:rPr>
                <w:rFonts w:hint="eastAsia"/>
              </w:rPr>
            </w:pPr>
            <w:sdt>
              <w:sdtPr>
                <w:alias w:val="Checkbox 25"/>
                <w:tag w:val="CHECKBOX_0025"/>
                <w:id w:val="100025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5E3305">
                  <w:rPr>
                    <w:rFonts w:ascii="Arial" w:hAnsi="Arial" w:cs="Arial"/>
                  </w:rPr>
                  <w:t>☐</w:t>
                </w:r>
              </w:sdtContent>
            </w:sdt>
            <w:r w:rsidR="00A5425F">
              <w:rPr>
                <w:rFonts w:eastAsia="Myriad Pro" w:cs="Myriad Pro" w:hint="eastAsia"/>
                <w:sz w:val="18"/>
                <w:szCs w:val="21"/>
              </w:rPr>
              <w:t xml:space="preserve"> Ja </w:t>
            </w:r>
            <w:sdt>
              <w:sdtPr>
                <w:alias w:val="Checkbox 26"/>
                <w:tag w:val="CHECKBOX_0026"/>
                <w:id w:val="100026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A5425F">
                  <w:rPr>
                    <w:rFonts w:ascii="Segoe UI Symbol" w:eastAsia="Arial Unicode MS" w:hAnsi="Segoe UI Symbol" w:cs="Segoe UI Symbol"/>
                    <w:color w:val="000000"/>
                    <w:szCs w:val="21"/>
                  </w:rPr>
                  <w:t>☐</w:t>
                </w:r>
              </w:sdtContent>
            </w:sdt>
            <w:r w:rsidR="00A5425F">
              <w:rPr>
                <w:rFonts w:eastAsia="Myriad Pro" w:cs="Myriad Pro" w:hint="eastAsia"/>
                <w:sz w:val="18"/>
                <w:szCs w:val="21"/>
              </w:rPr>
              <w:t xml:space="preserve"> Nej</w:t>
            </w:r>
          </w:p>
        </w:tc>
      </w:tr>
      <w:tr w:rsidR="00A5425F" w:rsidRPr="00255B8D" w14:paraId="4FDB743A" w14:textId="77777777" w:rsidTr="000B505C">
        <w:trPr>
          <w:cantSplit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093B3EEA" w14:textId="77777777" w:rsidR="00A5425F" w:rsidRPr="00255B8D" w:rsidRDefault="00A5425F" w:rsidP="000B505C">
            <w:pPr>
              <w:spacing w:after="0" w:line="240" w:lineRule="auto"/>
              <w:rPr>
                <w:rFonts w:hint="eastAsia"/>
                <w:lang w:val="da-DK"/>
              </w:rPr>
            </w:pPr>
            <w:r w:rsidRPr="00255B8D">
              <w:rPr>
                <w:rFonts w:eastAsia="Myriad Pro" w:cs="Myriad Pro" w:hint="eastAsia"/>
                <w:b/>
                <w:color w:val="1D2958"/>
                <w:sz w:val="18"/>
                <w:lang w:val="da-DK"/>
              </w:rPr>
              <w:t>Navn, alias eller organisation, der skal vises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40E943D1" w14:textId="77777777" w:rsidR="00A5425F" w:rsidRPr="00255B8D" w:rsidRDefault="00A5425F" w:rsidP="000B505C">
            <w:pPr>
              <w:spacing w:after="0" w:line="240" w:lineRule="auto"/>
              <w:rPr>
                <w:rFonts w:hint="eastAsia"/>
                <w:lang w:val="da-DK"/>
              </w:rPr>
            </w:pPr>
          </w:p>
        </w:tc>
      </w:tr>
      <w:tr w:rsidR="00A5425F" w:rsidRPr="00255B8D" w14:paraId="5B572217" w14:textId="77777777" w:rsidTr="000B505C">
        <w:trPr>
          <w:cantSplit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3106C3F7" w14:textId="77777777" w:rsidR="00A5425F" w:rsidRPr="00255B8D" w:rsidRDefault="00A5425F" w:rsidP="000B505C">
            <w:pPr>
              <w:spacing w:after="0" w:line="240" w:lineRule="auto"/>
              <w:rPr>
                <w:rFonts w:hint="eastAsia"/>
                <w:lang w:val="da-DK"/>
              </w:rPr>
            </w:pPr>
            <w:r w:rsidRPr="00255B8D">
              <w:rPr>
                <w:rFonts w:eastAsia="Myriad Pro" w:cs="Myriad Pro" w:hint="eastAsia"/>
                <w:b/>
                <w:color w:val="1D2958"/>
                <w:sz w:val="18"/>
                <w:lang w:val="da-DK"/>
              </w:rPr>
              <w:t>Foretrukket profil- eller referencelink, hvis det accepteres i henhold til politikken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6B98ADF9" w14:textId="77777777" w:rsidR="00A5425F" w:rsidRPr="00255B8D" w:rsidRDefault="00A5425F" w:rsidP="000B505C">
            <w:pPr>
              <w:spacing w:after="0" w:line="240" w:lineRule="auto"/>
              <w:rPr>
                <w:rFonts w:hint="eastAsia"/>
                <w:lang w:val="da-DK"/>
              </w:rPr>
            </w:pPr>
          </w:p>
        </w:tc>
      </w:tr>
    </w:tbl>
    <w:p w14:paraId="38C3B747" w14:textId="77777777" w:rsidR="00A5425F" w:rsidRPr="00255B8D" w:rsidRDefault="00A5425F" w:rsidP="00A5425F">
      <w:pPr>
        <w:spacing w:after="110" w:line="259" w:lineRule="auto"/>
        <w:rPr>
          <w:rFonts w:hint="eastAsia"/>
          <w:lang w:val="da-DK"/>
        </w:rPr>
      </w:pPr>
    </w:p>
    <w:p w14:paraId="475B0059" w14:textId="0915E990" w:rsidR="00A5425F" w:rsidRPr="00255B8D" w:rsidRDefault="00400CD9" w:rsidP="00A5425F">
      <w:pPr>
        <w:pStyle w:val="Heading2"/>
        <w:spacing w:after="80"/>
        <w:rPr>
          <w:lang w:val="da-DK"/>
        </w:rPr>
      </w:pPr>
      <w:bookmarkStart w:id="9" w:name="_Toc239339921"/>
      <w:r w:rsidRPr="00255B8D">
        <w:rPr>
          <w:rFonts w:ascii="Ubuntu" w:eastAsia="Ubuntu" w:hAnsi="Ubuntu" w:cs="Ubuntu"/>
          <w:u w:val="single"/>
          <w:lang w:val="da-DK"/>
        </w:rPr>
        <w:lastRenderedPageBreak/>
        <w:t>9. Bilag og yderligere oplysninger</w:t>
      </w:r>
      <w:bookmarkEnd w:id="9"/>
    </w:p>
    <w:p w14:paraId="3088B04A" w14:textId="732A687A" w:rsidR="00DA2D1B" w:rsidRPr="00255B8D" w:rsidRDefault="005B511E" w:rsidP="00DA2D1B">
      <w:pPr>
        <w:pStyle w:val="ListBullet"/>
        <w:numPr>
          <w:ilvl w:val="0"/>
          <w:numId w:val="0"/>
        </w:numPr>
        <w:ind w:left="360" w:hanging="360"/>
        <w:rPr>
          <w:rFonts w:hint="eastAsia"/>
          <w:lang w:val="da-DK"/>
        </w:rPr>
      </w:pPr>
      <w:r w:rsidRPr="00255B8D">
        <w:rPr>
          <w:lang w:val="da-DK"/>
        </w:rPr>
        <w:t xml:space="preserve">Angiv alle filer, der er vedlagt din indberetning. Medtag ikke adgangskoder, </w:t>
      </w:r>
      <w:proofErr w:type="spellStart"/>
      <w:r w:rsidRPr="00255B8D">
        <w:rPr>
          <w:lang w:val="da-DK"/>
        </w:rPr>
        <w:t>godkendelsestokens</w:t>
      </w:r>
      <w:proofErr w:type="spellEnd"/>
      <w:r w:rsidRPr="00255B8D">
        <w:rPr>
          <w:lang w:val="da-DK"/>
        </w:rPr>
        <w:t>, private nøgler eller unødvendige person- eller kundedata.</w:t>
      </w:r>
    </w:p>
    <w:tbl>
      <w:tblPr>
        <w:tblStyle w:val="TableGrid"/>
        <w:tblW w:w="0" w:type="auto"/>
        <w:jc w:val="center"/>
        <w:tblBorders>
          <w:top w:val="single" w:sz="6" w:space="0" w:color="D5D9DE"/>
          <w:left w:val="single" w:sz="6" w:space="0" w:color="D5D9DE"/>
          <w:bottom w:val="single" w:sz="6" w:space="0" w:color="D5D9DE"/>
          <w:right w:val="single" w:sz="6" w:space="0" w:color="D5D9DE"/>
          <w:insideH w:val="single" w:sz="6" w:space="0" w:color="D5D9DE"/>
          <w:insideV w:val="single" w:sz="6" w:space="0" w:color="D5D9DE"/>
        </w:tblBorders>
        <w:tblLayout w:type="fixed"/>
        <w:tblLook w:val="04A0" w:firstRow="1" w:lastRow="0" w:firstColumn="1" w:lastColumn="0" w:noHBand="0" w:noVBand="1"/>
      </w:tblPr>
      <w:tblGrid>
        <w:gridCol w:w="4762"/>
        <w:gridCol w:w="4762"/>
      </w:tblGrid>
      <w:tr w:rsidR="00DA2D1B" w:rsidRPr="00FF1C66" w14:paraId="653CF06B" w14:textId="77777777" w:rsidTr="00A10A02">
        <w:trPr>
          <w:cantSplit/>
          <w:tblHeader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D2958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74541D2B" w14:textId="77777777" w:rsidR="00DA2D1B" w:rsidRPr="00FF1C66" w:rsidRDefault="00DA2D1B" w:rsidP="00A10A02">
            <w:pPr>
              <w:spacing w:after="0" w:line="240" w:lineRule="auto"/>
              <w:rPr>
                <w:rFonts w:hint="eastAsia"/>
                <w:sz w:val="18"/>
                <w:szCs w:val="18"/>
              </w:rPr>
            </w:pPr>
            <w:r w:rsidRPr="00FF1C66">
              <w:rPr>
                <w:rFonts w:ascii="Ubuntu" w:eastAsia="Ubuntu" w:hAnsi="Ubuntu" w:cs="Ubuntu" w:hint="eastAsia"/>
                <w:b/>
                <w:color w:val="FFFFFF"/>
                <w:sz w:val="18"/>
                <w:szCs w:val="18"/>
              </w:rPr>
              <w:t>Felt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D2958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59EFF2A8" w14:textId="77777777" w:rsidR="00DA2D1B" w:rsidRPr="00FF1C66" w:rsidRDefault="00DA2D1B" w:rsidP="00A10A02">
            <w:pPr>
              <w:spacing w:after="0" w:line="240" w:lineRule="auto"/>
              <w:rPr>
                <w:rFonts w:hint="eastAsia"/>
                <w:sz w:val="18"/>
                <w:szCs w:val="18"/>
              </w:rPr>
            </w:pPr>
            <w:r w:rsidRPr="00FF1C66">
              <w:rPr>
                <w:rFonts w:ascii="Ubuntu" w:eastAsia="Ubuntu" w:hAnsi="Ubuntu" w:cs="Ubuntu" w:hint="eastAsia"/>
                <w:b/>
                <w:color w:val="FFFFFF"/>
                <w:sz w:val="18"/>
                <w:szCs w:val="18"/>
              </w:rPr>
              <w:t>Svar</w:t>
            </w:r>
          </w:p>
        </w:tc>
      </w:tr>
      <w:tr w:rsidR="00DA2D1B" w:rsidRPr="00FF1C66" w14:paraId="6A1D8FE7" w14:textId="77777777" w:rsidTr="00A10A02">
        <w:trPr>
          <w:cantSplit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6DE02D75" w14:textId="6F2FD1AF" w:rsidR="00DA2D1B" w:rsidRPr="00255B8D" w:rsidRDefault="00DA2D1B" w:rsidP="00A10A02">
            <w:pPr>
              <w:spacing w:after="0" w:line="240" w:lineRule="auto"/>
              <w:rPr>
                <w:rFonts w:hint="eastAsia"/>
                <w:sz w:val="18"/>
                <w:szCs w:val="18"/>
                <w:lang w:val="da-DK"/>
              </w:rPr>
            </w:pPr>
            <w:r w:rsidRPr="00255B8D">
              <w:rPr>
                <w:rFonts w:eastAsia="Myriad Pro" w:cs="Myriad Pro"/>
                <w:b/>
                <w:color w:val="1D2958"/>
                <w:sz w:val="18"/>
                <w:szCs w:val="18"/>
                <w:lang w:val="da-DK"/>
              </w:rPr>
              <w:t>Er der vedlagt filer til denne indberetning?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179C816A" w14:textId="77A3742E" w:rsidR="00DA2D1B" w:rsidRPr="00FF1C66" w:rsidRDefault="00233006" w:rsidP="00DA2D1B">
            <w:pPr>
              <w:spacing w:after="0" w:line="240" w:lineRule="auto"/>
              <w:rPr>
                <w:rFonts w:hint="eastAsia"/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alias w:val="Checkbox 14"/>
                <w:tag w:val="CHECKBOX_0014"/>
                <w:id w:val="-1785882412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DA2D1B" w:rsidRPr="00FF1C66">
                  <w:rPr>
                    <w:rFonts w:ascii="Segoe UI Symbol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DA2D1B" w:rsidRPr="00FF1C66">
              <w:rPr>
                <w:rFonts w:hint="eastAsia"/>
                <w:sz w:val="18"/>
                <w:szCs w:val="18"/>
              </w:rPr>
              <w:t xml:space="preserve"> </w:t>
            </w:r>
            <w:r w:rsidR="00DA2D1B" w:rsidRPr="00FF1C66">
              <w:rPr>
                <w:sz w:val="18"/>
                <w:szCs w:val="18"/>
              </w:rPr>
              <w:t>Ja</w:t>
            </w:r>
            <w:r w:rsidR="00DA2D1B" w:rsidRPr="00FF1C66">
              <w:rPr>
                <w:rFonts w:hint="eastAsia"/>
                <w:sz w:val="18"/>
                <w:szCs w:val="18"/>
              </w:rPr>
              <w:t xml:space="preserve"> </w:t>
            </w:r>
            <w:sdt>
              <w:sdtPr>
                <w:rPr>
                  <w:sz w:val="18"/>
                  <w:szCs w:val="18"/>
                </w:rPr>
                <w:alias w:val="Checkbox 15"/>
                <w:tag w:val="CHECKBOX_0015"/>
                <w:id w:val="1261801954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DA2D1B" w:rsidRPr="00FF1C66">
                  <w:rPr>
                    <w:rFonts w:ascii="Arial" w:hAnsi="Arial" w:cs="Arial"/>
                    <w:sz w:val="18"/>
                    <w:szCs w:val="18"/>
                  </w:rPr>
                  <w:t>☐</w:t>
                </w:r>
              </w:sdtContent>
            </w:sdt>
            <w:r w:rsidR="00DA2D1B" w:rsidRPr="00FF1C66">
              <w:rPr>
                <w:rFonts w:hint="eastAsia"/>
                <w:sz w:val="18"/>
                <w:szCs w:val="18"/>
              </w:rPr>
              <w:t xml:space="preserve"> </w:t>
            </w:r>
            <w:r w:rsidR="00DA2D1B" w:rsidRPr="00FF1C66">
              <w:rPr>
                <w:sz w:val="18"/>
                <w:szCs w:val="18"/>
              </w:rPr>
              <w:t xml:space="preserve">Nej </w:t>
            </w:r>
          </w:p>
        </w:tc>
      </w:tr>
      <w:tr w:rsidR="00DA2D1B" w:rsidRPr="00FF1C66" w14:paraId="08895A44" w14:textId="77777777" w:rsidTr="00A10A02">
        <w:trPr>
          <w:cantSplit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0B268D4D" w14:textId="01324FC1" w:rsidR="00DA2D1B" w:rsidRPr="00FF1C66" w:rsidRDefault="009A2B5C" w:rsidP="00A10A02">
            <w:pPr>
              <w:spacing w:after="0" w:line="240" w:lineRule="auto"/>
              <w:rPr>
                <w:rFonts w:hint="eastAsia"/>
                <w:sz w:val="18"/>
                <w:szCs w:val="18"/>
              </w:rPr>
            </w:pPr>
            <w:r w:rsidRPr="00FF1C66">
              <w:rPr>
                <w:rFonts w:eastAsia="Myriad Pro" w:cs="Myriad Pro"/>
                <w:b/>
                <w:color w:val="1D2958"/>
                <w:sz w:val="18"/>
                <w:szCs w:val="18"/>
              </w:rPr>
              <w:t xml:space="preserve">Type af vedlagte filer 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6D65EFCB" w14:textId="77777777" w:rsidR="009A2B5C" w:rsidRPr="00FF1C66" w:rsidRDefault="00233006" w:rsidP="009A2B5C">
            <w:pPr>
              <w:spacing w:after="0" w:line="240" w:lineRule="auto"/>
              <w:rPr>
                <w:rFonts w:hint="eastAsia"/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alias w:val="Checkbox 16"/>
                <w:tag w:val="CHECKBOX_0016"/>
                <w:id w:val="-653143698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DA2D1B" w:rsidRPr="00FF1C66">
                  <w:rPr>
                    <w:rFonts w:ascii="Segoe UI Symbol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DA2D1B" w:rsidRPr="00FF1C66">
              <w:rPr>
                <w:rFonts w:hint="eastAsia"/>
                <w:sz w:val="18"/>
                <w:szCs w:val="18"/>
              </w:rPr>
              <w:t xml:space="preserve"> </w:t>
            </w:r>
            <w:r w:rsidR="009A2B5C" w:rsidRPr="00FF1C66">
              <w:rPr>
                <w:sz w:val="18"/>
                <w:szCs w:val="18"/>
              </w:rPr>
              <w:t>Skærmbilleder</w:t>
            </w:r>
            <w:r w:rsidR="00DA2D1B" w:rsidRPr="00FF1C66">
              <w:rPr>
                <w:rFonts w:hint="eastAsia"/>
                <w:sz w:val="18"/>
                <w:szCs w:val="18"/>
              </w:rPr>
              <w:t xml:space="preserve"> </w:t>
            </w:r>
          </w:p>
          <w:p w14:paraId="625D8D25" w14:textId="77777777" w:rsidR="009A2B5C" w:rsidRPr="00FF1C66" w:rsidRDefault="00233006" w:rsidP="009A2B5C">
            <w:pPr>
              <w:spacing w:after="0" w:line="240" w:lineRule="auto"/>
              <w:rPr>
                <w:rFonts w:hint="eastAsia"/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alias w:val="Checkbox 17"/>
                <w:tag w:val="CHECKBOX_0017"/>
                <w:id w:val="-631332517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9A2B5C" w:rsidRPr="00FF1C66">
                  <w:rPr>
                    <w:rFonts w:ascii="Arial" w:hAnsi="Arial" w:cs="Arial"/>
                    <w:sz w:val="18"/>
                    <w:szCs w:val="18"/>
                  </w:rPr>
                  <w:t>☐</w:t>
                </w:r>
              </w:sdtContent>
            </w:sdt>
            <w:r w:rsidR="00DA2D1B" w:rsidRPr="00FF1C66">
              <w:rPr>
                <w:rFonts w:hint="eastAsia"/>
                <w:sz w:val="18"/>
                <w:szCs w:val="18"/>
              </w:rPr>
              <w:t xml:space="preserve"> </w:t>
            </w:r>
            <w:r w:rsidR="009A2B5C" w:rsidRPr="00FF1C66">
              <w:rPr>
                <w:sz w:val="18"/>
                <w:szCs w:val="18"/>
              </w:rPr>
              <w:t>Logfiler</w:t>
            </w:r>
            <w:r w:rsidR="00DA2D1B" w:rsidRPr="00FF1C66">
              <w:rPr>
                <w:sz w:val="18"/>
                <w:szCs w:val="18"/>
              </w:rPr>
              <w:t xml:space="preserve"> </w:t>
            </w:r>
          </w:p>
          <w:p w14:paraId="2DACA6AC" w14:textId="77777777" w:rsidR="009A2B5C" w:rsidRPr="00FF1C66" w:rsidRDefault="00233006" w:rsidP="009A2B5C">
            <w:pPr>
              <w:spacing w:after="0" w:line="240" w:lineRule="auto"/>
              <w:rPr>
                <w:rFonts w:hint="eastAsia"/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alias w:val="Checkbox 15"/>
                <w:tag w:val="CHECKBOX_0015"/>
                <w:id w:val="2144066354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DA2D1B" w:rsidRPr="00FF1C66">
                  <w:rPr>
                    <w:rFonts w:ascii="Segoe UI Symbol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DA2D1B" w:rsidRPr="00FF1C66">
              <w:rPr>
                <w:rFonts w:hint="eastAsia"/>
                <w:sz w:val="18"/>
                <w:szCs w:val="18"/>
              </w:rPr>
              <w:t xml:space="preserve"> </w:t>
            </w:r>
            <w:r w:rsidR="009A2B5C" w:rsidRPr="00FF1C66">
              <w:rPr>
                <w:sz w:val="18"/>
                <w:szCs w:val="18"/>
              </w:rPr>
              <w:t xml:space="preserve">Video </w:t>
            </w:r>
          </w:p>
          <w:p w14:paraId="5DB65D96" w14:textId="77777777" w:rsidR="009A2B5C" w:rsidRPr="00FF1C66" w:rsidRDefault="00233006" w:rsidP="009A2B5C">
            <w:pPr>
              <w:spacing w:after="0" w:line="240" w:lineRule="auto"/>
              <w:rPr>
                <w:rFonts w:hint="eastAsia"/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alias w:val="Checkbox 16"/>
                <w:tag w:val="CHECKBOX_0016"/>
                <w:id w:val="96609138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9A2B5C" w:rsidRPr="00FF1C66">
                  <w:rPr>
                    <w:rFonts w:ascii="Segoe UI Symbol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9A2B5C" w:rsidRPr="00FF1C66">
              <w:rPr>
                <w:rFonts w:hint="eastAsia"/>
                <w:sz w:val="18"/>
                <w:szCs w:val="18"/>
              </w:rPr>
              <w:t xml:space="preserve"> </w:t>
            </w:r>
            <w:r w:rsidR="009A2B5C" w:rsidRPr="00FF1C66">
              <w:rPr>
                <w:sz w:val="18"/>
                <w:szCs w:val="18"/>
              </w:rPr>
              <w:t xml:space="preserve">Proof of concept </w:t>
            </w:r>
          </w:p>
          <w:p w14:paraId="514A4003" w14:textId="77777777" w:rsidR="009A2B5C" w:rsidRPr="00FF1C66" w:rsidRDefault="00233006" w:rsidP="009A2B5C">
            <w:pPr>
              <w:spacing w:after="0" w:line="240" w:lineRule="auto"/>
              <w:rPr>
                <w:rFonts w:hint="eastAsia"/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alias w:val="Checkbox 17"/>
                <w:tag w:val="CHECKBOX_0017"/>
                <w:id w:val="560760725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9A2B5C" w:rsidRPr="00FF1C66">
                  <w:rPr>
                    <w:rFonts w:ascii="Segoe UI Symbol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9A2B5C" w:rsidRPr="00FF1C66">
              <w:rPr>
                <w:rFonts w:hint="eastAsia"/>
                <w:sz w:val="18"/>
                <w:szCs w:val="18"/>
              </w:rPr>
              <w:t xml:space="preserve"> </w:t>
            </w:r>
            <w:r w:rsidR="009A2B5C" w:rsidRPr="00FF1C66">
              <w:rPr>
                <w:sz w:val="18"/>
                <w:szCs w:val="18"/>
              </w:rPr>
              <w:t xml:space="preserve">Pakkecapture </w:t>
            </w:r>
          </w:p>
          <w:p w14:paraId="17A74EDE" w14:textId="681966A3" w:rsidR="00DA2D1B" w:rsidRPr="00FF1C66" w:rsidRDefault="00233006" w:rsidP="009A2B5C">
            <w:pPr>
              <w:spacing w:after="0" w:line="240" w:lineRule="auto"/>
              <w:rPr>
                <w:rFonts w:hint="eastAsia"/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alias w:val="Checkbox 15"/>
                <w:tag w:val="CHECKBOX_0015"/>
                <w:id w:val="-1209030102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9A2B5C" w:rsidRPr="00FF1C66">
                  <w:rPr>
                    <w:rFonts w:ascii="Segoe UI Symbol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9A2B5C" w:rsidRPr="00FF1C66">
              <w:rPr>
                <w:rFonts w:hint="eastAsia"/>
                <w:sz w:val="18"/>
                <w:szCs w:val="18"/>
              </w:rPr>
              <w:t xml:space="preserve"> </w:t>
            </w:r>
            <w:r w:rsidR="009A2B5C" w:rsidRPr="00FF1C66">
              <w:rPr>
                <w:sz w:val="18"/>
                <w:szCs w:val="18"/>
              </w:rPr>
              <w:t>Andet</w:t>
            </w:r>
          </w:p>
        </w:tc>
      </w:tr>
      <w:tr w:rsidR="00DA2D1B" w:rsidRPr="00FF1C66" w14:paraId="244F1F7A" w14:textId="77777777" w:rsidTr="00A10A02">
        <w:trPr>
          <w:cantSplit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18589E59" w14:textId="57FDA9E8" w:rsidR="00DA2D1B" w:rsidRPr="00FF1C66" w:rsidRDefault="008A78A6" w:rsidP="00A10A02">
            <w:pPr>
              <w:spacing w:after="0" w:line="240" w:lineRule="auto"/>
              <w:rPr>
                <w:rFonts w:hint="eastAsia"/>
                <w:sz w:val="18"/>
                <w:szCs w:val="18"/>
              </w:rPr>
            </w:pPr>
            <w:r w:rsidRPr="00FF1C66">
              <w:rPr>
                <w:rFonts w:eastAsia="Myriad Pro" w:cs="Myriad Pro"/>
                <w:b/>
                <w:color w:val="1D2958"/>
                <w:sz w:val="18"/>
                <w:szCs w:val="18"/>
              </w:rPr>
              <w:t>Beskrivelse af vedlagte filer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5CA44099" w14:textId="77777777" w:rsidR="00DA2D1B" w:rsidRPr="00FF1C66" w:rsidRDefault="00DA2D1B" w:rsidP="008A78A6">
            <w:pPr>
              <w:spacing w:after="0" w:line="240" w:lineRule="auto"/>
              <w:rPr>
                <w:rFonts w:hint="eastAsia"/>
                <w:sz w:val="18"/>
                <w:szCs w:val="18"/>
              </w:rPr>
            </w:pPr>
          </w:p>
        </w:tc>
      </w:tr>
      <w:tr w:rsidR="00DA2D1B" w:rsidRPr="00255B8D" w14:paraId="439B08F5" w14:textId="77777777" w:rsidTr="00A10A02">
        <w:trPr>
          <w:cantSplit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0A774265" w14:textId="387C2B44" w:rsidR="00DA2D1B" w:rsidRPr="00255B8D" w:rsidRDefault="007073FE" w:rsidP="00A10A02">
            <w:pPr>
              <w:spacing w:after="0" w:line="240" w:lineRule="auto"/>
              <w:rPr>
                <w:rFonts w:hint="eastAsia"/>
                <w:sz w:val="18"/>
                <w:szCs w:val="18"/>
                <w:lang w:val="da-DK"/>
              </w:rPr>
            </w:pPr>
            <w:r w:rsidRPr="00255B8D">
              <w:rPr>
                <w:rFonts w:eastAsia="Myriad Pro" w:cs="Myriad Pro"/>
                <w:b/>
                <w:color w:val="1D2958"/>
                <w:sz w:val="18"/>
                <w:szCs w:val="18"/>
                <w:lang w:val="da-DK"/>
              </w:rPr>
              <w:t>Yderligere oplysninger, der er relevante for indberetningen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2403DF52" w14:textId="2640F0C3" w:rsidR="00DA2D1B" w:rsidRPr="00255B8D" w:rsidRDefault="00DA2D1B" w:rsidP="007073FE">
            <w:pPr>
              <w:spacing w:after="0" w:line="240" w:lineRule="auto"/>
              <w:rPr>
                <w:rFonts w:hint="eastAsia"/>
                <w:sz w:val="18"/>
                <w:szCs w:val="18"/>
                <w:lang w:val="da-DK"/>
              </w:rPr>
            </w:pPr>
          </w:p>
        </w:tc>
      </w:tr>
      <w:tr w:rsidR="00DA2D1B" w:rsidRPr="00255B8D" w14:paraId="089B751C" w14:textId="77777777" w:rsidTr="00A10A02">
        <w:trPr>
          <w:cantSplit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2DB37360" w14:textId="366325B7" w:rsidR="00DA2D1B" w:rsidRPr="00255B8D" w:rsidRDefault="005D16DB" w:rsidP="00A10A02">
            <w:pPr>
              <w:spacing w:after="0" w:line="240" w:lineRule="auto"/>
              <w:rPr>
                <w:rFonts w:hint="eastAsia"/>
                <w:sz w:val="18"/>
                <w:szCs w:val="18"/>
                <w:lang w:val="da-DK"/>
              </w:rPr>
            </w:pPr>
            <w:r w:rsidRPr="00255B8D">
              <w:rPr>
                <w:rFonts w:eastAsia="Myriad Pro" w:cs="Myriad Pro"/>
                <w:b/>
                <w:color w:val="1D2958"/>
                <w:sz w:val="18"/>
                <w:szCs w:val="18"/>
                <w:lang w:val="da-DK"/>
              </w:rPr>
              <w:t>Krav til fortrolighed eller håndtering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3A5C7905" w14:textId="77777777" w:rsidR="00DA2D1B" w:rsidRPr="00255B8D" w:rsidRDefault="00DA2D1B" w:rsidP="005D16DB">
            <w:pPr>
              <w:spacing w:after="0" w:line="240" w:lineRule="auto"/>
              <w:rPr>
                <w:rFonts w:hint="eastAsia"/>
                <w:sz w:val="18"/>
                <w:szCs w:val="18"/>
                <w:lang w:val="da-DK"/>
              </w:rPr>
            </w:pPr>
          </w:p>
        </w:tc>
      </w:tr>
    </w:tbl>
    <w:p w14:paraId="7D268B9C" w14:textId="77777777" w:rsidR="00DA2D1B" w:rsidRPr="00255B8D" w:rsidRDefault="00DA2D1B" w:rsidP="00DA2D1B">
      <w:pPr>
        <w:pStyle w:val="ListBullet"/>
        <w:numPr>
          <w:ilvl w:val="0"/>
          <w:numId w:val="0"/>
        </w:numPr>
        <w:ind w:left="360" w:hanging="360"/>
        <w:rPr>
          <w:rFonts w:hint="eastAsia"/>
          <w:lang w:val="da-DK"/>
        </w:rPr>
      </w:pPr>
    </w:p>
    <w:p w14:paraId="4AF4B10A" w14:textId="7E10C0E2" w:rsidR="00400CD9" w:rsidRPr="00255B8D" w:rsidRDefault="002B58F8" w:rsidP="00990E0E">
      <w:pPr>
        <w:pStyle w:val="ListBullet"/>
        <w:numPr>
          <w:ilvl w:val="0"/>
          <w:numId w:val="0"/>
        </w:numPr>
        <w:ind w:left="360" w:hanging="360"/>
        <w:rPr>
          <w:rFonts w:hint="eastAsia"/>
          <w:lang w:val="da-DK"/>
        </w:rPr>
      </w:pPr>
      <w:r w:rsidRPr="00255B8D">
        <w:rPr>
          <w:lang w:val="da-DK"/>
        </w:rPr>
        <w:t xml:space="preserve">Hvis du vedlægger logfiler, skærmbilleder, videoer, </w:t>
      </w:r>
      <w:proofErr w:type="spellStart"/>
      <w:r w:rsidRPr="00255B8D">
        <w:rPr>
          <w:lang w:val="da-DK"/>
        </w:rPr>
        <w:t>pakkecaptures</w:t>
      </w:r>
      <w:proofErr w:type="spellEnd"/>
      <w:r w:rsidRPr="00255B8D">
        <w:rPr>
          <w:lang w:val="da-DK"/>
        </w:rPr>
        <w:t xml:space="preserve"> eller </w:t>
      </w:r>
      <w:proofErr w:type="spellStart"/>
      <w:r w:rsidRPr="00255B8D">
        <w:rPr>
          <w:lang w:val="da-DK"/>
        </w:rPr>
        <w:t>proof</w:t>
      </w:r>
      <w:proofErr w:type="spellEnd"/>
      <w:r w:rsidRPr="00255B8D">
        <w:rPr>
          <w:lang w:val="da-DK"/>
        </w:rPr>
        <w:t>-of-</w:t>
      </w:r>
      <w:proofErr w:type="spellStart"/>
      <w:r w:rsidRPr="00255B8D">
        <w:rPr>
          <w:lang w:val="da-DK"/>
        </w:rPr>
        <w:t>concept</w:t>
      </w:r>
      <w:proofErr w:type="spellEnd"/>
      <w:r w:rsidRPr="00255B8D">
        <w:rPr>
          <w:lang w:val="da-DK"/>
        </w:rPr>
        <w:t xml:space="preserve">-materiale, skal du fjerne unødvendige persondata, kundedata, adgangskoder, </w:t>
      </w:r>
      <w:proofErr w:type="spellStart"/>
      <w:r w:rsidRPr="00255B8D">
        <w:rPr>
          <w:lang w:val="da-DK"/>
        </w:rPr>
        <w:t>godkendelsestokens</w:t>
      </w:r>
      <w:proofErr w:type="spellEnd"/>
      <w:r w:rsidRPr="00255B8D">
        <w:rPr>
          <w:lang w:val="da-DK"/>
        </w:rPr>
        <w:t>, private nøgler eller andre følsomme oplysninger, før du indsender indberetningen.</w:t>
      </w:r>
    </w:p>
    <w:p w14:paraId="38E505FA" w14:textId="77777777" w:rsidR="00400CD9" w:rsidRPr="00255B8D" w:rsidRDefault="00400CD9" w:rsidP="003A18C2">
      <w:pPr>
        <w:pStyle w:val="ListBullet"/>
        <w:numPr>
          <w:ilvl w:val="0"/>
          <w:numId w:val="0"/>
        </w:numPr>
        <w:tabs>
          <w:tab w:val="left" w:leader="underscore" w:pos="9200"/>
        </w:tabs>
        <w:spacing w:after="50" w:line="252" w:lineRule="auto"/>
        <w:ind w:left="360"/>
        <w:rPr>
          <w:rFonts w:hint="eastAsia"/>
          <w:lang w:val="da-DK"/>
        </w:rPr>
      </w:pPr>
    </w:p>
    <w:p w14:paraId="3B991FF6" w14:textId="34CC02C3" w:rsidR="00A5425F" w:rsidRPr="00255B8D" w:rsidRDefault="00A5425F" w:rsidP="00A5425F">
      <w:pPr>
        <w:pStyle w:val="Heading2"/>
        <w:spacing w:after="80"/>
        <w:rPr>
          <w:lang w:val="da-DK"/>
        </w:rPr>
      </w:pPr>
      <w:bookmarkStart w:id="10" w:name="_Toc239339922"/>
      <w:r w:rsidRPr="00255B8D">
        <w:rPr>
          <w:rFonts w:ascii="Ubuntu" w:eastAsia="Ubuntu" w:hAnsi="Ubuntu" w:cs="Ubuntu" w:hint="eastAsia"/>
          <w:u w:val="single"/>
          <w:lang w:val="da-DK"/>
        </w:rPr>
        <w:t>10. Bekræftelse på redelig sikkerhedsforskning</w:t>
      </w:r>
      <w:bookmarkEnd w:id="10"/>
    </w:p>
    <w:p w14:paraId="7C6C0657" w14:textId="77777777" w:rsidR="00A5425F" w:rsidRPr="00255B8D" w:rsidRDefault="00A5425F" w:rsidP="00A5425F">
      <w:pPr>
        <w:spacing w:after="110" w:line="259" w:lineRule="auto"/>
        <w:rPr>
          <w:rFonts w:hint="eastAsia"/>
          <w:lang w:val="da-DK"/>
        </w:rPr>
      </w:pPr>
      <w:r w:rsidRPr="00255B8D">
        <w:rPr>
          <w:rFonts w:eastAsia="Myriad Pro" w:cs="Myriad Pro" w:hint="eastAsia"/>
          <w:lang w:val="da-DK"/>
        </w:rPr>
        <w:t>Ved at indsende denne indberetning bekræfter indberetteren efter bedste overbevisning, at:</w:t>
      </w:r>
    </w:p>
    <w:p w14:paraId="573C3FF9" w14:textId="641BBC39" w:rsidR="00A5425F" w:rsidRPr="00255B8D" w:rsidRDefault="00233006" w:rsidP="001000B8">
      <w:pPr>
        <w:pStyle w:val="ListBullet"/>
        <w:numPr>
          <w:ilvl w:val="0"/>
          <w:numId w:val="0"/>
        </w:numPr>
        <w:spacing w:after="50" w:line="252" w:lineRule="auto"/>
        <w:ind w:left="360"/>
        <w:rPr>
          <w:rFonts w:hint="eastAsia"/>
          <w:lang w:val="da-DK"/>
        </w:rPr>
      </w:pPr>
      <w:sdt>
        <w:sdtPr>
          <w:rPr>
            <w:lang w:val="da-DK"/>
          </w:rPr>
          <w:alias w:val="Checkbox 27"/>
          <w:tag w:val="CHECKBOX_0027"/>
          <w:id w:val="100027"/>
          <w14:checkbox>
            <w14:checked w14:val="0"/>
            <w14:checkedState w14:val="2612" w14:font="Arial"/>
            <w14:uncheckedState w14:val="2610" w14:font="Arial"/>
          </w14:checkbox>
        </w:sdtPr>
        <w:sdtEndPr/>
        <w:sdtContent>
          <w:r w:rsidR="001000B8" w:rsidRPr="00255B8D">
            <w:rPr>
              <w:rFonts w:ascii="Arial" w:hAnsi="Arial" w:cs="Arial"/>
              <w:lang w:val="da-DK"/>
            </w:rPr>
            <w:t>☐</w:t>
          </w:r>
        </w:sdtContent>
      </w:sdt>
      <w:r w:rsidR="00A5425F" w:rsidRPr="00255B8D">
        <w:rPr>
          <w:rFonts w:eastAsia="Myriad Pro" w:cs="Myriad Pro" w:hint="eastAsia"/>
          <w:szCs w:val="21"/>
          <w:lang w:val="da-DK"/>
        </w:rPr>
        <w:t xml:space="preserve"> Indberetningen er korrekt og er udarbejdet som led i redelig sikkerhedsforskning.</w:t>
      </w:r>
    </w:p>
    <w:p w14:paraId="3D6F23C6" w14:textId="3D6E9E1F" w:rsidR="00A5425F" w:rsidRPr="00255B8D" w:rsidRDefault="00233006" w:rsidP="001000B8">
      <w:pPr>
        <w:pStyle w:val="ListBullet"/>
        <w:numPr>
          <w:ilvl w:val="0"/>
          <w:numId w:val="0"/>
        </w:numPr>
        <w:spacing w:after="50" w:line="252" w:lineRule="auto"/>
        <w:ind w:left="360"/>
        <w:rPr>
          <w:rFonts w:hint="eastAsia"/>
          <w:lang w:val="da-DK"/>
        </w:rPr>
      </w:pPr>
      <w:sdt>
        <w:sdtPr>
          <w:rPr>
            <w:lang w:val="da-DK"/>
          </w:rPr>
          <w:alias w:val="Checkbox 28"/>
          <w:tag w:val="CHECKBOX_0028"/>
          <w:id w:val="100028"/>
          <w14:checkbox>
            <w14:checked w14:val="0"/>
            <w14:checkedState w14:val="2612" w14:font="Arial"/>
            <w14:uncheckedState w14:val="2610" w14:font="Arial"/>
          </w14:checkbox>
        </w:sdtPr>
        <w:sdtEndPr/>
        <w:sdtContent>
          <w:r w:rsidR="001000B8" w:rsidRPr="00255B8D">
            <w:rPr>
              <w:rFonts w:ascii="Arial" w:hAnsi="Arial" w:cs="Arial"/>
              <w:lang w:val="da-DK"/>
            </w:rPr>
            <w:t>☐</w:t>
          </w:r>
        </w:sdtContent>
      </w:sdt>
      <w:r w:rsidR="00A5425F" w:rsidRPr="00255B8D">
        <w:rPr>
          <w:rFonts w:eastAsia="Myriad Pro" w:cs="Myriad Pro" w:hint="eastAsia"/>
          <w:szCs w:val="21"/>
          <w:lang w:val="da-DK"/>
        </w:rPr>
        <w:t xml:space="preserve"> Testningen var begrænset til systemer, enheder, konti og data, som indberetteren ejer eller havde tilladelse til at teste.</w:t>
      </w:r>
    </w:p>
    <w:p w14:paraId="6BBC477B" w14:textId="77777777" w:rsidR="00A5425F" w:rsidRPr="00255B8D" w:rsidRDefault="00233006" w:rsidP="001000B8">
      <w:pPr>
        <w:pStyle w:val="ListBullet"/>
        <w:numPr>
          <w:ilvl w:val="0"/>
          <w:numId w:val="0"/>
        </w:numPr>
        <w:spacing w:after="50" w:line="252" w:lineRule="auto"/>
        <w:ind w:left="360"/>
        <w:rPr>
          <w:rFonts w:hint="eastAsia"/>
          <w:lang w:val="da-DK"/>
        </w:rPr>
      </w:pPr>
      <w:sdt>
        <w:sdtPr>
          <w:rPr>
            <w:lang w:val="da-DK"/>
          </w:rPr>
          <w:alias w:val="Checkbox 29"/>
          <w:tag w:val="CHECKBOX_0029"/>
          <w:id w:val="100029"/>
          <w14:checkbox>
            <w14:checked w14:val="0"/>
            <w14:checkedState w14:val="2612" w14:font="Arial"/>
            <w14:uncheckedState w14:val="2610" w14:font="Arial"/>
          </w14:checkbox>
        </w:sdtPr>
        <w:sdtEndPr/>
        <w:sdtContent>
          <w:r w:rsidR="00A5425F" w:rsidRPr="00255B8D">
            <w:rPr>
              <w:rFonts w:ascii="Segoe UI Symbol" w:eastAsia="Arial Unicode MS" w:hAnsi="Segoe UI Symbol" w:cs="Segoe UI Symbol"/>
              <w:color w:val="000000"/>
              <w:szCs w:val="21"/>
              <w:lang w:val="da-DK"/>
            </w:rPr>
            <w:t>☐</w:t>
          </w:r>
        </w:sdtContent>
      </w:sdt>
      <w:r w:rsidR="00A5425F" w:rsidRPr="00255B8D">
        <w:rPr>
          <w:rFonts w:eastAsia="Myriad Pro" w:cs="Myriad Pro" w:hint="eastAsia"/>
          <w:szCs w:val="21"/>
          <w:lang w:val="da-DK"/>
        </w:rPr>
        <w:t xml:space="preserve"> Unødvendig adgang til, opbevaring af eller videregivelse af ikke-offentlige data blev undgået.</w:t>
      </w:r>
    </w:p>
    <w:p w14:paraId="310F30BF" w14:textId="77777777" w:rsidR="00A5425F" w:rsidRPr="00255B8D" w:rsidRDefault="00233006" w:rsidP="001000B8">
      <w:pPr>
        <w:pStyle w:val="ListBullet"/>
        <w:numPr>
          <w:ilvl w:val="0"/>
          <w:numId w:val="0"/>
        </w:numPr>
        <w:spacing w:after="50" w:line="252" w:lineRule="auto"/>
        <w:ind w:left="360"/>
        <w:rPr>
          <w:rFonts w:hint="eastAsia"/>
          <w:lang w:val="da-DK"/>
        </w:rPr>
      </w:pPr>
      <w:sdt>
        <w:sdtPr>
          <w:rPr>
            <w:lang w:val="da-DK"/>
          </w:rPr>
          <w:alias w:val="Checkbox 30"/>
          <w:tag w:val="CHECKBOX_0030"/>
          <w:id w:val="100030"/>
          <w14:checkbox>
            <w14:checked w14:val="0"/>
            <w14:checkedState w14:val="2612" w14:font="Arial"/>
            <w14:uncheckedState w14:val="2610" w14:font="Arial"/>
          </w14:checkbox>
        </w:sdtPr>
        <w:sdtEndPr/>
        <w:sdtContent>
          <w:r w:rsidR="00A5425F" w:rsidRPr="00255B8D">
            <w:rPr>
              <w:rFonts w:ascii="Segoe UI Symbol" w:eastAsia="Arial Unicode MS" w:hAnsi="Segoe UI Symbol" w:cs="Segoe UI Symbol"/>
              <w:color w:val="000000"/>
              <w:szCs w:val="21"/>
              <w:lang w:val="da-DK"/>
            </w:rPr>
            <w:t>☐</w:t>
          </w:r>
        </w:sdtContent>
      </w:sdt>
      <w:r w:rsidR="00A5425F" w:rsidRPr="00255B8D">
        <w:rPr>
          <w:rFonts w:eastAsia="Myriad Pro" w:cs="Myriad Pro" w:hint="eastAsia"/>
          <w:szCs w:val="21"/>
          <w:lang w:val="da-DK"/>
        </w:rPr>
        <w:t xml:space="preserve"> Indberetteren vil koordinere offentliggørelsen i overensstemmelse med den offentliggjorte politik med forbehold for gældende lovgivning og eventuelle akutte ændringer i risikoen for brugerne.</w:t>
      </w:r>
    </w:p>
    <w:p w14:paraId="19C68360" w14:textId="1BC9F46C" w:rsidR="009D2F24" w:rsidRPr="00255B8D" w:rsidRDefault="00233006" w:rsidP="000B4D71">
      <w:pPr>
        <w:pStyle w:val="ListBullet"/>
        <w:numPr>
          <w:ilvl w:val="0"/>
          <w:numId w:val="0"/>
        </w:numPr>
        <w:spacing w:after="50" w:line="252" w:lineRule="auto"/>
        <w:ind w:left="360"/>
        <w:rPr>
          <w:rFonts w:hint="eastAsia"/>
          <w:lang w:val="da-DK"/>
        </w:rPr>
      </w:pPr>
      <w:sdt>
        <w:sdtPr>
          <w:rPr>
            <w:lang w:val="da-DK"/>
          </w:rPr>
          <w:alias w:val="Checkbox 30"/>
          <w:tag w:val="CHECKBOX_0030"/>
          <w:id w:val="-1594698797"/>
          <w14:checkbox>
            <w14:checked w14:val="0"/>
            <w14:checkedState w14:val="2612" w14:font="Arial"/>
            <w14:uncheckedState w14:val="2610" w14:font="Arial"/>
          </w14:checkbox>
        </w:sdtPr>
        <w:sdtEndPr/>
        <w:sdtContent>
          <w:r w:rsidR="001000B8" w:rsidRPr="00255B8D">
            <w:rPr>
              <w:rFonts w:ascii="Arial" w:hAnsi="Arial" w:cs="Arial"/>
              <w:lang w:val="da-DK"/>
            </w:rPr>
            <w:t>☐</w:t>
          </w:r>
        </w:sdtContent>
      </w:sdt>
      <w:r w:rsidR="00BF3105" w:rsidRPr="00255B8D">
        <w:rPr>
          <w:lang w:val="da-DK"/>
        </w:rPr>
        <w:t xml:space="preserve"> Jeg bekræfter, at jeg ikke bevidst har medtaget adgangskoder, </w:t>
      </w:r>
      <w:proofErr w:type="spellStart"/>
      <w:r w:rsidR="00BF3105" w:rsidRPr="00255B8D">
        <w:rPr>
          <w:lang w:val="da-DK"/>
        </w:rPr>
        <w:t>godkendelsestokens</w:t>
      </w:r>
      <w:proofErr w:type="spellEnd"/>
      <w:r w:rsidR="00BF3105" w:rsidRPr="00255B8D">
        <w:rPr>
          <w:lang w:val="da-DK"/>
        </w:rPr>
        <w:t>, private nøgler eller unødvendige person- eller kundedata.</w:t>
      </w:r>
    </w:p>
    <w:p w14:paraId="6C180A1B" w14:textId="180F33F7" w:rsidR="009D2F24" w:rsidRPr="00255B8D" w:rsidRDefault="009D2F24" w:rsidP="009D2F24">
      <w:pPr>
        <w:spacing w:after="110" w:line="259" w:lineRule="auto"/>
        <w:rPr>
          <w:rFonts w:eastAsia="Myriad Pro" w:cs="Myriad Pro"/>
          <w:lang w:val="da-DK"/>
        </w:rPr>
      </w:pPr>
      <w:r w:rsidRPr="00255B8D">
        <w:rPr>
          <w:rFonts w:eastAsia="Myriad Pro" w:cs="Myriad Pro" w:hint="eastAsia"/>
          <w:b/>
          <w:lang w:val="da-DK"/>
        </w:rPr>
        <w:t>Indsendelsesdato: ____________________</w:t>
      </w:r>
    </w:p>
    <w:p w14:paraId="683EA517" w14:textId="40E3522B" w:rsidR="009B6E2A" w:rsidRPr="00255B8D" w:rsidRDefault="009B6E2A" w:rsidP="009B6E2A">
      <w:pPr>
        <w:spacing w:after="110" w:line="259" w:lineRule="auto"/>
        <w:rPr>
          <w:rFonts w:hint="eastAsia"/>
          <w:lang w:val="da-DK"/>
        </w:rPr>
      </w:pPr>
      <w:r w:rsidRPr="00255B8D">
        <w:rPr>
          <w:rFonts w:eastAsia="Myriad Pro" w:cs="Myriad Pro" w:hint="eastAsia"/>
          <w:b/>
          <w:lang w:val="da-DK"/>
        </w:rPr>
        <w:t>Indberetterens navn eller alias, hvis angivet: ____________________________________________________________________</w:t>
      </w:r>
    </w:p>
    <w:p w14:paraId="2BE015E7" w14:textId="77777777" w:rsidR="0054095F" w:rsidRPr="00255B8D" w:rsidRDefault="0054095F" w:rsidP="00D116E9">
      <w:pPr>
        <w:pStyle w:val="ListBullet"/>
        <w:numPr>
          <w:ilvl w:val="0"/>
          <w:numId w:val="0"/>
        </w:numPr>
        <w:rPr>
          <w:rStyle w:val="Strong"/>
          <w:rFonts w:hint="eastAsia"/>
          <w:lang w:val="da-DK"/>
        </w:rPr>
      </w:pPr>
    </w:p>
    <w:p w14:paraId="1C2FC0BF" w14:textId="77777777" w:rsidR="00A67FD7" w:rsidRPr="00255B8D" w:rsidRDefault="0054095F" w:rsidP="00EB6E7D">
      <w:pPr>
        <w:pStyle w:val="ListBullet"/>
        <w:numPr>
          <w:ilvl w:val="0"/>
          <w:numId w:val="0"/>
        </w:numPr>
        <w:ind w:left="360" w:hanging="360"/>
        <w:rPr>
          <w:rFonts w:hint="eastAsia"/>
          <w:lang w:val="da-DK"/>
        </w:rPr>
      </w:pPr>
      <w:r w:rsidRPr="00255B8D">
        <w:rPr>
          <w:rStyle w:val="Strong"/>
          <w:lang w:val="da-DK"/>
        </w:rPr>
        <w:t>Sådan indsender du denne indberetning</w:t>
      </w:r>
    </w:p>
    <w:p w14:paraId="79C3CF60" w14:textId="1DAF4D50" w:rsidR="0054095F" w:rsidRPr="00255B8D" w:rsidRDefault="0054095F" w:rsidP="00A67FD7">
      <w:pPr>
        <w:pStyle w:val="ListBullet"/>
        <w:numPr>
          <w:ilvl w:val="0"/>
          <w:numId w:val="0"/>
        </w:numPr>
        <w:ind w:left="360"/>
        <w:rPr>
          <w:rFonts w:ascii="Times New Roman" w:hAnsi="Times New Roman"/>
          <w:color w:val="auto"/>
          <w:sz w:val="24"/>
          <w:lang w:val="da-DK"/>
        </w:rPr>
      </w:pPr>
      <w:r w:rsidRPr="00255B8D">
        <w:rPr>
          <w:lang w:val="da-DK"/>
        </w:rPr>
        <w:t>Send den udfyldte formular pr. e-mail til: security@saluscontrols.com</w:t>
      </w:r>
    </w:p>
    <w:p w14:paraId="67F786F1" w14:textId="77777777" w:rsidR="0054095F" w:rsidRPr="00255B8D" w:rsidRDefault="0054095F" w:rsidP="00B27AC6">
      <w:pPr>
        <w:pStyle w:val="ListBullet"/>
        <w:numPr>
          <w:ilvl w:val="0"/>
          <w:numId w:val="0"/>
        </w:numPr>
        <w:ind w:left="360"/>
        <w:rPr>
          <w:rFonts w:hint="eastAsia"/>
          <w:lang w:val="da-DK"/>
        </w:rPr>
      </w:pPr>
      <w:r w:rsidRPr="00255B8D">
        <w:rPr>
          <w:lang w:val="da-DK"/>
        </w:rPr>
        <w:t>Du kan også indberette en formodet sikkerhedssårbarhed direkte via e-mail uden at bruge denne formular. Vi anbefaler at bruge formularen, da den hjælper SALUS Controls PLC med at indsamle de oplysninger, der er nødvendige for at vurdere indberetningen effektivt.</w:t>
      </w:r>
    </w:p>
    <w:p w14:paraId="77706C9A" w14:textId="77777777" w:rsidR="0054095F" w:rsidRPr="00255B8D" w:rsidRDefault="0054095F" w:rsidP="00CC2FDE">
      <w:pPr>
        <w:pStyle w:val="ListBullet"/>
        <w:numPr>
          <w:ilvl w:val="0"/>
          <w:numId w:val="0"/>
        </w:numPr>
        <w:spacing w:after="50" w:line="252" w:lineRule="auto"/>
        <w:ind w:left="360"/>
        <w:rPr>
          <w:rFonts w:hint="eastAsia"/>
          <w:lang w:val="da-DK"/>
        </w:rPr>
      </w:pPr>
    </w:p>
    <w:p w14:paraId="6211C366" w14:textId="77777777" w:rsidR="006C1235" w:rsidRPr="00255B8D" w:rsidRDefault="006C1235" w:rsidP="00A5425F">
      <w:pPr>
        <w:rPr>
          <w:rFonts w:hint="eastAsia"/>
          <w:lang w:val="da-DK"/>
        </w:rPr>
      </w:pPr>
    </w:p>
    <w:sectPr w:rsidR="006C1235" w:rsidRPr="00255B8D" w:rsidSect="00034616">
      <w:headerReference w:type="default" r:id="rId9"/>
      <w:footerReference w:type="default" r:id="rId10"/>
      <w:pgSz w:w="12240" w:h="15840"/>
      <w:pgMar w:top="979" w:right="1123" w:bottom="936" w:left="1123" w:header="403" w:footer="46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CC7252" w14:textId="77777777" w:rsidR="00233006" w:rsidRDefault="00233006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413A186D" w14:textId="77777777" w:rsidR="00233006" w:rsidRDefault="00233006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yriad Pro">
    <w:altName w:val="Segoe UI"/>
    <w:panose1 w:val="00000000000000000000"/>
    <w:charset w:val="00"/>
    <w:family w:val="roman"/>
    <w:notTrueType/>
    <w:pitch w:val="default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Ubuntu">
    <w:charset w:val="00"/>
    <w:family w:val="swiss"/>
    <w:pitch w:val="variable"/>
    <w:sig w:usb0="E00002FF" w:usb1="5000205B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9B19BF" w14:textId="4F6AEACB" w:rsidR="00A57E86" w:rsidRDefault="001E6F2C" w:rsidP="001E6F2C">
    <w:pPr>
      <w:pStyle w:val="Footer"/>
      <w:tabs>
        <w:tab w:val="left" w:pos="1163"/>
        <w:tab w:val="right" w:pos="9878"/>
      </w:tabs>
      <w:jc w:val="right"/>
      <w:rPr>
        <w:rFonts w:hint="eastAsia"/>
      </w:rPr>
    </w:pPr>
    <w:r>
      <w:rPr>
        <w:rFonts w:ascii="Ubuntu" w:eastAsia="Ubuntu" w:hAnsi="Ubuntu" w:cs="Ubuntu"/>
        <w:b/>
        <w:color w:val="1D2958"/>
        <w:sz w:val="16"/>
      </w:rPr>
      <w:tab/>
    </w:r>
    <w:r>
      <w:rPr>
        <w:rFonts w:ascii="Ubuntu" w:eastAsia="Ubuntu" w:hAnsi="Ubuntu" w:cs="Ubuntu"/>
        <w:b/>
        <w:color w:val="1D2958"/>
        <w:sz w:val="16"/>
      </w:rPr>
      <w:tab/>
      <w:t xml:space="preserve">Side </w:t>
    </w:r>
    <w:r>
      <w:rPr>
        <w:rFonts w:ascii="Ubuntu" w:eastAsia="Ubuntu" w:hAnsi="Ubuntu" w:cs="Ubuntu"/>
        <w:b/>
        <w:color w:val="1D2958"/>
        <w:sz w:val="16"/>
      </w:rPr>
      <w:fldChar w:fldCharType="begin"/>
    </w:r>
    <w:r>
      <w:rPr>
        <w:rFonts w:ascii="Ubuntu" w:eastAsia="Ubuntu" w:hAnsi="Ubuntu" w:cs="Ubuntu"/>
        <w:b/>
        <w:color w:val="1D2958"/>
        <w:sz w:val="16"/>
      </w:rPr>
      <w:instrText xml:space="preserve"> PAGE </w:instrText>
    </w:r>
    <w:r>
      <w:rPr>
        <w:rFonts w:ascii="Ubuntu" w:eastAsia="Ubuntu" w:hAnsi="Ubuntu" w:cs="Ubuntu"/>
        <w:b/>
        <w:color w:val="1D2958"/>
        <w:sz w:val="16"/>
      </w:rPr>
      <w:fldChar w:fldCharType="separate"/>
    </w:r>
    <w:r w:rsidR="00817323">
      <w:rPr>
        <w:rFonts w:ascii="Ubuntu" w:eastAsia="Ubuntu" w:hAnsi="Ubuntu" w:cs="Ubuntu"/>
        <w:b/>
        <w:noProof/>
        <w:color w:val="1D2958"/>
        <w:sz w:val="16"/>
      </w:rPr>
      <w:t>1</w:t>
    </w:r>
    <w:r>
      <w:rPr>
        <w:rFonts w:ascii="Ubuntu" w:eastAsia="Ubuntu" w:hAnsi="Ubuntu" w:cs="Ubuntu"/>
        <w:b/>
        <w:color w:val="1D2958"/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8673D9" w14:textId="77777777" w:rsidR="00233006" w:rsidRDefault="00233006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266FC9D2" w14:textId="77777777" w:rsidR="00233006" w:rsidRDefault="00233006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BDC6F7" w14:textId="1C007DCB" w:rsidR="001E6F2C" w:rsidRPr="001E6F2C" w:rsidRDefault="005D1326" w:rsidP="007B267A">
    <w:pPr>
      <w:pStyle w:val="BodyText"/>
      <w:spacing w:before="55" w:after="0"/>
      <w:ind w:left="284"/>
      <w:jc w:val="center"/>
      <w:rPr>
        <w:rFonts w:hint="eastAsia"/>
        <w:w w:val="105"/>
        <w:sz w:val="16"/>
        <w:szCs w:val="16"/>
      </w:rPr>
    </w:pPr>
    <w:r w:rsidRPr="001E6F2C">
      <w:rPr>
        <w:rFonts w:eastAsia="Myriad Pro" w:cs="Myriad Pro"/>
        <w:color w:val="6D7176"/>
        <w:w w:val="105"/>
        <w:sz w:val="16"/>
        <w:szCs w:val="16"/>
      </w:rPr>
      <w:t>SALUS Controls PLC Units 8-10,</w:t>
    </w:r>
    <w:r w:rsidR="001E6F2C">
      <w:rPr>
        <w:rFonts w:eastAsia="Myriad Pro" w:cs="Myriad Pro"/>
        <w:color w:val="6D7176"/>
        <w:w w:val="105"/>
        <w:sz w:val="16"/>
        <w:szCs w:val="16"/>
      </w:rPr>
      <w:t xml:space="preserve"> </w:t>
    </w:r>
    <w:proofErr w:type="spellStart"/>
    <w:r w:rsidRPr="001E6F2C">
      <w:rPr>
        <w:rFonts w:eastAsia="Myriad Pro" w:cs="Myriad Pro"/>
        <w:color w:val="6D7176"/>
        <w:w w:val="105"/>
        <w:sz w:val="16"/>
        <w:szCs w:val="16"/>
      </w:rPr>
      <w:t>Nejrth</w:t>
    </w:r>
    <w:r w:rsidR="00F56C1F">
      <w:rPr>
        <w:rFonts w:eastAsia="Myriad Pro" w:cs="Myriad Pro"/>
        <w:color w:val="6D7176"/>
        <w:w w:val="105"/>
        <w:sz w:val="16"/>
        <w:szCs w:val="16"/>
      </w:rPr>
      <w:t>field</w:t>
    </w:r>
    <w:proofErr w:type="spellEnd"/>
    <w:r w:rsidR="00584A2A">
      <w:rPr>
        <w:rFonts w:eastAsia="Myriad Pro" w:cs="Myriad Pro"/>
        <w:color w:val="6D7176"/>
        <w:w w:val="105"/>
        <w:sz w:val="16"/>
        <w:szCs w:val="16"/>
      </w:rPr>
      <w:t xml:space="preserve"> </w:t>
    </w:r>
    <w:r w:rsidRPr="001E6F2C">
      <w:rPr>
        <w:rFonts w:eastAsia="Myriad Pro" w:cs="Myriad Pro"/>
        <w:color w:val="6D7176"/>
        <w:w w:val="105"/>
        <w:sz w:val="16"/>
        <w:szCs w:val="16"/>
      </w:rPr>
      <w:t>Business Park,</w:t>
    </w:r>
    <w:r w:rsidR="001E6F2C">
      <w:rPr>
        <w:rFonts w:eastAsia="Myriad Pro" w:cs="Myriad Pro"/>
        <w:color w:val="6D7176"/>
        <w:w w:val="105"/>
        <w:sz w:val="16"/>
        <w:szCs w:val="16"/>
      </w:rPr>
      <w:t xml:space="preserve"> </w:t>
    </w:r>
    <w:r w:rsidRPr="001E6F2C">
      <w:rPr>
        <w:rFonts w:eastAsia="Myriad Pro" w:cs="Myriad Pro"/>
        <w:color w:val="6D7176"/>
        <w:w w:val="105"/>
        <w:sz w:val="16"/>
        <w:szCs w:val="16"/>
      </w:rPr>
      <w:t xml:space="preserve">Forge Way, </w:t>
    </w:r>
    <w:r w:rsidR="00223A8B">
      <w:rPr>
        <w:rFonts w:eastAsia="Myriad Pro" w:cs="Myriad Pro"/>
        <w:color w:val="6D7176"/>
        <w:w w:val="105"/>
        <w:sz w:val="16"/>
        <w:szCs w:val="16"/>
      </w:rPr>
      <w:t>Parkgate,</w:t>
    </w:r>
    <w:r w:rsidR="00862FC0">
      <w:rPr>
        <w:rFonts w:eastAsia="Myriad Pro" w:cs="Myriad Pro"/>
        <w:color w:val="6D7176"/>
        <w:w w:val="105"/>
        <w:sz w:val="16"/>
        <w:szCs w:val="16"/>
      </w:rPr>
      <w:t xml:space="preserve"> </w:t>
    </w:r>
    <w:r w:rsidRPr="001E6F2C">
      <w:rPr>
        <w:rFonts w:eastAsia="Myriad Pro" w:cs="Myriad Pro"/>
        <w:color w:val="6D7176"/>
        <w:w w:val="105"/>
        <w:sz w:val="16"/>
        <w:szCs w:val="16"/>
      </w:rPr>
      <w:t>Rotherham, S60 1SD, UK</w:t>
    </w:r>
  </w:p>
  <w:p w14:paraId="78E6932F" w14:textId="77777777" w:rsidR="005D1326" w:rsidRDefault="005D1326">
    <w:pPr>
      <w:pStyle w:val="Header"/>
      <w:jc w:val="center"/>
      <w:rPr>
        <w:rFonts w:hint="eastAsi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757EBFC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0000005"/>
    <w:multiLevelType w:val="hybridMultilevel"/>
    <w:tmpl w:val="7545E146"/>
    <w:lvl w:ilvl="0" w:tplc="FFFFFFFF">
      <w:start w:val="33"/>
      <w:numFmt w:val="decimal"/>
      <w:lvlText w:val="(%1)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0" w15:restartNumberingAfterBreak="0">
    <w:nsid w:val="00000006"/>
    <w:multiLevelType w:val="hybridMultilevel"/>
    <w:tmpl w:val="515F007C"/>
    <w:lvl w:ilvl="0" w:tplc="FFFFFFFF">
      <w:start w:val="47"/>
      <w:numFmt w:val="decimal"/>
      <w:lvlText w:val="(%1)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1" w15:restartNumberingAfterBreak="0">
    <w:nsid w:val="045268EF"/>
    <w:multiLevelType w:val="hybridMultilevel"/>
    <w:tmpl w:val="CB2A8F0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F0C651E"/>
    <w:multiLevelType w:val="hybridMultilevel"/>
    <w:tmpl w:val="DD48AD4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65B1BDC"/>
    <w:multiLevelType w:val="hybridMultilevel"/>
    <w:tmpl w:val="1B0859D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CD17CFE"/>
    <w:multiLevelType w:val="hybridMultilevel"/>
    <w:tmpl w:val="D1484506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5" w15:restartNumberingAfterBreak="0">
    <w:nsid w:val="331209EB"/>
    <w:multiLevelType w:val="hybridMultilevel"/>
    <w:tmpl w:val="5EF44C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BF712EA"/>
    <w:multiLevelType w:val="hybridMultilevel"/>
    <w:tmpl w:val="6A863788"/>
    <w:lvl w:ilvl="0" w:tplc="E0664020">
      <w:start w:val="8"/>
      <w:numFmt w:val="bullet"/>
      <w:lvlText w:val="-"/>
      <w:lvlJc w:val="left"/>
      <w:pPr>
        <w:ind w:left="420" w:hanging="360"/>
      </w:pPr>
      <w:rPr>
        <w:rFonts w:ascii="Myriad Pro" w:eastAsiaTheme="minorEastAsia" w:hAnsi="Myriad Pro" w:cstheme="minorBidi" w:hint="default"/>
        <w:color w:val="24272B"/>
        <w:sz w:val="21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7" w15:restartNumberingAfterBreak="0">
    <w:nsid w:val="528459BF"/>
    <w:multiLevelType w:val="hybridMultilevel"/>
    <w:tmpl w:val="083418EC"/>
    <w:lvl w:ilvl="0" w:tplc="C13237B8">
      <w:start w:val="8"/>
      <w:numFmt w:val="bullet"/>
      <w:lvlText w:val="-"/>
      <w:lvlJc w:val="left"/>
      <w:pPr>
        <w:ind w:left="720" w:hanging="360"/>
      </w:pPr>
      <w:rPr>
        <w:rFonts w:ascii="Myriad Pro" w:eastAsiaTheme="minorEastAsia" w:hAnsi="Myriad Pro" w:cstheme="minorBidi" w:hint="default"/>
        <w:color w:val="24272B"/>
        <w:sz w:val="2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59C052B"/>
    <w:multiLevelType w:val="hybridMultilevel"/>
    <w:tmpl w:val="DCECE1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9A34EE9"/>
    <w:multiLevelType w:val="hybridMultilevel"/>
    <w:tmpl w:val="1472B78C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7F814946"/>
    <w:multiLevelType w:val="hybridMultilevel"/>
    <w:tmpl w:val="C4A8085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28883120">
    <w:abstractNumId w:val="8"/>
  </w:num>
  <w:num w:numId="2" w16cid:durableId="116991274">
    <w:abstractNumId w:val="6"/>
  </w:num>
  <w:num w:numId="3" w16cid:durableId="89938937">
    <w:abstractNumId w:val="5"/>
  </w:num>
  <w:num w:numId="4" w16cid:durableId="553007795">
    <w:abstractNumId w:val="4"/>
  </w:num>
  <w:num w:numId="5" w16cid:durableId="1176505067">
    <w:abstractNumId w:val="7"/>
  </w:num>
  <w:num w:numId="6" w16cid:durableId="1584803279">
    <w:abstractNumId w:val="3"/>
  </w:num>
  <w:num w:numId="7" w16cid:durableId="1621955255">
    <w:abstractNumId w:val="2"/>
  </w:num>
  <w:num w:numId="8" w16cid:durableId="1975990006">
    <w:abstractNumId w:val="1"/>
  </w:num>
  <w:num w:numId="9" w16cid:durableId="411127923">
    <w:abstractNumId w:val="0"/>
  </w:num>
  <w:num w:numId="10" w16cid:durableId="1180008020">
    <w:abstractNumId w:val="15"/>
  </w:num>
  <w:num w:numId="11" w16cid:durableId="783884163">
    <w:abstractNumId w:val="12"/>
  </w:num>
  <w:num w:numId="12" w16cid:durableId="223151439">
    <w:abstractNumId w:val="18"/>
  </w:num>
  <w:num w:numId="13" w16cid:durableId="1784297975">
    <w:abstractNumId w:val="11"/>
  </w:num>
  <w:num w:numId="14" w16cid:durableId="1060401201">
    <w:abstractNumId w:val="19"/>
  </w:num>
  <w:num w:numId="15" w16cid:durableId="1286501859">
    <w:abstractNumId w:val="8"/>
  </w:num>
  <w:num w:numId="16" w16cid:durableId="209417096">
    <w:abstractNumId w:val="9"/>
  </w:num>
  <w:num w:numId="17" w16cid:durableId="1857572138">
    <w:abstractNumId w:val="10"/>
  </w:num>
  <w:num w:numId="18" w16cid:durableId="505051451">
    <w:abstractNumId w:val="13"/>
  </w:num>
  <w:num w:numId="19" w16cid:durableId="363947609">
    <w:abstractNumId w:val="14"/>
  </w:num>
  <w:num w:numId="20" w16cid:durableId="951396934">
    <w:abstractNumId w:val="20"/>
  </w:num>
  <w:num w:numId="21" w16cid:durableId="1291133405">
    <w:abstractNumId w:val="17"/>
  </w:num>
  <w:num w:numId="22" w16cid:durableId="1229002005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10530"/>
    <w:rsid w:val="00034616"/>
    <w:rsid w:val="0006063C"/>
    <w:rsid w:val="00065768"/>
    <w:rsid w:val="000678F2"/>
    <w:rsid w:val="00082F3C"/>
    <w:rsid w:val="00083E91"/>
    <w:rsid w:val="000B4D71"/>
    <w:rsid w:val="000D1683"/>
    <w:rsid w:val="000E4D87"/>
    <w:rsid w:val="000E4E8C"/>
    <w:rsid w:val="001000B8"/>
    <w:rsid w:val="00105460"/>
    <w:rsid w:val="00135918"/>
    <w:rsid w:val="0015074B"/>
    <w:rsid w:val="00153BF5"/>
    <w:rsid w:val="0016185E"/>
    <w:rsid w:val="00181A8C"/>
    <w:rsid w:val="00183348"/>
    <w:rsid w:val="00183F4D"/>
    <w:rsid w:val="0019072D"/>
    <w:rsid w:val="001A2F69"/>
    <w:rsid w:val="001B0D07"/>
    <w:rsid w:val="001E6F2C"/>
    <w:rsid w:val="00201185"/>
    <w:rsid w:val="00201F66"/>
    <w:rsid w:val="00221497"/>
    <w:rsid w:val="00223A8B"/>
    <w:rsid w:val="00224AE7"/>
    <w:rsid w:val="00233006"/>
    <w:rsid w:val="00237A73"/>
    <w:rsid w:val="0024320A"/>
    <w:rsid w:val="00255B8D"/>
    <w:rsid w:val="002625FC"/>
    <w:rsid w:val="0026323C"/>
    <w:rsid w:val="00264178"/>
    <w:rsid w:val="0028663D"/>
    <w:rsid w:val="0029639D"/>
    <w:rsid w:val="002A3313"/>
    <w:rsid w:val="002B58F8"/>
    <w:rsid w:val="002D0265"/>
    <w:rsid w:val="002F0A10"/>
    <w:rsid w:val="002F3C0E"/>
    <w:rsid w:val="002F7B8F"/>
    <w:rsid w:val="00326F90"/>
    <w:rsid w:val="00343182"/>
    <w:rsid w:val="00344641"/>
    <w:rsid w:val="00345DA7"/>
    <w:rsid w:val="003710B0"/>
    <w:rsid w:val="003A18C2"/>
    <w:rsid w:val="003A1DAC"/>
    <w:rsid w:val="003A30AD"/>
    <w:rsid w:val="003A6D19"/>
    <w:rsid w:val="003A767A"/>
    <w:rsid w:val="003B75E0"/>
    <w:rsid w:val="00400CD9"/>
    <w:rsid w:val="00427DD3"/>
    <w:rsid w:val="004452B0"/>
    <w:rsid w:val="00447C09"/>
    <w:rsid w:val="00490FC0"/>
    <w:rsid w:val="004A0013"/>
    <w:rsid w:val="004B4647"/>
    <w:rsid w:val="004C10EB"/>
    <w:rsid w:val="004C6AB1"/>
    <w:rsid w:val="004D7D2E"/>
    <w:rsid w:val="004E0EDD"/>
    <w:rsid w:val="004F5DAA"/>
    <w:rsid w:val="005007FA"/>
    <w:rsid w:val="00520B09"/>
    <w:rsid w:val="00524591"/>
    <w:rsid w:val="0054095F"/>
    <w:rsid w:val="0054164C"/>
    <w:rsid w:val="00561762"/>
    <w:rsid w:val="00584A2A"/>
    <w:rsid w:val="0058623C"/>
    <w:rsid w:val="00596C01"/>
    <w:rsid w:val="005B181A"/>
    <w:rsid w:val="005B511E"/>
    <w:rsid w:val="005D1326"/>
    <w:rsid w:val="005D16DB"/>
    <w:rsid w:val="005D74F1"/>
    <w:rsid w:val="005E3305"/>
    <w:rsid w:val="005E5C11"/>
    <w:rsid w:val="005F7FDB"/>
    <w:rsid w:val="0060447F"/>
    <w:rsid w:val="006064A6"/>
    <w:rsid w:val="00645F2F"/>
    <w:rsid w:val="006C1235"/>
    <w:rsid w:val="006D5312"/>
    <w:rsid w:val="00702E96"/>
    <w:rsid w:val="007073FE"/>
    <w:rsid w:val="0071281F"/>
    <w:rsid w:val="0074711A"/>
    <w:rsid w:val="007559D5"/>
    <w:rsid w:val="00761D3E"/>
    <w:rsid w:val="00773111"/>
    <w:rsid w:val="00784C93"/>
    <w:rsid w:val="00792C8B"/>
    <w:rsid w:val="00794C62"/>
    <w:rsid w:val="0079623B"/>
    <w:rsid w:val="007B267A"/>
    <w:rsid w:val="007B3241"/>
    <w:rsid w:val="007B5A7D"/>
    <w:rsid w:val="007B6CE4"/>
    <w:rsid w:val="007C3D03"/>
    <w:rsid w:val="007D6092"/>
    <w:rsid w:val="007E28AB"/>
    <w:rsid w:val="007F412C"/>
    <w:rsid w:val="00817323"/>
    <w:rsid w:val="00821C21"/>
    <w:rsid w:val="008240CA"/>
    <w:rsid w:val="00824A2A"/>
    <w:rsid w:val="00832544"/>
    <w:rsid w:val="0084502B"/>
    <w:rsid w:val="008521A6"/>
    <w:rsid w:val="00862FC0"/>
    <w:rsid w:val="008651D2"/>
    <w:rsid w:val="008733AA"/>
    <w:rsid w:val="00876631"/>
    <w:rsid w:val="008A78A6"/>
    <w:rsid w:val="008B4746"/>
    <w:rsid w:val="008C5764"/>
    <w:rsid w:val="008D62A5"/>
    <w:rsid w:val="008E0A5B"/>
    <w:rsid w:val="008E7F23"/>
    <w:rsid w:val="008F55CC"/>
    <w:rsid w:val="009166B1"/>
    <w:rsid w:val="00926EF2"/>
    <w:rsid w:val="00934215"/>
    <w:rsid w:val="00970353"/>
    <w:rsid w:val="00990E0E"/>
    <w:rsid w:val="00992B40"/>
    <w:rsid w:val="009A2B5C"/>
    <w:rsid w:val="009A41D3"/>
    <w:rsid w:val="009A5104"/>
    <w:rsid w:val="009B6E2A"/>
    <w:rsid w:val="009C72B6"/>
    <w:rsid w:val="009D2F24"/>
    <w:rsid w:val="00A00810"/>
    <w:rsid w:val="00A030B5"/>
    <w:rsid w:val="00A10A74"/>
    <w:rsid w:val="00A4010A"/>
    <w:rsid w:val="00A5425F"/>
    <w:rsid w:val="00A57E86"/>
    <w:rsid w:val="00A62040"/>
    <w:rsid w:val="00A67FD7"/>
    <w:rsid w:val="00A73F26"/>
    <w:rsid w:val="00A934FA"/>
    <w:rsid w:val="00AA1D8D"/>
    <w:rsid w:val="00AA79BF"/>
    <w:rsid w:val="00AE2EA0"/>
    <w:rsid w:val="00AF342F"/>
    <w:rsid w:val="00AF3A00"/>
    <w:rsid w:val="00B0684D"/>
    <w:rsid w:val="00B22315"/>
    <w:rsid w:val="00B27AC6"/>
    <w:rsid w:val="00B46DA8"/>
    <w:rsid w:val="00B47730"/>
    <w:rsid w:val="00B83EA6"/>
    <w:rsid w:val="00BC668C"/>
    <w:rsid w:val="00BF3105"/>
    <w:rsid w:val="00BF37AF"/>
    <w:rsid w:val="00BF587A"/>
    <w:rsid w:val="00C0726A"/>
    <w:rsid w:val="00C07344"/>
    <w:rsid w:val="00C12E95"/>
    <w:rsid w:val="00C26D3C"/>
    <w:rsid w:val="00C3035F"/>
    <w:rsid w:val="00C3563A"/>
    <w:rsid w:val="00C45E51"/>
    <w:rsid w:val="00C56E3C"/>
    <w:rsid w:val="00C87487"/>
    <w:rsid w:val="00CB0664"/>
    <w:rsid w:val="00CB1C02"/>
    <w:rsid w:val="00CB593E"/>
    <w:rsid w:val="00CB5F15"/>
    <w:rsid w:val="00CC174E"/>
    <w:rsid w:val="00CC2FDE"/>
    <w:rsid w:val="00CC4B56"/>
    <w:rsid w:val="00CF11FA"/>
    <w:rsid w:val="00CF3C6D"/>
    <w:rsid w:val="00D00A5F"/>
    <w:rsid w:val="00D014AE"/>
    <w:rsid w:val="00D116E9"/>
    <w:rsid w:val="00D25B8D"/>
    <w:rsid w:val="00D54783"/>
    <w:rsid w:val="00D5644F"/>
    <w:rsid w:val="00D63CC5"/>
    <w:rsid w:val="00D67ABC"/>
    <w:rsid w:val="00D82881"/>
    <w:rsid w:val="00D86034"/>
    <w:rsid w:val="00D90BCA"/>
    <w:rsid w:val="00D95308"/>
    <w:rsid w:val="00DA2D1B"/>
    <w:rsid w:val="00DB0D87"/>
    <w:rsid w:val="00DC12F3"/>
    <w:rsid w:val="00DE2B46"/>
    <w:rsid w:val="00DF7C4F"/>
    <w:rsid w:val="00E24482"/>
    <w:rsid w:val="00E740AE"/>
    <w:rsid w:val="00E847E6"/>
    <w:rsid w:val="00E84B17"/>
    <w:rsid w:val="00E84CA3"/>
    <w:rsid w:val="00E85FB3"/>
    <w:rsid w:val="00E9096C"/>
    <w:rsid w:val="00EB6E7D"/>
    <w:rsid w:val="00EE56C2"/>
    <w:rsid w:val="00F4392E"/>
    <w:rsid w:val="00F46327"/>
    <w:rsid w:val="00F517B9"/>
    <w:rsid w:val="00F54C66"/>
    <w:rsid w:val="00F56C1F"/>
    <w:rsid w:val="00F5799C"/>
    <w:rsid w:val="00F75246"/>
    <w:rsid w:val="00F864DC"/>
    <w:rsid w:val="00FB0509"/>
    <w:rsid w:val="00FB36E2"/>
    <w:rsid w:val="00FC693F"/>
    <w:rsid w:val="00FF1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2D62225"/>
  <w14:defaultImageDpi w14:val="300"/>
  <w15:docId w15:val="{76562646-C1AD-4B88-A8AD-3712A85AE3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A2D1B"/>
    <w:pPr>
      <w:spacing w:after="120" w:line="269" w:lineRule="auto"/>
    </w:pPr>
    <w:rPr>
      <w:rFonts w:ascii="Myriad Pro" w:hAnsi="Myriad Pro"/>
      <w:color w:val="24272B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00"/>
      <w:outlineLvl w:val="0"/>
    </w:pPr>
    <w:rPr>
      <w:rFonts w:asciiTheme="majorHAnsi" w:eastAsiaTheme="majorEastAsia" w:hAnsiTheme="majorHAnsi" w:cstheme="majorBidi"/>
      <w:b/>
      <w:bCs/>
      <w:color w:val="1D2958"/>
      <w:sz w:val="31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1D2958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AEEF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00AEEF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005677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005677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00AEEF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0081B3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00AEEF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00AEEF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00AEEF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D2958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00AEEF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00AEEF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/>
      <w:ind w:left="374" w:hanging="259"/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00AEEF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005677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005677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00AEEF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00AEEF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00AEEF" w:themeColor="accent1"/>
      </w:pBdr>
      <w:spacing w:before="200" w:after="280"/>
      <w:ind w:left="936" w:right="936"/>
    </w:pPr>
    <w:rPr>
      <w:b/>
      <w:bCs/>
      <w:i/>
      <w:iCs/>
      <w:color w:val="00AEEF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00AEEF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00AEEF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00AEEF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00AEEF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0081B3" w:themeColor="accent1" w:themeShade="BF"/>
    </w:rPr>
    <w:tblPr>
      <w:tblStyleRowBandSize w:val="1"/>
      <w:tblStyleColBandSize w:val="1"/>
      <w:tblBorders>
        <w:top w:val="single" w:sz="8" w:space="0" w:color="00AEEF" w:themeColor="accent1"/>
        <w:bottom w:val="single" w:sz="8" w:space="0" w:color="00AEEF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AEEF" w:themeColor="accent1"/>
          <w:left w:val="nil"/>
          <w:bottom w:val="single" w:sz="8" w:space="0" w:color="00AEEF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AEEF" w:themeColor="accent1"/>
          <w:left w:val="nil"/>
          <w:bottom w:val="single" w:sz="8" w:space="0" w:color="00AEEF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CEC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CECFF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0081B3" w:themeColor="accent2" w:themeShade="BF"/>
    </w:rPr>
    <w:tblPr>
      <w:tblStyleRowBandSize w:val="1"/>
      <w:tblStyleColBandSize w:val="1"/>
      <w:tblBorders>
        <w:top w:val="single" w:sz="8" w:space="0" w:color="00AEEF" w:themeColor="accent2"/>
        <w:bottom w:val="single" w:sz="8" w:space="0" w:color="00AEEF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AEEF" w:themeColor="accent2"/>
          <w:left w:val="nil"/>
          <w:bottom w:val="single" w:sz="8" w:space="0" w:color="00AEEF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AEEF" w:themeColor="accent2"/>
          <w:left w:val="nil"/>
          <w:bottom w:val="single" w:sz="8" w:space="0" w:color="00AEEF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CECFF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CECFF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AEEF" w:themeColor="accent1"/>
        <w:left w:val="single" w:sz="8" w:space="0" w:color="00AEEF" w:themeColor="accent1"/>
        <w:bottom w:val="single" w:sz="8" w:space="0" w:color="00AEEF" w:themeColor="accent1"/>
        <w:right w:val="single" w:sz="8" w:space="0" w:color="00AEEF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AEEF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AEEF" w:themeColor="accent1"/>
          <w:left w:val="single" w:sz="8" w:space="0" w:color="00AEEF" w:themeColor="accent1"/>
          <w:bottom w:val="single" w:sz="8" w:space="0" w:color="00AEEF" w:themeColor="accent1"/>
          <w:right w:val="single" w:sz="8" w:space="0" w:color="00AEEF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AEEF" w:themeColor="accent1"/>
          <w:left w:val="single" w:sz="8" w:space="0" w:color="00AEEF" w:themeColor="accent1"/>
          <w:bottom w:val="single" w:sz="8" w:space="0" w:color="00AEEF" w:themeColor="accent1"/>
          <w:right w:val="single" w:sz="8" w:space="0" w:color="00AEEF" w:themeColor="accent1"/>
        </w:tcBorders>
      </w:tcPr>
    </w:tblStylePr>
    <w:tblStylePr w:type="band1Horz">
      <w:tblPr/>
      <w:tcPr>
        <w:tcBorders>
          <w:top w:val="single" w:sz="8" w:space="0" w:color="00AEEF" w:themeColor="accent1"/>
          <w:left w:val="single" w:sz="8" w:space="0" w:color="00AEEF" w:themeColor="accent1"/>
          <w:bottom w:val="single" w:sz="8" w:space="0" w:color="00AEEF" w:themeColor="accent1"/>
          <w:right w:val="single" w:sz="8" w:space="0" w:color="00AEEF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AEEF" w:themeColor="accent2"/>
        <w:left w:val="single" w:sz="8" w:space="0" w:color="00AEEF" w:themeColor="accent2"/>
        <w:bottom w:val="single" w:sz="8" w:space="0" w:color="00AEEF" w:themeColor="accent2"/>
        <w:right w:val="single" w:sz="8" w:space="0" w:color="00AEEF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AEEF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AEEF" w:themeColor="accent2"/>
          <w:left w:val="single" w:sz="8" w:space="0" w:color="00AEEF" w:themeColor="accent2"/>
          <w:bottom w:val="single" w:sz="8" w:space="0" w:color="00AEEF" w:themeColor="accent2"/>
          <w:right w:val="single" w:sz="8" w:space="0" w:color="00AEEF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AEEF" w:themeColor="accent2"/>
          <w:left w:val="single" w:sz="8" w:space="0" w:color="00AEEF" w:themeColor="accent2"/>
          <w:bottom w:val="single" w:sz="8" w:space="0" w:color="00AEEF" w:themeColor="accent2"/>
          <w:right w:val="single" w:sz="8" w:space="0" w:color="00AEEF" w:themeColor="accent2"/>
        </w:tcBorders>
      </w:tcPr>
    </w:tblStylePr>
    <w:tblStylePr w:type="band1Horz">
      <w:tblPr/>
      <w:tcPr>
        <w:tcBorders>
          <w:top w:val="single" w:sz="8" w:space="0" w:color="00AEEF" w:themeColor="accent2"/>
          <w:left w:val="single" w:sz="8" w:space="0" w:color="00AEEF" w:themeColor="accent2"/>
          <w:bottom w:val="single" w:sz="8" w:space="0" w:color="00AEEF" w:themeColor="accent2"/>
          <w:right w:val="single" w:sz="8" w:space="0" w:color="00AEEF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AEEF" w:themeColor="accent1"/>
        <w:left w:val="single" w:sz="8" w:space="0" w:color="00AEEF" w:themeColor="accent1"/>
        <w:bottom w:val="single" w:sz="8" w:space="0" w:color="00AEEF" w:themeColor="accent1"/>
        <w:right w:val="single" w:sz="8" w:space="0" w:color="00AEEF" w:themeColor="accent1"/>
        <w:insideH w:val="single" w:sz="8" w:space="0" w:color="00AEEF" w:themeColor="accent1"/>
        <w:insideV w:val="single" w:sz="8" w:space="0" w:color="00AEEF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AEEF" w:themeColor="accent1"/>
          <w:left w:val="single" w:sz="8" w:space="0" w:color="00AEEF" w:themeColor="accent1"/>
          <w:bottom w:val="single" w:sz="18" w:space="0" w:color="00AEEF" w:themeColor="accent1"/>
          <w:right w:val="single" w:sz="8" w:space="0" w:color="00AEEF" w:themeColor="accent1"/>
          <w:insideH w:val="nil"/>
          <w:insideV w:val="single" w:sz="8" w:space="0" w:color="00AEEF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AEEF" w:themeColor="accent1"/>
          <w:left w:val="single" w:sz="8" w:space="0" w:color="00AEEF" w:themeColor="accent1"/>
          <w:bottom w:val="single" w:sz="8" w:space="0" w:color="00AEEF" w:themeColor="accent1"/>
          <w:right w:val="single" w:sz="8" w:space="0" w:color="00AEEF" w:themeColor="accent1"/>
          <w:insideH w:val="nil"/>
          <w:insideV w:val="single" w:sz="8" w:space="0" w:color="00AEEF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AEEF" w:themeColor="accent1"/>
          <w:left w:val="single" w:sz="8" w:space="0" w:color="00AEEF" w:themeColor="accent1"/>
          <w:bottom w:val="single" w:sz="8" w:space="0" w:color="00AEEF" w:themeColor="accent1"/>
          <w:right w:val="single" w:sz="8" w:space="0" w:color="00AEEF" w:themeColor="accent1"/>
        </w:tcBorders>
      </w:tcPr>
    </w:tblStylePr>
    <w:tblStylePr w:type="band1Vert">
      <w:tblPr/>
      <w:tcPr>
        <w:tcBorders>
          <w:top w:val="single" w:sz="8" w:space="0" w:color="00AEEF" w:themeColor="accent1"/>
          <w:left w:val="single" w:sz="8" w:space="0" w:color="00AEEF" w:themeColor="accent1"/>
          <w:bottom w:val="single" w:sz="8" w:space="0" w:color="00AEEF" w:themeColor="accent1"/>
          <w:right w:val="single" w:sz="8" w:space="0" w:color="00AEEF" w:themeColor="accent1"/>
        </w:tcBorders>
        <w:shd w:val="clear" w:color="auto" w:fill="BCECFF" w:themeFill="accent1" w:themeFillTint="3F"/>
      </w:tcPr>
    </w:tblStylePr>
    <w:tblStylePr w:type="band1Horz">
      <w:tblPr/>
      <w:tcPr>
        <w:tcBorders>
          <w:top w:val="single" w:sz="8" w:space="0" w:color="00AEEF" w:themeColor="accent1"/>
          <w:left w:val="single" w:sz="8" w:space="0" w:color="00AEEF" w:themeColor="accent1"/>
          <w:bottom w:val="single" w:sz="8" w:space="0" w:color="00AEEF" w:themeColor="accent1"/>
          <w:right w:val="single" w:sz="8" w:space="0" w:color="00AEEF" w:themeColor="accent1"/>
          <w:insideV w:val="single" w:sz="8" w:space="0" w:color="00AEEF" w:themeColor="accent1"/>
        </w:tcBorders>
        <w:shd w:val="clear" w:color="auto" w:fill="BCECFF" w:themeFill="accent1" w:themeFillTint="3F"/>
      </w:tcPr>
    </w:tblStylePr>
    <w:tblStylePr w:type="band2Horz">
      <w:tblPr/>
      <w:tcPr>
        <w:tcBorders>
          <w:top w:val="single" w:sz="8" w:space="0" w:color="00AEEF" w:themeColor="accent1"/>
          <w:left w:val="single" w:sz="8" w:space="0" w:color="00AEEF" w:themeColor="accent1"/>
          <w:bottom w:val="single" w:sz="8" w:space="0" w:color="00AEEF" w:themeColor="accent1"/>
          <w:right w:val="single" w:sz="8" w:space="0" w:color="00AEEF" w:themeColor="accent1"/>
          <w:insideV w:val="single" w:sz="8" w:space="0" w:color="00AEEF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AEEF" w:themeColor="accent2"/>
        <w:left w:val="single" w:sz="8" w:space="0" w:color="00AEEF" w:themeColor="accent2"/>
        <w:bottom w:val="single" w:sz="8" w:space="0" w:color="00AEEF" w:themeColor="accent2"/>
        <w:right w:val="single" w:sz="8" w:space="0" w:color="00AEEF" w:themeColor="accent2"/>
        <w:insideH w:val="single" w:sz="8" w:space="0" w:color="00AEEF" w:themeColor="accent2"/>
        <w:insideV w:val="single" w:sz="8" w:space="0" w:color="00AEEF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AEEF" w:themeColor="accent2"/>
          <w:left w:val="single" w:sz="8" w:space="0" w:color="00AEEF" w:themeColor="accent2"/>
          <w:bottom w:val="single" w:sz="18" w:space="0" w:color="00AEEF" w:themeColor="accent2"/>
          <w:right w:val="single" w:sz="8" w:space="0" w:color="00AEEF" w:themeColor="accent2"/>
          <w:insideH w:val="nil"/>
          <w:insideV w:val="single" w:sz="8" w:space="0" w:color="00AEEF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AEEF" w:themeColor="accent2"/>
          <w:left w:val="single" w:sz="8" w:space="0" w:color="00AEEF" w:themeColor="accent2"/>
          <w:bottom w:val="single" w:sz="8" w:space="0" w:color="00AEEF" w:themeColor="accent2"/>
          <w:right w:val="single" w:sz="8" w:space="0" w:color="00AEEF" w:themeColor="accent2"/>
          <w:insideH w:val="nil"/>
          <w:insideV w:val="single" w:sz="8" w:space="0" w:color="00AEEF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AEEF" w:themeColor="accent2"/>
          <w:left w:val="single" w:sz="8" w:space="0" w:color="00AEEF" w:themeColor="accent2"/>
          <w:bottom w:val="single" w:sz="8" w:space="0" w:color="00AEEF" w:themeColor="accent2"/>
          <w:right w:val="single" w:sz="8" w:space="0" w:color="00AEEF" w:themeColor="accent2"/>
        </w:tcBorders>
      </w:tcPr>
    </w:tblStylePr>
    <w:tblStylePr w:type="band1Vert">
      <w:tblPr/>
      <w:tcPr>
        <w:tcBorders>
          <w:top w:val="single" w:sz="8" w:space="0" w:color="00AEEF" w:themeColor="accent2"/>
          <w:left w:val="single" w:sz="8" w:space="0" w:color="00AEEF" w:themeColor="accent2"/>
          <w:bottom w:val="single" w:sz="8" w:space="0" w:color="00AEEF" w:themeColor="accent2"/>
          <w:right w:val="single" w:sz="8" w:space="0" w:color="00AEEF" w:themeColor="accent2"/>
        </w:tcBorders>
        <w:shd w:val="clear" w:color="auto" w:fill="BCECFF" w:themeFill="accent2" w:themeFillTint="3F"/>
      </w:tcPr>
    </w:tblStylePr>
    <w:tblStylePr w:type="band1Horz">
      <w:tblPr/>
      <w:tcPr>
        <w:tcBorders>
          <w:top w:val="single" w:sz="8" w:space="0" w:color="00AEEF" w:themeColor="accent2"/>
          <w:left w:val="single" w:sz="8" w:space="0" w:color="00AEEF" w:themeColor="accent2"/>
          <w:bottom w:val="single" w:sz="8" w:space="0" w:color="00AEEF" w:themeColor="accent2"/>
          <w:right w:val="single" w:sz="8" w:space="0" w:color="00AEEF" w:themeColor="accent2"/>
          <w:insideV w:val="single" w:sz="8" w:space="0" w:color="00AEEF" w:themeColor="accent2"/>
        </w:tcBorders>
        <w:shd w:val="clear" w:color="auto" w:fill="BCECFF" w:themeFill="accent2" w:themeFillTint="3F"/>
      </w:tcPr>
    </w:tblStylePr>
    <w:tblStylePr w:type="band2Horz">
      <w:tblPr/>
      <w:tcPr>
        <w:tcBorders>
          <w:top w:val="single" w:sz="8" w:space="0" w:color="00AEEF" w:themeColor="accent2"/>
          <w:left w:val="single" w:sz="8" w:space="0" w:color="00AEEF" w:themeColor="accent2"/>
          <w:bottom w:val="single" w:sz="8" w:space="0" w:color="00AEEF" w:themeColor="accent2"/>
          <w:right w:val="single" w:sz="8" w:space="0" w:color="00AEEF" w:themeColor="accent2"/>
          <w:insideV w:val="single" w:sz="8" w:space="0" w:color="00AEEF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34C7FF" w:themeColor="accent1" w:themeTint="BF"/>
        <w:left w:val="single" w:sz="8" w:space="0" w:color="34C7FF" w:themeColor="accent1" w:themeTint="BF"/>
        <w:bottom w:val="single" w:sz="8" w:space="0" w:color="34C7FF" w:themeColor="accent1" w:themeTint="BF"/>
        <w:right w:val="single" w:sz="8" w:space="0" w:color="34C7FF" w:themeColor="accent1" w:themeTint="BF"/>
        <w:insideH w:val="single" w:sz="8" w:space="0" w:color="34C7F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34C7FF" w:themeColor="accent1" w:themeTint="BF"/>
          <w:left w:val="single" w:sz="8" w:space="0" w:color="34C7FF" w:themeColor="accent1" w:themeTint="BF"/>
          <w:bottom w:val="single" w:sz="8" w:space="0" w:color="34C7FF" w:themeColor="accent1" w:themeTint="BF"/>
          <w:right w:val="single" w:sz="8" w:space="0" w:color="34C7FF" w:themeColor="accent1" w:themeTint="BF"/>
          <w:insideH w:val="nil"/>
          <w:insideV w:val="nil"/>
        </w:tcBorders>
        <w:shd w:val="clear" w:color="auto" w:fill="00AEEF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4C7FF" w:themeColor="accent1" w:themeTint="BF"/>
          <w:left w:val="single" w:sz="8" w:space="0" w:color="34C7FF" w:themeColor="accent1" w:themeTint="BF"/>
          <w:bottom w:val="single" w:sz="8" w:space="0" w:color="34C7FF" w:themeColor="accent1" w:themeTint="BF"/>
          <w:right w:val="single" w:sz="8" w:space="0" w:color="34C7F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CEC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CEC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34C7FF" w:themeColor="accent2" w:themeTint="BF"/>
        <w:left w:val="single" w:sz="8" w:space="0" w:color="34C7FF" w:themeColor="accent2" w:themeTint="BF"/>
        <w:bottom w:val="single" w:sz="8" w:space="0" w:color="34C7FF" w:themeColor="accent2" w:themeTint="BF"/>
        <w:right w:val="single" w:sz="8" w:space="0" w:color="34C7FF" w:themeColor="accent2" w:themeTint="BF"/>
        <w:insideH w:val="single" w:sz="8" w:space="0" w:color="34C7FF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34C7FF" w:themeColor="accent2" w:themeTint="BF"/>
          <w:left w:val="single" w:sz="8" w:space="0" w:color="34C7FF" w:themeColor="accent2" w:themeTint="BF"/>
          <w:bottom w:val="single" w:sz="8" w:space="0" w:color="34C7FF" w:themeColor="accent2" w:themeTint="BF"/>
          <w:right w:val="single" w:sz="8" w:space="0" w:color="34C7FF" w:themeColor="accent2" w:themeTint="BF"/>
          <w:insideH w:val="nil"/>
          <w:insideV w:val="nil"/>
        </w:tcBorders>
        <w:shd w:val="clear" w:color="auto" w:fill="00AEEF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4C7FF" w:themeColor="accent2" w:themeTint="BF"/>
          <w:left w:val="single" w:sz="8" w:space="0" w:color="34C7FF" w:themeColor="accent2" w:themeTint="BF"/>
          <w:bottom w:val="single" w:sz="8" w:space="0" w:color="34C7FF" w:themeColor="accent2" w:themeTint="BF"/>
          <w:right w:val="single" w:sz="8" w:space="0" w:color="34C7FF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CECFF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CECFF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AEEF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AEEF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AEEF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AEEF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AEEF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AEEF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AEEF" w:themeColor="accent1"/>
        <w:bottom w:val="single" w:sz="8" w:space="0" w:color="00AEEF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AEEF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AEEF" w:themeColor="accent1"/>
          <w:bottom w:val="single" w:sz="8" w:space="0" w:color="00AEEF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AEEF" w:themeColor="accent1"/>
          <w:bottom w:val="single" w:sz="8" w:space="0" w:color="00AEEF" w:themeColor="accent1"/>
        </w:tcBorders>
      </w:tcPr>
    </w:tblStylePr>
    <w:tblStylePr w:type="band1Vert">
      <w:tblPr/>
      <w:tcPr>
        <w:shd w:val="clear" w:color="auto" w:fill="BCECFF" w:themeFill="accent1" w:themeFillTint="3F"/>
      </w:tcPr>
    </w:tblStylePr>
    <w:tblStylePr w:type="band1Horz">
      <w:tblPr/>
      <w:tcPr>
        <w:shd w:val="clear" w:color="auto" w:fill="BCECFF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AEEF" w:themeColor="accent2"/>
        <w:bottom w:val="single" w:sz="8" w:space="0" w:color="00AEEF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AEEF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AEEF" w:themeColor="accent2"/>
          <w:bottom w:val="single" w:sz="8" w:space="0" w:color="00AEEF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AEEF" w:themeColor="accent2"/>
          <w:bottom w:val="single" w:sz="8" w:space="0" w:color="00AEEF" w:themeColor="accent2"/>
        </w:tcBorders>
      </w:tcPr>
    </w:tblStylePr>
    <w:tblStylePr w:type="band1Vert">
      <w:tblPr/>
      <w:tcPr>
        <w:shd w:val="clear" w:color="auto" w:fill="BCECFF" w:themeFill="accent2" w:themeFillTint="3F"/>
      </w:tcPr>
    </w:tblStylePr>
    <w:tblStylePr w:type="band1Horz">
      <w:tblPr/>
      <w:tcPr>
        <w:shd w:val="clear" w:color="auto" w:fill="BCECFF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AEEF" w:themeColor="accent1"/>
        <w:left w:val="single" w:sz="8" w:space="0" w:color="00AEEF" w:themeColor="accent1"/>
        <w:bottom w:val="single" w:sz="8" w:space="0" w:color="00AEEF" w:themeColor="accent1"/>
        <w:right w:val="single" w:sz="8" w:space="0" w:color="00AEEF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AEEF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AEEF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AEEF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AEEF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CECFF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CECFF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AEEF" w:themeColor="accent2"/>
        <w:left w:val="single" w:sz="8" w:space="0" w:color="00AEEF" w:themeColor="accent2"/>
        <w:bottom w:val="single" w:sz="8" w:space="0" w:color="00AEEF" w:themeColor="accent2"/>
        <w:right w:val="single" w:sz="8" w:space="0" w:color="00AEEF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AEEF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AEEF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AEEF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AEEF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CECFF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CECFF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34C7FF" w:themeColor="accent1" w:themeTint="BF"/>
        <w:left w:val="single" w:sz="8" w:space="0" w:color="34C7FF" w:themeColor="accent1" w:themeTint="BF"/>
        <w:bottom w:val="single" w:sz="8" w:space="0" w:color="34C7FF" w:themeColor="accent1" w:themeTint="BF"/>
        <w:right w:val="single" w:sz="8" w:space="0" w:color="34C7FF" w:themeColor="accent1" w:themeTint="BF"/>
        <w:insideH w:val="single" w:sz="8" w:space="0" w:color="34C7FF" w:themeColor="accent1" w:themeTint="BF"/>
        <w:insideV w:val="single" w:sz="8" w:space="0" w:color="34C7FF" w:themeColor="accent1" w:themeTint="BF"/>
      </w:tblBorders>
    </w:tblPr>
    <w:tcPr>
      <w:shd w:val="clear" w:color="auto" w:fill="BCECFF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34C7F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8D9FF" w:themeFill="accent1" w:themeFillTint="7F"/>
      </w:tcPr>
    </w:tblStylePr>
    <w:tblStylePr w:type="band1Horz">
      <w:tblPr/>
      <w:tcPr>
        <w:shd w:val="clear" w:color="auto" w:fill="78D9FF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34C7FF" w:themeColor="accent2" w:themeTint="BF"/>
        <w:left w:val="single" w:sz="8" w:space="0" w:color="34C7FF" w:themeColor="accent2" w:themeTint="BF"/>
        <w:bottom w:val="single" w:sz="8" w:space="0" w:color="34C7FF" w:themeColor="accent2" w:themeTint="BF"/>
        <w:right w:val="single" w:sz="8" w:space="0" w:color="34C7FF" w:themeColor="accent2" w:themeTint="BF"/>
        <w:insideH w:val="single" w:sz="8" w:space="0" w:color="34C7FF" w:themeColor="accent2" w:themeTint="BF"/>
        <w:insideV w:val="single" w:sz="8" w:space="0" w:color="34C7FF" w:themeColor="accent2" w:themeTint="BF"/>
      </w:tblBorders>
    </w:tblPr>
    <w:tcPr>
      <w:shd w:val="clear" w:color="auto" w:fill="BCECFF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34C7FF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8D9FF" w:themeFill="accent2" w:themeFillTint="7F"/>
      </w:tcPr>
    </w:tblStylePr>
    <w:tblStylePr w:type="band1Horz">
      <w:tblPr/>
      <w:tcPr>
        <w:shd w:val="clear" w:color="auto" w:fill="78D9FF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AEEF" w:themeColor="accent1"/>
        <w:left w:val="single" w:sz="8" w:space="0" w:color="00AEEF" w:themeColor="accent1"/>
        <w:bottom w:val="single" w:sz="8" w:space="0" w:color="00AEEF" w:themeColor="accent1"/>
        <w:right w:val="single" w:sz="8" w:space="0" w:color="00AEEF" w:themeColor="accent1"/>
        <w:insideH w:val="single" w:sz="8" w:space="0" w:color="00AEEF" w:themeColor="accent1"/>
        <w:insideV w:val="single" w:sz="8" w:space="0" w:color="00AEEF" w:themeColor="accent1"/>
      </w:tblBorders>
    </w:tblPr>
    <w:tcPr>
      <w:shd w:val="clear" w:color="auto" w:fill="BCECFF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4F7FF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8F0FF" w:themeFill="accent1" w:themeFillTint="33"/>
      </w:tcPr>
    </w:tblStylePr>
    <w:tblStylePr w:type="band1Vert">
      <w:tblPr/>
      <w:tcPr>
        <w:shd w:val="clear" w:color="auto" w:fill="78D9FF" w:themeFill="accent1" w:themeFillTint="7F"/>
      </w:tcPr>
    </w:tblStylePr>
    <w:tblStylePr w:type="band1Horz">
      <w:tblPr/>
      <w:tcPr>
        <w:tcBorders>
          <w:insideH w:val="single" w:sz="6" w:space="0" w:color="00AEEF" w:themeColor="accent1"/>
          <w:insideV w:val="single" w:sz="6" w:space="0" w:color="00AEEF" w:themeColor="accent1"/>
        </w:tcBorders>
        <w:shd w:val="clear" w:color="auto" w:fill="78D9FF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AEEF" w:themeColor="accent2"/>
        <w:left w:val="single" w:sz="8" w:space="0" w:color="00AEEF" w:themeColor="accent2"/>
        <w:bottom w:val="single" w:sz="8" w:space="0" w:color="00AEEF" w:themeColor="accent2"/>
        <w:right w:val="single" w:sz="8" w:space="0" w:color="00AEEF" w:themeColor="accent2"/>
        <w:insideH w:val="single" w:sz="8" w:space="0" w:color="00AEEF" w:themeColor="accent2"/>
        <w:insideV w:val="single" w:sz="8" w:space="0" w:color="00AEEF" w:themeColor="accent2"/>
      </w:tblBorders>
    </w:tblPr>
    <w:tcPr>
      <w:shd w:val="clear" w:color="auto" w:fill="BCECFF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E4F7FF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8F0FF" w:themeFill="accent2" w:themeFillTint="33"/>
      </w:tcPr>
    </w:tblStylePr>
    <w:tblStylePr w:type="band1Vert">
      <w:tblPr/>
      <w:tcPr>
        <w:shd w:val="clear" w:color="auto" w:fill="78D9FF" w:themeFill="accent2" w:themeFillTint="7F"/>
      </w:tcPr>
    </w:tblStylePr>
    <w:tblStylePr w:type="band1Horz">
      <w:tblPr/>
      <w:tcPr>
        <w:tcBorders>
          <w:insideH w:val="single" w:sz="6" w:space="0" w:color="00AEEF" w:themeColor="accent2"/>
          <w:insideV w:val="single" w:sz="6" w:space="0" w:color="00AEEF" w:themeColor="accent2"/>
        </w:tcBorders>
        <w:shd w:val="clear" w:color="auto" w:fill="78D9FF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CECFF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AEEF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AEEF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AEEF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AEEF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78D9FF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78D9FF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CECFF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AEEF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AEEF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AEEF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AEEF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78D9FF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78D9FF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AEEF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5677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81B3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81B3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81B3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81B3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AEEF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5677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81B3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81B3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81B3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81B3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AEEF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AEEF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AEEF" w:themeColor="accent2"/>
        <w:left w:val="single" w:sz="4" w:space="0" w:color="00AEEF" w:themeColor="accent1"/>
        <w:bottom w:val="single" w:sz="4" w:space="0" w:color="00AEEF" w:themeColor="accent1"/>
        <w:right w:val="single" w:sz="4" w:space="0" w:color="00AEEF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4F7FF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AEEF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678F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678F" w:themeColor="accent1" w:themeShade="99"/>
          <w:insideV w:val="nil"/>
        </w:tcBorders>
        <w:shd w:val="clear" w:color="auto" w:fill="00678F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678F" w:themeFill="accent1" w:themeFillShade="99"/>
      </w:tcPr>
    </w:tblStylePr>
    <w:tblStylePr w:type="band1Vert">
      <w:tblPr/>
      <w:tcPr>
        <w:shd w:val="clear" w:color="auto" w:fill="92E1FF" w:themeFill="accent1" w:themeFillTint="66"/>
      </w:tcPr>
    </w:tblStylePr>
    <w:tblStylePr w:type="band1Horz">
      <w:tblPr/>
      <w:tcPr>
        <w:shd w:val="clear" w:color="auto" w:fill="78D9FF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AEEF" w:themeColor="accent2"/>
        <w:left w:val="single" w:sz="4" w:space="0" w:color="00AEEF" w:themeColor="accent2"/>
        <w:bottom w:val="single" w:sz="4" w:space="0" w:color="00AEEF" w:themeColor="accent2"/>
        <w:right w:val="single" w:sz="4" w:space="0" w:color="00AEEF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4F7FF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AEEF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678F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678F" w:themeColor="accent2" w:themeShade="99"/>
          <w:insideV w:val="nil"/>
        </w:tcBorders>
        <w:shd w:val="clear" w:color="auto" w:fill="00678F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678F" w:themeFill="accent2" w:themeFillShade="99"/>
      </w:tcPr>
    </w:tblStylePr>
    <w:tblStylePr w:type="band1Vert">
      <w:tblPr/>
      <w:tcPr>
        <w:shd w:val="clear" w:color="auto" w:fill="92E1FF" w:themeFill="accent2" w:themeFillTint="66"/>
      </w:tcPr>
    </w:tblStylePr>
    <w:tblStylePr w:type="band1Horz">
      <w:tblPr/>
      <w:tcPr>
        <w:shd w:val="clear" w:color="auto" w:fill="78D9FF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8ABF" w:themeFill="accent2" w:themeFillShade="CC"/>
      </w:tcPr>
    </w:tblStylePr>
    <w:tblStylePr w:type="lastRow">
      <w:rPr>
        <w:b/>
        <w:bCs/>
        <w:color w:val="008ABF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4F7FF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8ABF" w:themeFill="accent2" w:themeFillShade="CC"/>
      </w:tcPr>
    </w:tblStylePr>
    <w:tblStylePr w:type="lastRow">
      <w:rPr>
        <w:b/>
        <w:bCs/>
        <w:color w:val="008ABF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CECFF" w:themeFill="accent1" w:themeFillTint="3F"/>
      </w:tcPr>
    </w:tblStylePr>
    <w:tblStylePr w:type="band1Horz">
      <w:tblPr/>
      <w:tcPr>
        <w:shd w:val="clear" w:color="auto" w:fill="C8F0FF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4F7FF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8ABF" w:themeFill="accent2" w:themeFillShade="CC"/>
      </w:tcPr>
    </w:tblStylePr>
    <w:tblStylePr w:type="lastRow">
      <w:rPr>
        <w:b/>
        <w:bCs/>
        <w:color w:val="008ABF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CECFF" w:themeFill="accent2" w:themeFillTint="3F"/>
      </w:tcPr>
    </w:tblStylePr>
    <w:tblStylePr w:type="band1Horz">
      <w:tblPr/>
      <w:tcPr>
        <w:shd w:val="clear" w:color="auto" w:fill="C8F0FF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8F0FF" w:themeFill="accent1" w:themeFillTint="33"/>
    </w:tcPr>
    <w:tblStylePr w:type="firstRow">
      <w:rPr>
        <w:b/>
        <w:bCs/>
      </w:rPr>
      <w:tblPr/>
      <w:tcPr>
        <w:shd w:val="clear" w:color="auto" w:fill="92E1FF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2E1FF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0081B3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0081B3" w:themeFill="accent1" w:themeFillShade="BF"/>
      </w:tcPr>
    </w:tblStylePr>
    <w:tblStylePr w:type="band1Vert">
      <w:tblPr/>
      <w:tcPr>
        <w:shd w:val="clear" w:color="auto" w:fill="78D9FF" w:themeFill="accent1" w:themeFillTint="7F"/>
      </w:tcPr>
    </w:tblStylePr>
    <w:tblStylePr w:type="band1Horz">
      <w:tblPr/>
      <w:tcPr>
        <w:shd w:val="clear" w:color="auto" w:fill="78D9FF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8F0FF" w:themeFill="accent2" w:themeFillTint="33"/>
    </w:tcPr>
    <w:tblStylePr w:type="firstRow">
      <w:rPr>
        <w:b/>
        <w:bCs/>
      </w:rPr>
      <w:tblPr/>
      <w:tcPr>
        <w:shd w:val="clear" w:color="auto" w:fill="92E1FF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2E1FF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0081B3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0081B3" w:themeFill="accent2" w:themeFillShade="BF"/>
      </w:tcPr>
    </w:tblStylePr>
    <w:tblStylePr w:type="band1Vert">
      <w:tblPr/>
      <w:tcPr>
        <w:shd w:val="clear" w:color="auto" w:fill="78D9FF" w:themeFill="accent2" w:themeFillTint="7F"/>
      </w:tcPr>
    </w:tblStylePr>
    <w:tblStylePr w:type="band1Horz">
      <w:tblPr/>
      <w:tcPr>
        <w:shd w:val="clear" w:color="auto" w:fill="78D9FF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customStyle="1" w:styleId="TableNormal1">
    <w:name w:val="Table Normal1"/>
    <w:uiPriority w:val="2"/>
    <w:semiHidden/>
    <w:unhideWhenUsed/>
    <w:qFormat/>
    <w:rsid w:val="005D1326"/>
    <w:pPr>
      <w:widowControl w:val="0"/>
      <w:autoSpaceDE w:val="0"/>
      <w:autoSpaceDN w:val="0"/>
      <w:spacing w:after="0" w:line="240" w:lineRule="auto"/>
    </w:pPr>
    <w:rPr>
      <w:rFonts w:eastAsiaTheme="minorHAnsi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OC1">
    <w:name w:val="toc 1"/>
    <w:basedOn w:val="Normal"/>
    <w:next w:val="Normal"/>
    <w:autoRedefine/>
    <w:uiPriority w:val="39"/>
    <w:unhideWhenUsed/>
    <w:rsid w:val="00DC12F3"/>
    <w:pPr>
      <w:spacing w:after="100"/>
    </w:pPr>
  </w:style>
  <w:style w:type="character" w:styleId="Hyperlink">
    <w:name w:val="Hyperlink"/>
    <w:basedOn w:val="DefaultParagraphFont"/>
    <w:uiPriority w:val="99"/>
    <w:unhideWhenUsed/>
    <w:rsid w:val="00DC12F3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24482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19072D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D5644F"/>
    <w:rPr>
      <w:sz w:val="21"/>
      <w:szCs w:val="21"/>
    </w:rPr>
  </w:style>
  <w:style w:type="paragraph" w:styleId="CommentText">
    <w:name w:val="annotation text"/>
    <w:basedOn w:val="Normal"/>
    <w:link w:val="CommentTextChar"/>
    <w:uiPriority w:val="99"/>
    <w:unhideWhenUsed/>
    <w:rsid w:val="00D5644F"/>
  </w:style>
  <w:style w:type="character" w:customStyle="1" w:styleId="CommentTextChar">
    <w:name w:val="Comment Text Char"/>
    <w:basedOn w:val="DefaultParagraphFont"/>
    <w:link w:val="CommentText"/>
    <w:uiPriority w:val="99"/>
    <w:rsid w:val="00D5644F"/>
    <w:rPr>
      <w:rFonts w:ascii="Aptos" w:hAnsi="Aptos"/>
      <w:color w:val="2B2B2B"/>
      <w:sz w:val="21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5644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5644F"/>
    <w:rPr>
      <w:rFonts w:ascii="Aptos" w:hAnsi="Aptos"/>
      <w:b/>
      <w:bCs/>
      <w:color w:val="2B2B2B"/>
      <w:sz w:val="21"/>
    </w:rPr>
  </w:style>
  <w:style w:type="table" w:customStyle="1" w:styleId="1">
    <w:name w:val="网格型1"/>
    <w:basedOn w:val="TableNormal"/>
    <w:next w:val="TableGrid"/>
    <w:uiPriority w:val="59"/>
    <w:rsid w:val="006C1235"/>
    <w:pPr>
      <w:spacing w:after="0" w:line="240" w:lineRule="auto"/>
    </w:pPr>
    <w:rPr>
      <w:rFonts w:ascii="Arial" w:eastAsia="SimSun" w:hAnsi="Arial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4E0E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customStyle="1" w:styleId="pdq2pgselectionanchorcontainer">
    <w:name w:val="pdq2pg_selectionanchorcontainer"/>
    <w:basedOn w:val="Normal"/>
    <w:rsid w:val="003A18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curity@saluscontrols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00AEEF"/>
      </a:accent1>
      <a:accent2>
        <a:srgbClr val="00AEEF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948094c8-480e-400b-91c4-c984b7e20814}" enabled="1" method="Standard" siteId="{a1109567-0815-4e1f-88af-e23555482aa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1101</Words>
  <Characters>6280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SALUS Controls PLC - Suspected Vulnerability Report Form</vt:lpstr>
    </vt:vector>
  </TitlesOfParts>
  <Manager/>
  <Company>SALUS Controls PLC</Company>
  <LinksUpToDate>false</LinksUpToDate>
  <CharactersWithSpaces>7367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SALUS Controls PLC - Suspected Vulnerability Report Form</dc:title>
  <dc:subject/>
  <dc:creator>SALUS Controls PLC</dc:creator>
  <cp:keywords>SALUS Controls, vulnerability disclosure, product security, security updates</cp:keywords>
  <dc:description>Review markup only; not for publication.</dc:description>
  <cp:lastModifiedBy>Ramona Farcas</cp:lastModifiedBy>
  <cp:revision>2</cp:revision>
  <dcterms:created xsi:type="dcterms:W3CDTF">2026-10-08T06:55:00Z</dcterms:created>
  <dcterms:modified xsi:type="dcterms:W3CDTF">2026-10-08T06:55:00Z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62f4ae9f-aa0c-44c0-9d31-4c2aee434488</vt:lpwstr>
  </property>
</Properties>
</file>