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7EA57" w14:textId="3AC6DED6" w:rsidR="005B511E" w:rsidRDefault="00824A2A" w:rsidP="00050403">
      <w:pPr>
        <w:pStyle w:val="Heading1"/>
        <w:spacing w:after="120"/>
        <w:rPr>
          <w:rFonts w:ascii="Ubuntu" w:eastAsia="Ubuntu" w:hAnsi="Ubuntu" w:cs="Ubuntu"/>
          <w:color w:val="00AEEF"/>
          <w:u w:val="single"/>
          <w:lang w:val="de-DE"/>
        </w:rPr>
      </w:pPr>
      <w:bookmarkStart w:id="0" w:name="_Toc239339911"/>
      <w:r w:rsidRPr="00050403">
        <w:rPr>
          <w:rFonts w:ascii="Ubuntu" w:eastAsia="Ubuntu" w:hAnsi="Ubuntu" w:cs="Ubuntu"/>
          <w:color w:val="00AEEF"/>
          <w:u w:val="single"/>
          <w:lang w:val="de-DE"/>
        </w:rPr>
        <w:t>SALUS Controls PLC - Formular zur Meldung einer vermuteten Sicherheitslücke</w:t>
      </w:r>
      <w:bookmarkEnd w:id="0"/>
    </w:p>
    <w:p w14:paraId="5A7843D7" w14:textId="77777777" w:rsidR="00050403" w:rsidRPr="00050403" w:rsidRDefault="00050403" w:rsidP="00050403">
      <w:pPr>
        <w:rPr>
          <w:lang w:val="de-DE"/>
        </w:rPr>
      </w:pPr>
    </w:p>
    <w:p w14:paraId="5C65BB70" w14:textId="69AA841B" w:rsidR="005B511E" w:rsidRPr="00050403" w:rsidRDefault="005B511E" w:rsidP="002A3313">
      <w:pPr>
        <w:pStyle w:val="ListBullet"/>
        <w:numPr>
          <w:ilvl w:val="0"/>
          <w:numId w:val="0"/>
        </w:numPr>
        <w:ind w:left="360"/>
        <w:rPr>
          <w:rFonts w:hint="eastAsia"/>
          <w:lang w:val="de-DE"/>
        </w:rPr>
      </w:pPr>
      <w:r w:rsidRPr="00050403">
        <w:rPr>
          <w:lang w:val="de-DE"/>
        </w:rPr>
        <w:t>Verwenden Sie dieses Formular, um eine vermutete Sicherheitslücke zu melden, die ein SALUS Produkt, eine Anwendung, einen Cloud-Dienst oder eine Website betrifft.</w:t>
      </w:r>
    </w:p>
    <w:p w14:paraId="45D4999E" w14:textId="77777777" w:rsidR="005B511E" w:rsidRPr="00050403" w:rsidRDefault="005B511E" w:rsidP="002A3313">
      <w:pPr>
        <w:pStyle w:val="ListBullet"/>
        <w:numPr>
          <w:ilvl w:val="0"/>
          <w:numId w:val="0"/>
        </w:numPr>
        <w:ind w:left="360"/>
        <w:rPr>
          <w:rFonts w:hint="eastAsia"/>
          <w:lang w:val="de-DE"/>
        </w:rPr>
      </w:pPr>
      <w:r w:rsidRPr="00050403">
        <w:rPr>
          <w:lang w:val="de-DE"/>
        </w:rPr>
        <w:t>Bitte machen Sie so viele Angaben wie möglich. Sie müssen nicht jedes Feld ausfüllen, damit wir Ihre Meldung entgegennehmen können.</w:t>
      </w:r>
    </w:p>
    <w:p w14:paraId="08162BC0" w14:textId="77777777" w:rsidR="005B511E" w:rsidRPr="00050403" w:rsidRDefault="005B511E" w:rsidP="002A3313">
      <w:pPr>
        <w:pStyle w:val="ListBullet"/>
        <w:numPr>
          <w:ilvl w:val="0"/>
          <w:numId w:val="0"/>
        </w:numPr>
        <w:ind w:left="360"/>
        <w:rPr>
          <w:rFonts w:hint="eastAsia"/>
          <w:lang w:val="de-DE"/>
        </w:rPr>
      </w:pPr>
      <w:r w:rsidRPr="00050403">
        <w:rPr>
          <w:lang w:val="de-DE"/>
        </w:rPr>
        <w:t>Sie können eine Meldung anonym einreichen. Wenn Sie jedoch keine Kontaktdaten angeben, können wir möglicherweise keine zusätzlichen Informationen anfordern oder Sie über den Stand Ihrer Meldung informieren.</w:t>
      </w:r>
    </w:p>
    <w:p w14:paraId="55992710" w14:textId="77777777" w:rsidR="005B511E" w:rsidRPr="00050403" w:rsidRDefault="005B511E" w:rsidP="002A3313">
      <w:pPr>
        <w:pStyle w:val="ListBullet"/>
        <w:numPr>
          <w:ilvl w:val="0"/>
          <w:numId w:val="0"/>
        </w:numPr>
        <w:ind w:left="360"/>
        <w:rPr>
          <w:rFonts w:hint="eastAsia"/>
          <w:lang w:val="de-DE"/>
        </w:rPr>
      </w:pPr>
      <w:r w:rsidRPr="00050403">
        <w:rPr>
          <w:lang w:val="de-DE"/>
        </w:rPr>
        <w:t>Bitte senden Sie das ausgefüllte Formular an security@saluscontrols.com.</w:t>
      </w:r>
    </w:p>
    <w:p w14:paraId="6F7C6122" w14:textId="77777777" w:rsidR="005B511E" w:rsidRPr="00050403" w:rsidRDefault="005B511E" w:rsidP="002A3313">
      <w:pPr>
        <w:pStyle w:val="ListBullet"/>
        <w:numPr>
          <w:ilvl w:val="0"/>
          <w:numId w:val="0"/>
        </w:numPr>
        <w:ind w:left="360"/>
        <w:rPr>
          <w:rStyle w:val="Strong"/>
          <w:rFonts w:hint="eastAsia"/>
          <w:szCs w:val="21"/>
          <w:lang w:val="de-DE"/>
        </w:rPr>
      </w:pPr>
      <w:r w:rsidRPr="00050403">
        <w:rPr>
          <w:rStyle w:val="Strong"/>
          <w:szCs w:val="21"/>
          <w:lang w:val="de-DE"/>
        </w:rPr>
        <w:t>Bitte geben Sie keine Passwörter, Authentifizierungstoken, privaten Schlüssel oder unnötigen personenbezogenen Daten bzw. Kundendaten an.</w:t>
      </w:r>
    </w:p>
    <w:p w14:paraId="461345A0" w14:textId="27CF629C" w:rsidR="00D54783" w:rsidRPr="00050403" w:rsidRDefault="00D54783" w:rsidP="002A3313">
      <w:pPr>
        <w:pStyle w:val="ListBullet"/>
        <w:numPr>
          <w:ilvl w:val="0"/>
          <w:numId w:val="0"/>
        </w:numPr>
        <w:ind w:left="360"/>
        <w:rPr>
          <w:rFonts w:hint="eastAsia"/>
          <w:lang w:val="de-DE"/>
        </w:rPr>
      </w:pPr>
      <w:r w:rsidRPr="00050403">
        <w:rPr>
          <w:lang w:val="de-DE"/>
        </w:rPr>
        <w:t>Mit „Erforderlich“ gekennzeichnete Felder sind nur auszufüllen, soweit die Informationen vernünftigerweise verfügbar sind. Auch wenn Ihnen nicht alle Informationen vorliegen, können Sie die Meldung einreichen.</w:t>
      </w:r>
    </w:p>
    <w:p w14:paraId="5F8D13B4" w14:textId="77777777" w:rsidR="00A5425F" w:rsidRPr="00050403" w:rsidRDefault="00A5425F" w:rsidP="00A5425F">
      <w:pPr>
        <w:pStyle w:val="Title"/>
        <w:spacing w:after="160" w:line="259" w:lineRule="auto"/>
        <w:rPr>
          <w:lang w:val="de-DE"/>
        </w:rPr>
      </w:pPr>
      <w:r w:rsidRPr="00050403">
        <w:rPr>
          <w:rFonts w:ascii="Ubuntu" w:eastAsia="Ubuntu" w:hAnsi="Ubuntu" w:cs="Ubuntu" w:hint="eastAsia"/>
          <w:u w:val="single"/>
          <w:lang w:val="de-DE"/>
        </w:rPr>
        <w:t>Meldung einer vermuteten Sicherheitslücke</w:t>
      </w:r>
    </w:p>
    <w:p w14:paraId="4239CF82" w14:textId="77777777" w:rsidR="00A5425F" w:rsidRPr="00050403" w:rsidRDefault="00A5425F" w:rsidP="00A5425F">
      <w:pPr>
        <w:pStyle w:val="Heading2"/>
        <w:spacing w:after="80"/>
        <w:rPr>
          <w:lang w:val="de-DE"/>
        </w:rPr>
      </w:pPr>
      <w:bookmarkStart w:id="1" w:name="_Toc239339912"/>
      <w:r w:rsidRPr="00050403">
        <w:rPr>
          <w:rFonts w:ascii="Ubuntu" w:eastAsia="Ubuntu" w:hAnsi="Ubuntu" w:cs="Ubuntu" w:hint="eastAsia"/>
          <w:u w:val="single"/>
          <w:lang w:val="de-DE"/>
        </w:rPr>
        <w:t>1. Angaben zur meldenden Person</w:t>
      </w:r>
      <w:bookmarkEnd w:id="1"/>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A5425F" w14:paraId="2615F057" w14:textId="77777777" w:rsidTr="000B505C">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3EDA9661" w14:textId="77777777" w:rsidR="00A5425F" w:rsidRDefault="00A5425F" w:rsidP="000B505C">
            <w:pPr>
              <w:spacing w:after="0" w:line="240" w:lineRule="auto"/>
              <w:rPr>
                <w:rFonts w:hint="eastAsia"/>
              </w:rPr>
            </w:pPr>
            <w:r>
              <w:rPr>
                <w:rFonts w:ascii="Ubuntu" w:eastAsia="Ubuntu" w:hAnsi="Ubuntu" w:cs="Ubuntu" w:hint="eastAsia"/>
                <w:b/>
                <w:color w:val="FFFFFF"/>
                <w:sz w:val="18"/>
              </w:rPr>
              <w:t>Feld</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62C7CD25" w14:textId="77777777" w:rsidR="00A5425F" w:rsidRDefault="00A5425F" w:rsidP="000B505C">
            <w:pPr>
              <w:spacing w:after="0" w:line="240" w:lineRule="auto"/>
              <w:rPr>
                <w:rFonts w:hint="eastAsia"/>
              </w:rPr>
            </w:pPr>
            <w:r>
              <w:rPr>
                <w:rFonts w:ascii="Ubuntu" w:eastAsia="Ubuntu" w:hAnsi="Ubuntu" w:cs="Ubuntu" w:hint="eastAsia"/>
                <w:b/>
                <w:color w:val="FFFFFF"/>
                <w:sz w:val="18"/>
              </w:rPr>
              <w:t>Antwort</w:t>
            </w:r>
          </w:p>
        </w:tc>
      </w:tr>
      <w:tr w:rsidR="00A5425F" w14:paraId="5A7253DF"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2B202A9" w14:textId="77777777" w:rsidR="00A5425F" w:rsidRDefault="00A5425F" w:rsidP="000B505C">
            <w:pPr>
              <w:spacing w:after="0" w:line="240" w:lineRule="auto"/>
              <w:rPr>
                <w:rFonts w:hint="eastAsia"/>
              </w:rPr>
            </w:pPr>
            <w:r>
              <w:rPr>
                <w:rFonts w:eastAsia="Myriad Pro" w:cs="Myriad Pro" w:hint="eastAsia"/>
                <w:b/>
                <w:color w:val="1D2958"/>
                <w:sz w:val="18"/>
              </w:rPr>
              <w:t>Name oder Alias (optional)</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721CEB0D" w14:textId="77777777" w:rsidR="00A5425F" w:rsidRDefault="00A5425F" w:rsidP="000B505C">
            <w:pPr>
              <w:spacing w:after="0" w:line="240" w:lineRule="auto"/>
              <w:rPr>
                <w:rFonts w:hint="eastAsia"/>
              </w:rPr>
            </w:pPr>
          </w:p>
        </w:tc>
      </w:tr>
      <w:tr w:rsidR="00A5425F" w14:paraId="50C78C64"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F087F7B" w14:textId="52648E22" w:rsidR="00A5425F" w:rsidRDefault="004E0EDD" w:rsidP="000B505C">
            <w:pPr>
              <w:spacing w:after="0" w:line="240" w:lineRule="auto"/>
              <w:rPr>
                <w:rFonts w:hint="eastAsia"/>
              </w:rPr>
            </w:pPr>
            <w:proofErr w:type="spellStart"/>
            <w:r>
              <w:rPr>
                <w:rFonts w:eastAsia="Myriad Pro" w:cs="Myriad Pro"/>
                <w:b/>
                <w:color w:val="1D2958"/>
                <w:sz w:val="18"/>
              </w:rPr>
              <w:t>Organisation</w:t>
            </w:r>
            <w:proofErr w:type="spellEnd"/>
            <w:r>
              <w:rPr>
                <w:rFonts w:eastAsia="Myriad Pro" w:cs="Myriad Pro"/>
                <w:b/>
                <w:color w:val="1D2958"/>
                <w:sz w:val="18"/>
              </w:rPr>
              <w:t xml:space="preserve"> (optional)</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340F79FC" w14:textId="77777777" w:rsidR="00A5425F" w:rsidRDefault="00A5425F" w:rsidP="000B505C">
            <w:pPr>
              <w:spacing w:after="0" w:line="240" w:lineRule="auto"/>
              <w:rPr>
                <w:rFonts w:hint="eastAsia"/>
              </w:rPr>
            </w:pPr>
          </w:p>
        </w:tc>
      </w:tr>
      <w:tr w:rsidR="00A5425F" w:rsidRPr="00050403" w14:paraId="18305F51"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261BBFC" w14:textId="60EC54FE" w:rsidR="00A5425F" w:rsidRPr="00050403" w:rsidRDefault="004E0EDD" w:rsidP="000B505C">
            <w:pPr>
              <w:spacing w:after="0" w:line="240" w:lineRule="auto"/>
              <w:rPr>
                <w:rFonts w:hint="eastAsia"/>
                <w:lang w:val="de-DE"/>
              </w:rPr>
            </w:pPr>
            <w:r w:rsidRPr="00050403">
              <w:rPr>
                <w:rFonts w:eastAsia="Myriad Pro" w:cs="Myriad Pro"/>
                <w:b/>
                <w:color w:val="1D2958"/>
                <w:sz w:val="18"/>
                <w:lang w:val="de-DE"/>
              </w:rPr>
              <w:t>E-Mail/Kontaktmöglichkeit (erforderlich, sofern nicht anonym gemeldet wird)</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4A757C5A" w14:textId="276E2BF4" w:rsidR="00A5425F" w:rsidRPr="00050403" w:rsidRDefault="00A5425F" w:rsidP="000B505C">
            <w:pPr>
              <w:spacing w:after="0" w:line="240" w:lineRule="auto"/>
              <w:rPr>
                <w:rFonts w:hint="eastAsia"/>
                <w:lang w:val="de-DE"/>
              </w:rPr>
            </w:pPr>
          </w:p>
        </w:tc>
      </w:tr>
      <w:tr w:rsidR="00A5425F" w14:paraId="3133B78F"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2C55901" w14:textId="16961870" w:rsidR="00A5425F" w:rsidRDefault="00A5425F" w:rsidP="000B505C">
            <w:pPr>
              <w:spacing w:after="0" w:line="240" w:lineRule="auto"/>
              <w:rPr>
                <w:rFonts w:hint="eastAsia"/>
              </w:rPr>
            </w:pPr>
            <w:proofErr w:type="spellStart"/>
            <w:r>
              <w:rPr>
                <w:rFonts w:eastAsia="Myriad Pro" w:cs="Myriad Pro" w:hint="eastAsia"/>
                <w:b/>
                <w:color w:val="1D2958"/>
                <w:sz w:val="18"/>
              </w:rPr>
              <w:t>Bevorzugte</w:t>
            </w:r>
            <w:proofErr w:type="spellEnd"/>
            <w:r>
              <w:rPr>
                <w:rFonts w:eastAsia="Myriad Pro" w:cs="Myriad Pro" w:hint="eastAsia"/>
                <w:b/>
                <w:color w:val="1D2958"/>
                <w:sz w:val="18"/>
              </w:rPr>
              <w:t xml:space="preserve"> </w:t>
            </w:r>
            <w:proofErr w:type="spellStart"/>
            <w:r>
              <w:rPr>
                <w:rFonts w:eastAsia="Myriad Pro" w:cs="Myriad Pro" w:hint="eastAsia"/>
                <w:b/>
                <w:color w:val="1D2958"/>
                <w:sz w:val="18"/>
              </w:rPr>
              <w:t>Sprache</w:t>
            </w:r>
            <w:proofErr w:type="spellEnd"/>
            <w:r>
              <w:rPr>
                <w:rFonts w:eastAsia="Myriad Pro" w:cs="Myriad Pro" w:hint="eastAsia"/>
                <w:b/>
                <w:color w:val="1D2958"/>
                <w:sz w:val="18"/>
              </w:rPr>
              <w:t xml:space="preserve"> (optional)</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37F44624" w14:textId="4898FAF2" w:rsidR="00A5425F" w:rsidRDefault="00A5425F" w:rsidP="000B505C">
            <w:pPr>
              <w:spacing w:after="0" w:line="240" w:lineRule="auto"/>
              <w:rPr>
                <w:rFonts w:hint="eastAsia"/>
              </w:rPr>
            </w:pPr>
          </w:p>
        </w:tc>
      </w:tr>
      <w:tr w:rsidR="00F54C66" w14:paraId="701B7A6C"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7722D52" w14:textId="71639B87" w:rsidR="00F54C66" w:rsidRDefault="00F54C66" w:rsidP="000B505C">
            <w:pPr>
              <w:spacing w:after="0" w:line="240" w:lineRule="auto"/>
              <w:rPr>
                <w:rFonts w:eastAsia="Myriad Pro" w:cs="Myriad Pro"/>
                <w:b/>
                <w:color w:val="1D2958"/>
                <w:sz w:val="18"/>
              </w:rPr>
            </w:pPr>
            <w:r>
              <w:rPr>
                <w:rFonts w:eastAsia="Myriad Pro" w:cs="Myriad Pro"/>
                <w:b/>
                <w:color w:val="1D2958"/>
                <w:sz w:val="18"/>
              </w:rPr>
              <w:t>Anonyme Meldung?</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7D4B5EC1" w14:textId="77777777" w:rsidR="00F54C66" w:rsidRDefault="00140861" w:rsidP="00F54C66">
            <w:pPr>
              <w:spacing w:after="0" w:line="240" w:lineRule="auto"/>
              <w:rPr>
                <w:rFonts w:eastAsia="Myriad Pro" w:cs="Myriad Pro"/>
                <w:sz w:val="18"/>
                <w:szCs w:val="21"/>
              </w:rPr>
            </w:pPr>
            <w:sdt>
              <w:sdtPr>
                <w:alias w:val="Checkbox 9"/>
                <w:tag w:val="CHECKBOX_0009"/>
                <w:id w:val="1487208471"/>
                <w14:checkbox>
                  <w14:checked w14:val="0"/>
                  <w14:checkedState w14:val="2612" w14:font="Arial"/>
                  <w14:uncheckedState w14:val="2610" w14:font="Arial"/>
                </w14:checkbox>
              </w:sdtPr>
              <w:sdtEndPr/>
              <w:sdtContent>
                <w:r w:rsidR="00F54C66">
                  <w:rPr>
                    <w:rFonts w:ascii="Segoe UI Symbol" w:hAnsi="Segoe UI Symbol" w:cs="Segoe UI Symbol"/>
                  </w:rPr>
                  <w:t>☐</w:t>
                </w:r>
              </w:sdtContent>
            </w:sdt>
            <w:r w:rsidR="00F54C66">
              <w:rPr>
                <w:rFonts w:eastAsia="Myriad Pro" w:cs="Myriad Pro" w:hint="eastAsia"/>
                <w:sz w:val="18"/>
                <w:szCs w:val="21"/>
              </w:rPr>
              <w:t xml:space="preserve"> </w:t>
            </w:r>
            <w:r w:rsidR="00F54C66">
              <w:rPr>
                <w:rFonts w:eastAsia="Myriad Pro" w:cs="Myriad Pro"/>
                <w:sz w:val="18"/>
                <w:szCs w:val="21"/>
              </w:rPr>
              <w:t>Ja</w:t>
            </w:r>
            <w:r w:rsidR="00F54C66">
              <w:rPr>
                <w:rFonts w:eastAsia="Myriad Pro" w:cs="Myriad Pro" w:hint="eastAsia"/>
                <w:sz w:val="18"/>
                <w:szCs w:val="21"/>
              </w:rPr>
              <w:t xml:space="preserve"> </w:t>
            </w:r>
          </w:p>
          <w:p w14:paraId="124159B7" w14:textId="2333B155" w:rsidR="00F54C66" w:rsidRPr="00F54C66" w:rsidRDefault="00140861" w:rsidP="000B505C">
            <w:pPr>
              <w:spacing w:after="0" w:line="240" w:lineRule="auto"/>
              <w:rPr>
                <w:rFonts w:eastAsia="Myriad Pro" w:cs="Myriad Pro"/>
                <w:sz w:val="18"/>
                <w:szCs w:val="21"/>
              </w:rPr>
            </w:pPr>
            <w:sdt>
              <w:sdtPr>
                <w:alias w:val="Checkbox 10"/>
                <w:tag w:val="CHECKBOX_0010"/>
                <w:id w:val="-1191147512"/>
                <w14:checkbox>
                  <w14:checked w14:val="0"/>
                  <w14:checkedState w14:val="2612" w14:font="Arial"/>
                  <w14:uncheckedState w14:val="2610" w14:font="Arial"/>
                </w14:checkbox>
              </w:sdtPr>
              <w:sdtEndPr/>
              <w:sdtContent>
                <w:r w:rsidR="00F54C66">
                  <w:rPr>
                    <w:rFonts w:ascii="Segoe UI Symbol" w:hAnsi="Segoe UI Symbol" w:cs="Segoe UI Symbol"/>
                  </w:rPr>
                  <w:t>☐</w:t>
                </w:r>
              </w:sdtContent>
            </w:sdt>
            <w:r w:rsidR="00F54C66">
              <w:rPr>
                <w:rFonts w:eastAsia="Myriad Pro" w:cs="Myriad Pro" w:hint="eastAsia"/>
                <w:sz w:val="18"/>
                <w:szCs w:val="21"/>
              </w:rPr>
              <w:t xml:space="preserve"> </w:t>
            </w:r>
            <w:r w:rsidR="00F54C66">
              <w:rPr>
                <w:rFonts w:eastAsia="Myriad Pro" w:cs="Myriad Pro"/>
                <w:sz w:val="18"/>
                <w:szCs w:val="21"/>
              </w:rPr>
              <w:t>Nein</w:t>
            </w:r>
            <w:r w:rsidR="00F54C66">
              <w:rPr>
                <w:rFonts w:eastAsia="Myriad Pro" w:cs="Myriad Pro" w:hint="eastAsia"/>
                <w:sz w:val="18"/>
                <w:szCs w:val="21"/>
              </w:rPr>
              <w:t xml:space="preserve"> </w:t>
            </w:r>
          </w:p>
        </w:tc>
      </w:tr>
    </w:tbl>
    <w:p w14:paraId="10BBCCC4" w14:textId="77777777" w:rsidR="00A5425F" w:rsidRDefault="00A5425F" w:rsidP="00A5425F">
      <w:pPr>
        <w:spacing w:after="110" w:line="259" w:lineRule="auto"/>
        <w:rPr>
          <w:rFonts w:hint="eastAsia"/>
        </w:rPr>
      </w:pPr>
    </w:p>
    <w:p w14:paraId="0FAB4383" w14:textId="77777777" w:rsidR="00A5425F" w:rsidRDefault="00A5425F" w:rsidP="00A5425F">
      <w:pPr>
        <w:pStyle w:val="Heading2"/>
        <w:spacing w:after="80"/>
      </w:pPr>
      <w:bookmarkStart w:id="2" w:name="_Toc239339913"/>
      <w:r>
        <w:rPr>
          <w:rFonts w:ascii="Ubuntu" w:eastAsia="Ubuntu" w:hAnsi="Ubuntu" w:cs="Ubuntu" w:hint="eastAsia"/>
          <w:u w:val="single"/>
        </w:rPr>
        <w:t>2. Betroffenes Produkt oder betroffene Komponente</w:t>
      </w:r>
      <w:bookmarkEnd w:id="2"/>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A5425F" w14:paraId="17462D5F" w14:textId="77777777" w:rsidTr="000B505C">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3849B6EE" w14:textId="77777777" w:rsidR="00A5425F" w:rsidRDefault="00A5425F" w:rsidP="000B505C">
            <w:pPr>
              <w:spacing w:after="0" w:line="240" w:lineRule="auto"/>
              <w:rPr>
                <w:rFonts w:hint="eastAsia"/>
              </w:rPr>
            </w:pPr>
            <w:r>
              <w:rPr>
                <w:rFonts w:ascii="Ubuntu" w:eastAsia="Ubuntu" w:hAnsi="Ubuntu" w:cs="Ubuntu" w:hint="eastAsia"/>
                <w:b/>
                <w:color w:val="FFFFFF"/>
                <w:sz w:val="18"/>
              </w:rPr>
              <w:t>Feld</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7EFBA718" w14:textId="77777777" w:rsidR="00A5425F" w:rsidRDefault="00A5425F" w:rsidP="000B505C">
            <w:pPr>
              <w:spacing w:after="0" w:line="240" w:lineRule="auto"/>
              <w:rPr>
                <w:rFonts w:hint="eastAsia"/>
              </w:rPr>
            </w:pPr>
            <w:r>
              <w:rPr>
                <w:rFonts w:ascii="Ubuntu" w:eastAsia="Ubuntu" w:hAnsi="Ubuntu" w:cs="Ubuntu" w:hint="eastAsia"/>
                <w:b/>
                <w:color w:val="FFFFFF"/>
                <w:sz w:val="18"/>
              </w:rPr>
              <w:t>Antwort</w:t>
            </w:r>
          </w:p>
        </w:tc>
      </w:tr>
      <w:tr w:rsidR="00A5425F" w14:paraId="36F3761C"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7A474D7B" w14:textId="77777777" w:rsidR="00A5425F" w:rsidRDefault="00A5425F" w:rsidP="000B505C">
            <w:pPr>
              <w:spacing w:after="0" w:line="240" w:lineRule="auto"/>
              <w:rPr>
                <w:rFonts w:hint="eastAsia"/>
              </w:rPr>
            </w:pPr>
            <w:r>
              <w:rPr>
                <w:rFonts w:eastAsia="Myriad Pro" w:cs="Myriad Pro" w:hint="eastAsia"/>
                <w:b/>
                <w:color w:val="1D2958"/>
                <w:sz w:val="18"/>
              </w:rPr>
              <w:t>Produkt- oder Dienstname (erforderlich)</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1C745BD3" w14:textId="77777777" w:rsidR="00A5425F" w:rsidRDefault="00A5425F" w:rsidP="000B505C">
            <w:pPr>
              <w:spacing w:after="0" w:line="240" w:lineRule="auto"/>
              <w:rPr>
                <w:rFonts w:hint="eastAsia"/>
              </w:rPr>
            </w:pPr>
          </w:p>
        </w:tc>
      </w:tr>
      <w:tr w:rsidR="00A5425F" w14:paraId="427AA205"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506DC73" w14:textId="374D70EE" w:rsidR="00A5425F" w:rsidRDefault="00A5425F" w:rsidP="000B505C">
            <w:pPr>
              <w:spacing w:after="0" w:line="240" w:lineRule="auto"/>
              <w:rPr>
                <w:rFonts w:hint="eastAsia"/>
              </w:rPr>
            </w:pPr>
            <w:r>
              <w:rPr>
                <w:rFonts w:eastAsia="Myriad Pro" w:cs="Myriad Pro" w:hint="eastAsia"/>
                <w:b/>
                <w:color w:val="1D2958"/>
                <w:sz w:val="18"/>
              </w:rPr>
              <w:t>Modell (falls zutreffend)</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6343FE2B" w14:textId="77777777" w:rsidR="00A5425F" w:rsidRDefault="00A5425F" w:rsidP="000B505C">
            <w:pPr>
              <w:spacing w:after="0" w:line="240" w:lineRule="auto"/>
              <w:rPr>
                <w:rFonts w:hint="eastAsia"/>
              </w:rPr>
            </w:pPr>
          </w:p>
        </w:tc>
      </w:tr>
      <w:tr w:rsidR="00A5425F" w14:paraId="29597FDE"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75A670F4" w14:textId="29C35B81" w:rsidR="00A5425F" w:rsidRDefault="00A5425F" w:rsidP="000B505C">
            <w:pPr>
              <w:spacing w:after="0" w:line="240" w:lineRule="auto"/>
              <w:rPr>
                <w:rFonts w:hint="eastAsia"/>
              </w:rPr>
            </w:pPr>
            <w:r>
              <w:rPr>
                <w:rFonts w:eastAsia="Myriad Pro" w:cs="Myriad Pro" w:hint="eastAsia"/>
                <w:b/>
                <w:color w:val="1D2958"/>
                <w:sz w:val="18"/>
              </w:rPr>
              <w:t>Hardwareversion (sofern bekannt)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0D484A5D" w14:textId="77777777" w:rsidR="00A5425F" w:rsidRDefault="00A5425F" w:rsidP="000B505C">
            <w:pPr>
              <w:spacing w:after="0" w:line="240" w:lineRule="auto"/>
              <w:rPr>
                <w:rFonts w:hint="eastAsia"/>
              </w:rPr>
            </w:pPr>
          </w:p>
        </w:tc>
      </w:tr>
      <w:tr w:rsidR="00A5425F" w:rsidRPr="00050403" w14:paraId="21CB9F50"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98B3652" w14:textId="511FB920" w:rsidR="00A5425F" w:rsidRPr="00050403" w:rsidRDefault="00A73F26" w:rsidP="000B505C">
            <w:pPr>
              <w:spacing w:after="0" w:line="240" w:lineRule="auto"/>
              <w:rPr>
                <w:rFonts w:hint="eastAsia"/>
                <w:lang w:val="de-DE"/>
              </w:rPr>
            </w:pPr>
            <w:r w:rsidRPr="00050403">
              <w:rPr>
                <w:rFonts w:eastAsia="Myriad Pro" w:cs="Myriad Pro"/>
                <w:b/>
                <w:color w:val="1D2958"/>
                <w:sz w:val="18"/>
                <w:lang w:val="de-DE"/>
              </w:rPr>
              <w:lastRenderedPageBreak/>
              <w:t>Firmware-/Software-/Anwendungsversion (sofern bekannt)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1CAFDD5B" w14:textId="77777777" w:rsidR="00A5425F" w:rsidRPr="00050403" w:rsidRDefault="00A5425F" w:rsidP="000B505C">
            <w:pPr>
              <w:spacing w:after="0" w:line="240" w:lineRule="auto"/>
              <w:rPr>
                <w:rFonts w:hint="eastAsia"/>
                <w:lang w:val="de-DE"/>
              </w:rPr>
            </w:pPr>
          </w:p>
        </w:tc>
      </w:tr>
      <w:tr w:rsidR="00A5425F" w14:paraId="73D070AA"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BAB7CD5" w14:textId="48876666" w:rsidR="00A5425F" w:rsidRDefault="007D6092" w:rsidP="000B505C">
            <w:pPr>
              <w:spacing w:after="0" w:line="240" w:lineRule="auto"/>
              <w:rPr>
                <w:rFonts w:hint="eastAsia"/>
              </w:rPr>
            </w:pPr>
            <w:r>
              <w:rPr>
                <w:rFonts w:eastAsia="Myriad Pro" w:cs="Myriad Pro"/>
                <w:b/>
                <w:color w:val="1D2958"/>
                <w:sz w:val="18"/>
              </w:rPr>
              <w:t>Land/Region</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1CE0B6C5" w14:textId="77777777" w:rsidR="00A5425F" w:rsidRDefault="00A5425F" w:rsidP="000B505C">
            <w:pPr>
              <w:spacing w:after="0" w:line="240" w:lineRule="auto"/>
              <w:rPr>
                <w:rFonts w:hint="eastAsia"/>
              </w:rPr>
            </w:pPr>
          </w:p>
        </w:tc>
      </w:tr>
      <w:tr w:rsidR="00A5425F" w14:paraId="0743AC2A"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E7F2671" w14:textId="493072AB" w:rsidR="00A5425F" w:rsidRDefault="007D6092" w:rsidP="000B505C">
            <w:pPr>
              <w:spacing w:after="0" w:line="240" w:lineRule="auto"/>
              <w:rPr>
                <w:rFonts w:hint="eastAsia"/>
              </w:rPr>
            </w:pPr>
            <w:r>
              <w:rPr>
                <w:rFonts w:eastAsia="Myriad Pro" w:cs="Myriad Pro"/>
                <w:b/>
                <w:color w:val="1D2958"/>
                <w:sz w:val="18"/>
              </w:rPr>
              <w:t>Weitere relevante Konfigurationsinformationen</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0EF27A1F" w14:textId="77777777" w:rsidR="00A5425F" w:rsidRDefault="00A5425F" w:rsidP="000B505C">
            <w:pPr>
              <w:spacing w:after="0" w:line="240" w:lineRule="auto"/>
              <w:rPr>
                <w:rFonts w:hint="eastAsia"/>
              </w:rPr>
            </w:pPr>
          </w:p>
        </w:tc>
      </w:tr>
    </w:tbl>
    <w:p w14:paraId="3454BA03" w14:textId="77777777" w:rsidR="00A5425F" w:rsidRDefault="00A5425F" w:rsidP="00A5425F">
      <w:pPr>
        <w:spacing w:after="110" w:line="259" w:lineRule="auto"/>
        <w:rPr>
          <w:rFonts w:hint="eastAsia"/>
        </w:rPr>
      </w:pPr>
    </w:p>
    <w:p w14:paraId="3170C933" w14:textId="4E1DD7FD" w:rsidR="00A5425F" w:rsidRDefault="00A5425F" w:rsidP="00A5425F">
      <w:pPr>
        <w:pStyle w:val="Heading2"/>
        <w:spacing w:after="80"/>
      </w:pPr>
      <w:bookmarkStart w:id="3" w:name="_Toc239339914"/>
      <w:r>
        <w:rPr>
          <w:rFonts w:ascii="Ubuntu" w:eastAsia="Ubuntu" w:hAnsi="Ubuntu" w:cs="Ubuntu" w:hint="eastAsia"/>
          <w:u w:val="single"/>
        </w:rPr>
        <w:t>3. Beschreibung der vermuteten Sicherheitslücke</w:t>
      </w:r>
      <w:bookmarkEnd w:id="3"/>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A5425F" w14:paraId="2542AB73" w14:textId="77777777" w:rsidTr="000B505C">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4EE387A3" w14:textId="77777777" w:rsidR="00A5425F" w:rsidRDefault="00A5425F" w:rsidP="000B505C">
            <w:pPr>
              <w:spacing w:after="0" w:line="240" w:lineRule="auto"/>
              <w:rPr>
                <w:rFonts w:hint="eastAsia"/>
              </w:rPr>
            </w:pPr>
            <w:r>
              <w:rPr>
                <w:rFonts w:ascii="Ubuntu" w:eastAsia="Ubuntu" w:hAnsi="Ubuntu" w:cs="Ubuntu" w:hint="eastAsia"/>
                <w:b/>
                <w:color w:val="FFFFFF"/>
                <w:sz w:val="18"/>
              </w:rPr>
              <w:t>Feld</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09D75774" w14:textId="77777777" w:rsidR="00A5425F" w:rsidRDefault="00A5425F" w:rsidP="000B505C">
            <w:pPr>
              <w:spacing w:after="0" w:line="240" w:lineRule="auto"/>
              <w:rPr>
                <w:rFonts w:hint="eastAsia"/>
              </w:rPr>
            </w:pPr>
            <w:r>
              <w:rPr>
                <w:rFonts w:ascii="Ubuntu" w:eastAsia="Ubuntu" w:hAnsi="Ubuntu" w:cs="Ubuntu" w:hint="eastAsia"/>
                <w:b/>
                <w:color w:val="FFFFFF"/>
                <w:sz w:val="18"/>
              </w:rPr>
              <w:t>Antwort</w:t>
            </w:r>
          </w:p>
        </w:tc>
      </w:tr>
      <w:tr w:rsidR="00A5425F" w14:paraId="411E80B2"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9B817FF" w14:textId="38033EC0" w:rsidR="00A5425F" w:rsidRDefault="0026323C" w:rsidP="000B505C">
            <w:pPr>
              <w:spacing w:after="0" w:line="240" w:lineRule="auto"/>
              <w:rPr>
                <w:rFonts w:hint="eastAsia"/>
              </w:rPr>
            </w:pPr>
            <w:r>
              <w:rPr>
                <w:rFonts w:eastAsia="Myriad Pro" w:cs="Myriad Pro"/>
                <w:b/>
                <w:color w:val="1D2958"/>
                <w:sz w:val="18"/>
              </w:rPr>
              <w:t>Kurztitel (erforderlich)</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767D5478" w14:textId="2FDFDE72" w:rsidR="00A5425F" w:rsidRDefault="00A5425F" w:rsidP="000B505C">
            <w:pPr>
              <w:spacing w:after="0" w:line="240" w:lineRule="auto"/>
              <w:rPr>
                <w:rFonts w:hint="eastAsia"/>
              </w:rPr>
            </w:pPr>
          </w:p>
        </w:tc>
      </w:tr>
      <w:tr w:rsidR="0026323C" w:rsidRPr="00050403" w14:paraId="3E51C3AC"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4A0EB080" w14:textId="77777777" w:rsidR="0026323C" w:rsidRPr="00050403" w:rsidRDefault="0026323C" w:rsidP="000B505C">
            <w:pPr>
              <w:spacing w:after="0" w:line="240" w:lineRule="auto"/>
              <w:rPr>
                <w:rFonts w:eastAsia="Myriad Pro" w:cs="Myriad Pro"/>
                <w:b/>
                <w:color w:val="1D2958"/>
                <w:sz w:val="18"/>
                <w:lang w:val="de-DE"/>
              </w:rPr>
            </w:pPr>
            <w:r w:rsidRPr="00050403">
              <w:rPr>
                <w:rFonts w:eastAsia="Myriad Pro" w:cs="Myriad Pro"/>
                <w:b/>
                <w:color w:val="1D2958"/>
                <w:sz w:val="18"/>
                <w:lang w:val="de-DE"/>
              </w:rPr>
              <w:t>Bitte beschreiben Sie das festgestellte Sicherheitsproblem (erforderlich)</w:t>
            </w:r>
          </w:p>
          <w:p w14:paraId="5EDC6E74" w14:textId="044A2957" w:rsidR="00BF587A" w:rsidRPr="00050403" w:rsidRDefault="00BF587A" w:rsidP="000B505C">
            <w:pPr>
              <w:spacing w:after="0" w:line="240" w:lineRule="auto"/>
              <w:rPr>
                <w:rFonts w:eastAsia="Myriad Pro" w:cs="Myriad Pro"/>
                <w:b/>
                <w:color w:val="1D2958"/>
                <w:sz w:val="18"/>
                <w:lang w:val="de-DE"/>
              </w:rPr>
            </w:pP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49863FFE" w14:textId="3A658EA9" w:rsidR="0026323C" w:rsidRPr="00050403" w:rsidRDefault="0026323C" w:rsidP="000B505C">
            <w:pPr>
              <w:spacing w:after="0" w:line="240" w:lineRule="auto"/>
              <w:rPr>
                <w:rFonts w:hint="eastAsia"/>
                <w:lang w:val="de-DE"/>
              </w:rPr>
            </w:pPr>
          </w:p>
        </w:tc>
      </w:tr>
      <w:tr w:rsidR="00F517B9" w:rsidRPr="00050403" w14:paraId="0D93E63C"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5642C5A" w14:textId="10D9169C" w:rsidR="00F517B9" w:rsidRPr="00050403" w:rsidRDefault="00F517B9" w:rsidP="000B505C">
            <w:pPr>
              <w:spacing w:after="0" w:line="240" w:lineRule="auto"/>
              <w:rPr>
                <w:rFonts w:eastAsia="Myriad Pro" w:cs="Myriad Pro"/>
                <w:b/>
                <w:color w:val="1D2958"/>
                <w:sz w:val="18"/>
                <w:lang w:val="de-DE"/>
              </w:rPr>
            </w:pPr>
            <w:r w:rsidRPr="00050403">
              <w:rPr>
                <w:rFonts w:eastAsia="Myriad Pro" w:cs="Myriad Pro"/>
                <w:b/>
                <w:color w:val="1D2958"/>
                <w:sz w:val="18"/>
                <w:lang w:val="de-DE"/>
              </w:rPr>
              <w:t>Wann haben Sie das Problem erstmals festgestellt?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5F063E61" w14:textId="77777777" w:rsidR="00F517B9" w:rsidRPr="00050403" w:rsidRDefault="00F517B9" w:rsidP="000B505C">
            <w:pPr>
              <w:spacing w:after="0" w:line="240" w:lineRule="auto"/>
              <w:rPr>
                <w:rFonts w:hint="eastAsia"/>
                <w:lang w:val="de-DE"/>
              </w:rPr>
            </w:pPr>
          </w:p>
        </w:tc>
      </w:tr>
      <w:tr w:rsidR="00F517B9" w14:paraId="4ACE11EA"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AB48F10" w14:textId="2F53ABD5" w:rsidR="00F517B9" w:rsidRDefault="00F517B9" w:rsidP="000B505C">
            <w:pPr>
              <w:spacing w:after="0" w:line="240" w:lineRule="auto"/>
              <w:rPr>
                <w:rFonts w:eastAsia="Myriad Pro" w:cs="Myriad Pro"/>
                <w:b/>
                <w:color w:val="1D2958"/>
                <w:sz w:val="18"/>
              </w:rPr>
            </w:pPr>
            <w:r>
              <w:rPr>
                <w:rFonts w:eastAsia="Myriad Pro" w:cs="Myriad Pro"/>
                <w:b/>
                <w:color w:val="1D2958"/>
                <w:sz w:val="18"/>
              </w:rPr>
              <w:t xml:space="preserve">Was </w:t>
            </w:r>
            <w:proofErr w:type="spellStart"/>
            <w:r>
              <w:rPr>
                <w:rFonts w:eastAsia="Myriad Pro" w:cs="Myriad Pro"/>
                <w:b/>
                <w:color w:val="1D2958"/>
                <w:sz w:val="18"/>
              </w:rPr>
              <w:t>hätten</w:t>
            </w:r>
            <w:proofErr w:type="spellEnd"/>
            <w:r>
              <w:rPr>
                <w:rFonts w:eastAsia="Myriad Pro" w:cs="Myriad Pro"/>
                <w:b/>
                <w:color w:val="1D2958"/>
                <w:sz w:val="18"/>
              </w:rPr>
              <w:t xml:space="preserve"> Sie </w:t>
            </w:r>
            <w:proofErr w:type="spellStart"/>
            <w:r>
              <w:rPr>
                <w:rFonts w:eastAsia="Myriad Pro" w:cs="Myriad Pro"/>
                <w:b/>
                <w:color w:val="1D2958"/>
                <w:sz w:val="18"/>
              </w:rPr>
              <w:t>erwartet</w:t>
            </w:r>
            <w:proofErr w:type="spellEnd"/>
            <w:r>
              <w:rPr>
                <w:rFonts w:eastAsia="Myriad Pro" w:cs="Myriad Pro"/>
                <w:b/>
                <w:color w:val="1D2958"/>
                <w:sz w:val="18"/>
              </w:rPr>
              <w: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3BE13C2B" w14:textId="77777777" w:rsidR="00F517B9" w:rsidRDefault="00F517B9" w:rsidP="000B505C">
            <w:pPr>
              <w:spacing w:after="0" w:line="240" w:lineRule="auto"/>
              <w:rPr>
                <w:rFonts w:hint="eastAsia"/>
              </w:rPr>
            </w:pPr>
          </w:p>
        </w:tc>
      </w:tr>
      <w:tr w:rsidR="00F517B9" w14:paraId="286F1837"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4B2B756C" w14:textId="2A7DB67B" w:rsidR="00F517B9" w:rsidRDefault="00F517B9" w:rsidP="000B505C">
            <w:pPr>
              <w:spacing w:after="0" w:line="240" w:lineRule="auto"/>
              <w:rPr>
                <w:rFonts w:eastAsia="Myriad Pro" w:cs="Myriad Pro"/>
                <w:b/>
                <w:color w:val="1D2958"/>
                <w:sz w:val="18"/>
              </w:rPr>
            </w:pPr>
            <w:r>
              <w:rPr>
                <w:rFonts w:eastAsia="Myriad Pro" w:cs="Myriad Pro"/>
                <w:b/>
                <w:color w:val="1D2958"/>
                <w:sz w:val="18"/>
              </w:rPr>
              <w:t>Was ist tatsächlich passiert?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5D448354" w14:textId="77777777" w:rsidR="00F517B9" w:rsidRDefault="00F517B9" w:rsidP="000B505C">
            <w:pPr>
              <w:spacing w:after="0" w:line="240" w:lineRule="auto"/>
              <w:rPr>
                <w:rFonts w:hint="eastAsia"/>
              </w:rPr>
            </w:pPr>
          </w:p>
        </w:tc>
      </w:tr>
      <w:tr w:rsidR="00F517B9" w14:paraId="10F038E4"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590309AD" w14:textId="56738CC4" w:rsidR="00F517B9" w:rsidRPr="00050403" w:rsidRDefault="00F517B9" w:rsidP="000B505C">
            <w:pPr>
              <w:spacing w:after="0" w:line="240" w:lineRule="auto"/>
              <w:rPr>
                <w:rFonts w:eastAsia="Myriad Pro" w:cs="Myriad Pro"/>
                <w:b/>
                <w:color w:val="1D2958"/>
                <w:sz w:val="18"/>
                <w:lang w:val="de-DE"/>
              </w:rPr>
            </w:pPr>
            <w:r w:rsidRPr="00050403">
              <w:rPr>
                <w:rFonts w:eastAsia="Myriad Pro" w:cs="Myriad Pro"/>
                <w:b/>
                <w:color w:val="1D2958"/>
                <w:sz w:val="18"/>
                <w:lang w:val="de-DE"/>
              </w:rPr>
              <w:t>Können Sie das Problem reproduzieren?</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649706E4" w14:textId="2CA31542" w:rsidR="002F0A10" w:rsidRPr="00224AE7" w:rsidRDefault="00140861" w:rsidP="000B505C">
            <w:pPr>
              <w:spacing w:after="0" w:line="240" w:lineRule="auto"/>
              <w:rPr>
                <w:rFonts w:eastAsia="Myriad Pro" w:cs="Myriad Pro"/>
                <w:sz w:val="18"/>
                <w:szCs w:val="21"/>
              </w:rPr>
            </w:pPr>
            <w:sdt>
              <w:sdtPr>
                <w:alias w:val="Checkbox 9"/>
                <w:tag w:val="CHECKBOX_0009"/>
                <w:id w:val="219563174"/>
                <w14:checkbox>
                  <w14:checked w14:val="0"/>
                  <w14:checkedState w14:val="2612" w14:font="Arial"/>
                  <w14:uncheckedState w14:val="2610" w14:font="Arial"/>
                </w14:checkbox>
              </w:sdtPr>
              <w:sdtEndPr/>
              <w:sdtContent>
                <w:r w:rsidR="00F517B9">
                  <w:rPr>
                    <w:rFonts w:ascii="Arial" w:hAnsi="Arial" w:cs="Arial"/>
                  </w:rPr>
                  <w:t>☐</w:t>
                </w:r>
              </w:sdtContent>
            </w:sdt>
            <w:r w:rsidR="00F517B9">
              <w:rPr>
                <w:rFonts w:eastAsia="Myriad Pro" w:cs="Myriad Pro" w:hint="eastAsia"/>
                <w:sz w:val="18"/>
                <w:szCs w:val="21"/>
              </w:rPr>
              <w:t xml:space="preserve"> </w:t>
            </w:r>
            <w:r w:rsidR="00F517B9">
              <w:rPr>
                <w:rFonts w:eastAsia="Myriad Pro" w:cs="Myriad Pro"/>
                <w:sz w:val="18"/>
                <w:szCs w:val="21"/>
              </w:rPr>
              <w:t>Ja</w:t>
            </w:r>
            <w:r w:rsidR="00F517B9">
              <w:rPr>
                <w:rFonts w:eastAsia="Myriad Pro" w:cs="Myriad Pro" w:hint="eastAsia"/>
                <w:sz w:val="18"/>
                <w:szCs w:val="21"/>
              </w:rPr>
              <w:t xml:space="preserve"> </w:t>
            </w:r>
            <w:sdt>
              <w:sdtPr>
                <w:alias w:val="Checkbox 10"/>
                <w:tag w:val="CHECKBOX_0010"/>
                <w:id w:val="-192616713"/>
                <w14:checkbox>
                  <w14:checked w14:val="0"/>
                  <w14:checkedState w14:val="2612" w14:font="Arial"/>
                  <w14:uncheckedState w14:val="2610" w14:font="Arial"/>
                </w14:checkbox>
              </w:sdtPr>
              <w:sdtEndPr/>
              <w:sdtContent>
                <w:r w:rsidR="00F517B9">
                  <w:rPr>
                    <w:rFonts w:ascii="Arial" w:hAnsi="Arial" w:cs="Arial"/>
                  </w:rPr>
                  <w:t>☐</w:t>
                </w:r>
              </w:sdtContent>
            </w:sdt>
            <w:r w:rsidR="00F517B9">
              <w:rPr>
                <w:rFonts w:eastAsia="Myriad Pro" w:cs="Myriad Pro" w:hint="eastAsia"/>
                <w:sz w:val="18"/>
                <w:szCs w:val="21"/>
              </w:rPr>
              <w:t xml:space="preserve"> </w:t>
            </w:r>
            <w:r w:rsidR="00F517B9">
              <w:rPr>
                <w:rFonts w:eastAsia="Myriad Pro" w:cs="Myriad Pro"/>
                <w:sz w:val="18"/>
                <w:szCs w:val="21"/>
              </w:rPr>
              <w:t>Nein</w:t>
            </w:r>
            <w:r w:rsidR="00F517B9">
              <w:rPr>
                <w:rFonts w:eastAsia="Myriad Pro" w:cs="Myriad Pro" w:hint="eastAsia"/>
                <w:sz w:val="18"/>
                <w:szCs w:val="21"/>
              </w:rPr>
              <w:t xml:space="preserve"> </w:t>
            </w:r>
            <w:sdt>
              <w:sdtPr>
                <w:alias w:val="Checkbox 11"/>
                <w:tag w:val="CHECKBOX_0011"/>
                <w:id w:val="-44069672"/>
                <w14:checkbox>
                  <w14:checked w14:val="0"/>
                  <w14:checkedState w14:val="2612" w14:font="Arial"/>
                  <w14:uncheckedState w14:val="2610" w14:font="Arial"/>
                </w14:checkbox>
              </w:sdtPr>
              <w:sdtEndPr/>
              <w:sdtContent>
                <w:r w:rsidR="00F517B9">
                  <w:rPr>
                    <w:rFonts w:ascii="Arial" w:hAnsi="Arial" w:cs="Arial"/>
                  </w:rPr>
                  <w:t>☐</w:t>
                </w:r>
              </w:sdtContent>
            </w:sdt>
            <w:r w:rsidR="00F517B9">
              <w:rPr>
                <w:rFonts w:eastAsia="Myriad Pro" w:cs="Myriad Pro" w:hint="eastAsia"/>
                <w:sz w:val="18"/>
                <w:szCs w:val="21"/>
              </w:rPr>
              <w:t xml:space="preserve"> </w:t>
            </w:r>
            <w:r w:rsidR="00F517B9">
              <w:rPr>
                <w:rFonts w:eastAsia="Myriad Pro" w:cs="Myriad Pro"/>
                <w:sz w:val="18"/>
                <w:szCs w:val="21"/>
              </w:rPr>
              <w:t>Manchmal</w:t>
            </w:r>
            <w:r w:rsidR="00B0684D">
              <w:rPr>
                <w:rFonts w:eastAsia="Myriad Pro" w:cs="Myriad Pro"/>
                <w:sz w:val="18"/>
                <w:szCs w:val="21"/>
              </w:rPr>
              <w:t xml:space="preserve"> </w:t>
            </w:r>
            <w:r w:rsidR="002F0A10" w:rsidRPr="002F0A10">
              <w:rPr>
                <w:rFonts w:ascii="Segoe UI Symbol" w:eastAsia="Myriad Pro" w:hAnsi="Segoe UI Symbol" w:cs="Segoe UI Symbol"/>
                <w:sz w:val="18"/>
                <w:szCs w:val="21"/>
              </w:rPr>
              <w:t>☐</w:t>
            </w:r>
            <w:r w:rsidR="002F0A10" w:rsidRPr="002F0A10">
              <w:rPr>
                <w:rFonts w:eastAsia="Myriad Pro" w:cs="Myriad Pro"/>
                <w:sz w:val="18"/>
                <w:szCs w:val="21"/>
              </w:rPr>
              <w:t xml:space="preserve"> Unbekannt</w:t>
            </w:r>
          </w:p>
        </w:tc>
      </w:tr>
      <w:tr w:rsidR="00BF587A" w:rsidRPr="00050403" w14:paraId="77C5801A"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D7EF609" w14:textId="07735993" w:rsidR="00BF587A" w:rsidRPr="00050403" w:rsidRDefault="00BF587A" w:rsidP="000B505C">
            <w:pPr>
              <w:spacing w:after="0" w:line="240" w:lineRule="auto"/>
              <w:rPr>
                <w:rFonts w:eastAsia="Myriad Pro" w:cs="Myriad Pro"/>
                <w:b/>
                <w:color w:val="1D2958"/>
                <w:sz w:val="18"/>
                <w:lang w:val="de-DE"/>
              </w:rPr>
            </w:pPr>
            <w:r w:rsidRPr="00050403">
              <w:rPr>
                <w:rFonts w:eastAsia="Myriad Pro" w:cs="Myriad Pro"/>
                <w:b/>
                <w:color w:val="1D2958"/>
                <w:sz w:val="18"/>
                <w:lang w:val="de-DE"/>
              </w:rPr>
              <w:t>Beschreiben Sie nach Möglichkeit die zur Reproduktion erforderlichen Schritte:</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2AB18845" w14:textId="77777777" w:rsidR="00BF587A" w:rsidRPr="00050403" w:rsidRDefault="00BF587A" w:rsidP="000B505C">
            <w:pPr>
              <w:spacing w:after="0" w:line="240" w:lineRule="auto"/>
              <w:rPr>
                <w:rFonts w:hint="eastAsia"/>
                <w:lang w:val="de-DE"/>
              </w:rPr>
            </w:pPr>
          </w:p>
        </w:tc>
      </w:tr>
      <w:tr w:rsidR="0074711A" w:rsidRPr="00050403" w14:paraId="68B35F76"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24AFAF5" w14:textId="1CB2ECAF" w:rsidR="0074711A" w:rsidRPr="00050403" w:rsidRDefault="0074711A" w:rsidP="000B505C">
            <w:pPr>
              <w:spacing w:after="0" w:line="240" w:lineRule="auto"/>
              <w:rPr>
                <w:rFonts w:eastAsia="Myriad Pro" w:cs="Myriad Pro"/>
                <w:b/>
                <w:color w:val="1D2958"/>
                <w:sz w:val="18"/>
                <w:lang w:val="de-DE"/>
              </w:rPr>
            </w:pPr>
            <w:r w:rsidRPr="00050403">
              <w:rPr>
                <w:rFonts w:eastAsia="Myriad Pro" w:cs="Myriad Pro"/>
                <w:b/>
                <w:color w:val="1D2958"/>
                <w:sz w:val="18"/>
                <w:lang w:val="de-DE"/>
              </w:rPr>
              <w:t>Welche Auswirkungen auf die Sicherheit könnte das Problem Ihrer Einschätzung nach haben?</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718A7B91" w14:textId="77777777" w:rsidR="0074711A" w:rsidRPr="00050403" w:rsidRDefault="0074711A" w:rsidP="000B505C">
            <w:pPr>
              <w:spacing w:after="0" w:line="240" w:lineRule="auto"/>
              <w:rPr>
                <w:rFonts w:hint="eastAsia"/>
                <w:lang w:val="de-DE"/>
              </w:rPr>
            </w:pPr>
          </w:p>
        </w:tc>
      </w:tr>
      <w:tr w:rsidR="0074711A" w14:paraId="7859C677"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52D79EED" w14:textId="71E3F874" w:rsidR="0074711A" w:rsidRPr="00050403" w:rsidRDefault="0074711A" w:rsidP="000B505C">
            <w:pPr>
              <w:spacing w:after="0" w:line="240" w:lineRule="auto"/>
              <w:rPr>
                <w:rFonts w:eastAsia="Myriad Pro" w:cs="Myriad Pro"/>
                <w:b/>
                <w:color w:val="1D2958"/>
                <w:sz w:val="18"/>
                <w:lang w:val="de-DE"/>
              </w:rPr>
            </w:pPr>
            <w:r w:rsidRPr="00050403">
              <w:rPr>
                <w:rFonts w:eastAsia="Myriad Pro" w:cs="Myriad Pro"/>
                <w:b/>
                <w:color w:val="1D2958"/>
                <w:sz w:val="18"/>
                <w:lang w:val="de-DE"/>
              </w:rPr>
              <w:t>Anhänge beigefügt?</w:t>
            </w:r>
          </w:p>
          <w:p w14:paraId="797325B8" w14:textId="65CCB756" w:rsidR="0074711A" w:rsidRPr="00050403" w:rsidRDefault="0074711A" w:rsidP="000B505C">
            <w:pPr>
              <w:spacing w:after="0" w:line="240" w:lineRule="auto"/>
              <w:rPr>
                <w:rFonts w:eastAsia="Myriad Pro" w:cs="Myriad Pro"/>
                <w:bCs/>
                <w:color w:val="1D2958"/>
                <w:sz w:val="18"/>
                <w:lang w:val="de-DE"/>
              </w:rPr>
            </w:pPr>
            <w:r w:rsidRPr="00050403">
              <w:rPr>
                <w:rFonts w:eastAsia="Myriad Pro" w:cs="Myriad Pro"/>
                <w:bCs/>
                <w:color w:val="1D2958"/>
                <w:sz w:val="18"/>
                <w:lang w:val="de-DE"/>
              </w:rPr>
              <w:t>Sie können relevante Screenshots, Protokolle, Videos oder Proof-of-Concept-Informationen beifügen.</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4C5E145C" w14:textId="77777777" w:rsidR="00C07344" w:rsidRDefault="00140861" w:rsidP="00D82881">
            <w:pPr>
              <w:spacing w:after="0" w:line="240" w:lineRule="auto"/>
              <w:rPr>
                <w:rFonts w:eastAsia="Myriad Pro" w:cs="Myriad Pro"/>
                <w:sz w:val="18"/>
                <w:szCs w:val="21"/>
              </w:rPr>
            </w:pPr>
            <w:sdt>
              <w:sdtPr>
                <w:alias w:val="Checkbox 9"/>
                <w:tag w:val="CHECKBOX_0009"/>
                <w:id w:val="135007956"/>
                <w14:checkbox>
                  <w14:checked w14:val="0"/>
                  <w14:checkedState w14:val="2612" w14:font="Arial"/>
                  <w14:uncheckedState w14:val="2610" w14:font="Arial"/>
                </w14:checkbox>
              </w:sdtPr>
              <w:sdtEndPr/>
              <w:sdtContent>
                <w:r w:rsidR="00D82881">
                  <w:rPr>
                    <w:rFonts w:ascii="Segoe UI Symbol" w:hAnsi="Segoe UI Symbol" w:cs="Segoe UI Symbol"/>
                  </w:rPr>
                  <w:t>☐</w:t>
                </w:r>
              </w:sdtContent>
            </w:sdt>
            <w:r w:rsidR="00D82881">
              <w:rPr>
                <w:rFonts w:eastAsia="Myriad Pro" w:cs="Myriad Pro" w:hint="eastAsia"/>
                <w:sz w:val="18"/>
                <w:szCs w:val="21"/>
              </w:rPr>
              <w:t xml:space="preserve"> </w:t>
            </w:r>
            <w:r w:rsidR="00D82881">
              <w:rPr>
                <w:rFonts w:eastAsia="Myriad Pro" w:cs="Myriad Pro"/>
                <w:sz w:val="18"/>
                <w:szCs w:val="21"/>
              </w:rPr>
              <w:t>Ja</w:t>
            </w:r>
            <w:r w:rsidR="00D82881">
              <w:rPr>
                <w:rFonts w:eastAsia="Myriad Pro" w:cs="Myriad Pro" w:hint="eastAsia"/>
                <w:sz w:val="18"/>
                <w:szCs w:val="21"/>
              </w:rPr>
              <w:t xml:space="preserve"> </w:t>
            </w:r>
          </w:p>
          <w:p w14:paraId="517B0ACA" w14:textId="47EC3946" w:rsidR="0074711A" w:rsidRPr="0024320A" w:rsidRDefault="00140861" w:rsidP="00D82881">
            <w:pPr>
              <w:spacing w:after="0" w:line="240" w:lineRule="auto"/>
              <w:rPr>
                <w:rFonts w:eastAsia="Myriad Pro" w:cs="Myriad Pro"/>
                <w:sz w:val="18"/>
                <w:szCs w:val="21"/>
              </w:rPr>
            </w:pPr>
            <w:sdt>
              <w:sdtPr>
                <w:alias w:val="Checkbox 10"/>
                <w:tag w:val="CHECKBOX_0010"/>
                <w:id w:val="394556111"/>
                <w14:checkbox>
                  <w14:checked w14:val="0"/>
                  <w14:checkedState w14:val="2612" w14:font="Arial"/>
                  <w14:uncheckedState w14:val="2610" w14:font="Arial"/>
                </w14:checkbox>
              </w:sdtPr>
              <w:sdtEndPr/>
              <w:sdtContent>
                <w:r w:rsidR="00D82881">
                  <w:rPr>
                    <w:rFonts w:ascii="Segoe UI Symbol" w:hAnsi="Segoe UI Symbol" w:cs="Segoe UI Symbol"/>
                  </w:rPr>
                  <w:t>☐</w:t>
                </w:r>
              </w:sdtContent>
            </w:sdt>
            <w:r w:rsidR="00D82881">
              <w:rPr>
                <w:rFonts w:eastAsia="Myriad Pro" w:cs="Myriad Pro" w:hint="eastAsia"/>
                <w:sz w:val="18"/>
                <w:szCs w:val="21"/>
              </w:rPr>
              <w:t xml:space="preserve"> </w:t>
            </w:r>
            <w:r w:rsidR="00D82881">
              <w:rPr>
                <w:rFonts w:eastAsia="Myriad Pro" w:cs="Myriad Pro"/>
                <w:sz w:val="18"/>
                <w:szCs w:val="21"/>
              </w:rPr>
              <w:t>Nein</w:t>
            </w:r>
          </w:p>
        </w:tc>
      </w:tr>
    </w:tbl>
    <w:p w14:paraId="3312522B" w14:textId="77777777" w:rsidR="0074711A" w:rsidRDefault="0074711A" w:rsidP="00A5425F">
      <w:pPr>
        <w:spacing w:after="110" w:line="259" w:lineRule="auto"/>
        <w:rPr>
          <w:rFonts w:hint="eastAsia"/>
        </w:rPr>
      </w:pPr>
    </w:p>
    <w:p w14:paraId="1BCD7171" w14:textId="77777777" w:rsidR="0074711A" w:rsidRDefault="0074711A" w:rsidP="00A5425F">
      <w:pPr>
        <w:spacing w:after="110" w:line="259" w:lineRule="auto"/>
        <w:rPr>
          <w:rFonts w:hint="eastAsia"/>
        </w:rPr>
      </w:pPr>
    </w:p>
    <w:p w14:paraId="4CD86165" w14:textId="3B1C3BA1" w:rsidR="0074711A" w:rsidRPr="00050403" w:rsidRDefault="0074711A" w:rsidP="0074711A">
      <w:pPr>
        <w:pStyle w:val="Heading2"/>
        <w:spacing w:after="80"/>
        <w:rPr>
          <w:lang w:val="de-DE"/>
        </w:rPr>
      </w:pPr>
      <w:r w:rsidRPr="00050403">
        <w:rPr>
          <w:rFonts w:ascii="Ubuntu" w:eastAsia="Ubuntu" w:hAnsi="Ubuntu" w:cs="Ubuntu"/>
          <w:u w:val="single"/>
          <w:lang w:val="de-DE"/>
        </w:rPr>
        <w:t>Zusätzliche technische Informationen (optional – für Sicherheitsforschende)</w:t>
      </w:r>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74711A" w14:paraId="1F603EE2" w14:textId="77777777" w:rsidTr="00096C7B">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241D42F9" w14:textId="77777777" w:rsidR="0074711A" w:rsidRDefault="0074711A" w:rsidP="00096C7B">
            <w:pPr>
              <w:spacing w:after="0" w:line="240" w:lineRule="auto"/>
              <w:rPr>
                <w:rFonts w:hint="eastAsia"/>
              </w:rPr>
            </w:pPr>
            <w:r>
              <w:rPr>
                <w:rFonts w:ascii="Ubuntu" w:eastAsia="Ubuntu" w:hAnsi="Ubuntu" w:cs="Ubuntu" w:hint="eastAsia"/>
                <w:b/>
                <w:color w:val="FFFFFF"/>
                <w:sz w:val="18"/>
              </w:rPr>
              <w:t>Feld</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119F17C9" w14:textId="77777777" w:rsidR="0074711A" w:rsidRDefault="0074711A" w:rsidP="00096C7B">
            <w:pPr>
              <w:spacing w:after="0" w:line="240" w:lineRule="auto"/>
              <w:rPr>
                <w:rFonts w:hint="eastAsia"/>
              </w:rPr>
            </w:pPr>
            <w:r>
              <w:rPr>
                <w:rFonts w:ascii="Ubuntu" w:eastAsia="Ubuntu" w:hAnsi="Ubuntu" w:cs="Ubuntu" w:hint="eastAsia"/>
                <w:b/>
                <w:color w:val="FFFFFF"/>
                <w:sz w:val="18"/>
              </w:rPr>
              <w:t>Antwort</w:t>
            </w:r>
          </w:p>
        </w:tc>
      </w:tr>
      <w:tr w:rsidR="0074711A" w:rsidRPr="00050403" w14:paraId="076F0620" w14:textId="77777777" w:rsidTr="00096C7B">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4A5914CE" w14:textId="119AFD78" w:rsidR="0074711A" w:rsidRPr="00050403" w:rsidRDefault="0074711A" w:rsidP="00096C7B">
            <w:pPr>
              <w:spacing w:after="0" w:line="240" w:lineRule="auto"/>
              <w:rPr>
                <w:rFonts w:hint="eastAsia"/>
                <w:lang w:val="de-DE"/>
              </w:rPr>
            </w:pPr>
            <w:r w:rsidRPr="00050403">
              <w:rPr>
                <w:rFonts w:eastAsia="Myriad Pro" w:cs="Myriad Pro" w:hint="eastAsia"/>
                <w:b/>
                <w:color w:val="1D2958"/>
                <w:sz w:val="18"/>
                <w:lang w:val="de-DE"/>
              </w:rPr>
              <w:t xml:space="preserve">Art der Sicherheitslücke (Umgehung der Authentifizierung, </w:t>
            </w:r>
            <w:proofErr w:type="spellStart"/>
            <w:r w:rsidRPr="00050403">
              <w:rPr>
                <w:rFonts w:eastAsia="Myriad Pro" w:cs="Myriad Pro" w:hint="eastAsia"/>
                <w:b/>
                <w:color w:val="1D2958"/>
                <w:sz w:val="18"/>
                <w:lang w:val="de-DE"/>
              </w:rPr>
              <w:t>Injection</w:t>
            </w:r>
            <w:proofErr w:type="spellEnd"/>
            <w:r w:rsidRPr="00050403">
              <w:rPr>
                <w:rFonts w:eastAsia="Myriad Pro" w:cs="Myriad Pro" w:hint="eastAsia"/>
                <w:b/>
                <w:color w:val="1D2958"/>
                <w:sz w:val="18"/>
                <w:lang w:val="de-DE"/>
              </w:rPr>
              <w:t>, Speicherfehler usw.), sofern bekannt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567FFF39" w14:textId="35F4B46F" w:rsidR="0074711A" w:rsidRPr="00050403" w:rsidRDefault="0074711A" w:rsidP="00096C7B">
            <w:pPr>
              <w:spacing w:after="0" w:line="240" w:lineRule="auto"/>
              <w:rPr>
                <w:rFonts w:hint="eastAsia"/>
                <w:lang w:val="de-DE"/>
              </w:rPr>
            </w:pPr>
          </w:p>
        </w:tc>
      </w:tr>
      <w:tr w:rsidR="0074711A" w14:paraId="3792CFFC" w14:textId="77777777" w:rsidTr="00096C7B">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494AB9FD" w14:textId="03CD2231" w:rsidR="0074711A" w:rsidRDefault="0074711A" w:rsidP="00096C7B">
            <w:pPr>
              <w:spacing w:after="0" w:line="240" w:lineRule="auto"/>
              <w:rPr>
                <w:rFonts w:eastAsia="Myriad Pro" w:cs="Myriad Pro"/>
                <w:b/>
                <w:color w:val="1D2958"/>
                <w:sz w:val="18"/>
              </w:rPr>
            </w:pPr>
            <w:r>
              <w:rPr>
                <w:rFonts w:eastAsia="Myriad Pro" w:cs="Myriad Pro"/>
                <w:b/>
                <w:color w:val="1D2958"/>
                <w:sz w:val="18"/>
              </w:rPr>
              <w:t xml:space="preserve">CWE/CVE, </w:t>
            </w:r>
            <w:proofErr w:type="spellStart"/>
            <w:r>
              <w:rPr>
                <w:rFonts w:eastAsia="Myriad Pro" w:cs="Myriad Pro"/>
                <w:b/>
                <w:color w:val="1D2958"/>
                <w:sz w:val="18"/>
              </w:rPr>
              <w:t>sofern</w:t>
            </w:r>
            <w:proofErr w:type="spellEnd"/>
            <w:r>
              <w:rPr>
                <w:rFonts w:eastAsia="Myriad Pro" w:cs="Myriad Pro"/>
                <w:b/>
                <w:color w:val="1D2958"/>
                <w:sz w:val="18"/>
              </w:rPr>
              <w:t xml:space="preserve"> </w:t>
            </w:r>
            <w:proofErr w:type="spellStart"/>
            <w:r>
              <w:rPr>
                <w:rFonts w:eastAsia="Myriad Pro" w:cs="Myriad Pro"/>
                <w:b/>
                <w:color w:val="1D2958"/>
                <w:sz w:val="18"/>
              </w:rPr>
              <w:t>bekannt</w:t>
            </w:r>
            <w:proofErr w:type="spellEnd"/>
          </w:p>
          <w:p w14:paraId="52CDF9DF" w14:textId="77777777" w:rsidR="0074711A" w:rsidRDefault="0074711A" w:rsidP="00096C7B">
            <w:pPr>
              <w:spacing w:after="0" w:line="240" w:lineRule="auto"/>
              <w:rPr>
                <w:rFonts w:eastAsia="Myriad Pro" w:cs="Myriad Pro"/>
                <w:b/>
                <w:color w:val="1D2958"/>
                <w:sz w:val="18"/>
              </w:rPr>
            </w:pP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42F7CD7B" w14:textId="6FA55D2F" w:rsidR="0074711A" w:rsidRPr="00957EDE" w:rsidRDefault="0074711A" w:rsidP="00096C7B">
            <w:pPr>
              <w:spacing w:after="0" w:line="240" w:lineRule="auto"/>
              <w:rPr>
                <w:rFonts w:hint="eastAsia"/>
              </w:rPr>
            </w:pPr>
          </w:p>
        </w:tc>
      </w:tr>
      <w:tr w:rsidR="0074711A" w14:paraId="59362A5A" w14:textId="77777777" w:rsidTr="00096C7B">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641CA65" w14:textId="04EDE49F" w:rsidR="0074711A" w:rsidRDefault="0074711A" w:rsidP="00096C7B">
            <w:pPr>
              <w:spacing w:after="0" w:line="240" w:lineRule="auto"/>
              <w:rPr>
                <w:rFonts w:eastAsia="Myriad Pro" w:cs="Myriad Pro"/>
                <w:b/>
                <w:color w:val="1D2958"/>
                <w:sz w:val="18"/>
              </w:rPr>
            </w:pPr>
            <w:r>
              <w:rPr>
                <w:rFonts w:eastAsia="Myriad Pro" w:cs="Myriad Pro"/>
                <w:b/>
                <w:color w:val="1D2958"/>
                <w:sz w:val="18"/>
              </w:rPr>
              <w:t>Technische Ursache / Details</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74FE41FB" w14:textId="77777777" w:rsidR="0074711A" w:rsidRDefault="0074711A" w:rsidP="00096C7B">
            <w:pPr>
              <w:spacing w:after="0" w:line="240" w:lineRule="auto"/>
              <w:rPr>
                <w:rFonts w:hint="eastAsia"/>
              </w:rPr>
            </w:pPr>
          </w:p>
        </w:tc>
      </w:tr>
      <w:tr w:rsidR="0074711A" w14:paraId="61EE1608" w14:textId="77777777" w:rsidTr="00096C7B">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E039564" w14:textId="7F55FDC4" w:rsidR="0074711A" w:rsidRDefault="0074711A" w:rsidP="00096C7B">
            <w:pPr>
              <w:spacing w:after="0" w:line="240" w:lineRule="auto"/>
              <w:rPr>
                <w:rFonts w:eastAsia="Myriad Pro" w:cs="Myriad Pro"/>
                <w:b/>
                <w:color w:val="1D2958"/>
                <w:sz w:val="18"/>
              </w:rPr>
            </w:pPr>
            <w:r>
              <w:rPr>
                <w:rFonts w:eastAsia="Myriad Pro" w:cs="Myriad Pro"/>
                <w:b/>
                <w:color w:val="1D2958"/>
                <w:sz w:val="18"/>
              </w:rPr>
              <w:t>Testumgebung / Konfiguration</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3A86D6E0" w14:textId="77777777" w:rsidR="0074711A" w:rsidRDefault="0074711A" w:rsidP="00096C7B">
            <w:pPr>
              <w:spacing w:after="0" w:line="240" w:lineRule="auto"/>
              <w:rPr>
                <w:rFonts w:hint="eastAsia"/>
              </w:rPr>
            </w:pPr>
          </w:p>
        </w:tc>
      </w:tr>
      <w:tr w:rsidR="0074711A" w14:paraId="100BCDC5" w14:textId="77777777" w:rsidTr="00096C7B">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5D015C3" w14:textId="27D6331A" w:rsidR="0074711A" w:rsidRDefault="0074711A" w:rsidP="00096C7B">
            <w:pPr>
              <w:spacing w:after="0" w:line="240" w:lineRule="auto"/>
              <w:rPr>
                <w:rFonts w:eastAsia="Myriad Pro" w:cs="Myriad Pro"/>
                <w:b/>
                <w:color w:val="1D2958"/>
                <w:sz w:val="18"/>
              </w:rPr>
            </w:pPr>
            <w:r>
              <w:rPr>
                <w:rFonts w:eastAsia="Myriad Pro" w:cs="Myriad Pro"/>
                <w:b/>
                <w:color w:val="1D2958"/>
                <w:sz w:val="18"/>
              </w:rPr>
              <w:lastRenderedPageBreak/>
              <w:t>Proof of Concept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1ADFA00D" w14:textId="77777777" w:rsidR="0074711A" w:rsidRDefault="0074711A" w:rsidP="00096C7B">
            <w:pPr>
              <w:spacing w:after="0" w:line="240" w:lineRule="auto"/>
              <w:rPr>
                <w:rFonts w:hint="eastAsia"/>
              </w:rPr>
            </w:pPr>
          </w:p>
        </w:tc>
      </w:tr>
    </w:tbl>
    <w:p w14:paraId="362CB05B" w14:textId="77777777" w:rsidR="0074711A" w:rsidRDefault="0074711A" w:rsidP="00A5425F">
      <w:pPr>
        <w:spacing w:after="110" w:line="259" w:lineRule="auto"/>
        <w:rPr>
          <w:rFonts w:hint="eastAsia"/>
        </w:rPr>
      </w:pPr>
    </w:p>
    <w:p w14:paraId="6359F5E2" w14:textId="39F02005" w:rsidR="00A5425F" w:rsidRDefault="00DF7C4F" w:rsidP="00A5425F">
      <w:pPr>
        <w:pStyle w:val="Heading2"/>
        <w:spacing w:after="80"/>
      </w:pPr>
      <w:bookmarkStart w:id="4" w:name="_Toc239339916"/>
      <w:r>
        <w:rPr>
          <w:rFonts w:ascii="Ubuntu" w:eastAsia="Ubuntu" w:hAnsi="Ubuntu" w:cs="Ubuntu"/>
          <w:u w:val="single"/>
        </w:rPr>
        <w:t>4. Angriffsszenario</w:t>
      </w:r>
      <w:bookmarkEnd w:id="4"/>
    </w:p>
    <w:p w14:paraId="0D3AD5B7" w14:textId="77777777" w:rsidR="00A5425F" w:rsidRPr="00050403" w:rsidRDefault="00A5425F" w:rsidP="00A5425F">
      <w:pPr>
        <w:spacing w:after="110" w:line="259" w:lineRule="auto"/>
        <w:rPr>
          <w:rFonts w:hint="eastAsia"/>
          <w:lang w:val="de-DE"/>
        </w:rPr>
      </w:pPr>
      <w:r w:rsidRPr="00050403">
        <w:rPr>
          <w:rFonts w:eastAsia="Myriad Pro" w:cs="Myriad Pro" w:hint="eastAsia"/>
          <w:lang w:val="de-DE"/>
        </w:rPr>
        <w:t>Das Angriffsszenario unterscheidet sich von den Schritten zur Reproduktion. Beschreiben Sie, wie ein realistischer Angreifer die Sicherheitslücke ausnutzen könnte.</w:t>
      </w:r>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A5425F" w14:paraId="25EA6E2C" w14:textId="77777777" w:rsidTr="000B505C">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25259590" w14:textId="77777777" w:rsidR="00A5425F" w:rsidRDefault="00A5425F" w:rsidP="000B505C">
            <w:pPr>
              <w:spacing w:after="0" w:line="240" w:lineRule="auto"/>
              <w:rPr>
                <w:rFonts w:hint="eastAsia"/>
              </w:rPr>
            </w:pPr>
            <w:r>
              <w:rPr>
                <w:rFonts w:ascii="Ubuntu" w:eastAsia="Ubuntu" w:hAnsi="Ubuntu" w:cs="Ubuntu" w:hint="eastAsia"/>
                <w:b/>
                <w:color w:val="FFFFFF"/>
                <w:sz w:val="18"/>
              </w:rPr>
              <w:t>Feld</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2DE7851D" w14:textId="77777777" w:rsidR="00A5425F" w:rsidRDefault="00A5425F" w:rsidP="000B505C">
            <w:pPr>
              <w:spacing w:after="0" w:line="240" w:lineRule="auto"/>
              <w:rPr>
                <w:rFonts w:hint="eastAsia"/>
              </w:rPr>
            </w:pPr>
            <w:r>
              <w:rPr>
                <w:rFonts w:ascii="Ubuntu" w:eastAsia="Ubuntu" w:hAnsi="Ubuntu" w:cs="Ubuntu" w:hint="eastAsia"/>
                <w:b/>
                <w:color w:val="FFFFFF"/>
                <w:sz w:val="18"/>
              </w:rPr>
              <w:t>Antwort</w:t>
            </w:r>
          </w:p>
        </w:tc>
      </w:tr>
      <w:tr w:rsidR="00343182" w:rsidRPr="00050403" w14:paraId="7454E3B3"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238295D4" w14:textId="77777777" w:rsidR="00343182" w:rsidRPr="00050403" w:rsidRDefault="00343182" w:rsidP="000B505C">
            <w:pPr>
              <w:spacing w:after="0" w:line="240" w:lineRule="auto"/>
              <w:rPr>
                <w:rFonts w:eastAsia="Myriad Pro" w:cs="Myriad Pro"/>
                <w:b/>
                <w:color w:val="1D2958"/>
                <w:sz w:val="18"/>
                <w:lang w:val="de-DE"/>
              </w:rPr>
            </w:pPr>
            <w:r w:rsidRPr="00050403">
              <w:rPr>
                <w:rFonts w:eastAsia="Myriad Pro" w:cs="Myriad Pro"/>
                <w:b/>
                <w:color w:val="1D2958"/>
                <w:sz w:val="18"/>
                <w:lang w:val="de-DE"/>
              </w:rPr>
              <w:t>Sofern bekannt, beschreiben Sie bitte, wie diese Sicherheitslücke ausgenutzt werden könnte</w:t>
            </w:r>
          </w:p>
          <w:p w14:paraId="026665C3" w14:textId="77777777" w:rsidR="00343182" w:rsidRPr="00050403" w:rsidRDefault="00343182" w:rsidP="000B505C">
            <w:pPr>
              <w:spacing w:after="0" w:line="240" w:lineRule="auto"/>
              <w:rPr>
                <w:rFonts w:eastAsia="Myriad Pro" w:cs="Myriad Pro"/>
                <w:b/>
                <w:color w:val="1D2958"/>
                <w:sz w:val="18"/>
                <w:lang w:val="de-DE"/>
              </w:rPr>
            </w:pPr>
          </w:p>
          <w:p w14:paraId="0FBC3C9E" w14:textId="3C75C607" w:rsidR="00343182" w:rsidRPr="00050403" w:rsidRDefault="00343182" w:rsidP="000B505C">
            <w:pPr>
              <w:spacing w:after="0" w:line="240" w:lineRule="auto"/>
              <w:rPr>
                <w:rFonts w:eastAsia="Myriad Pro" w:cs="Myriad Pro"/>
                <w:b/>
                <w:color w:val="1D2958"/>
                <w:sz w:val="18"/>
                <w:lang w:val="de-DE"/>
              </w:rPr>
            </w:pP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6E1AE6BD" w14:textId="77777777" w:rsidR="00343182" w:rsidRPr="00050403" w:rsidRDefault="00343182" w:rsidP="000B505C">
            <w:pPr>
              <w:spacing w:after="0" w:line="240" w:lineRule="auto"/>
              <w:rPr>
                <w:rFonts w:hint="eastAsia"/>
                <w:lang w:val="de-DE"/>
              </w:rPr>
            </w:pPr>
          </w:p>
          <w:p w14:paraId="436E2A2D" w14:textId="77777777" w:rsidR="00343182" w:rsidRPr="00050403" w:rsidRDefault="00343182" w:rsidP="000B505C">
            <w:pPr>
              <w:spacing w:after="0" w:line="240" w:lineRule="auto"/>
              <w:rPr>
                <w:rFonts w:hint="eastAsia"/>
                <w:lang w:val="de-DE"/>
              </w:rPr>
            </w:pPr>
          </w:p>
        </w:tc>
      </w:tr>
      <w:tr w:rsidR="00A5425F" w14:paraId="6D282317"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2D915026" w14:textId="77777777" w:rsidR="00A5425F" w:rsidRDefault="00A5425F" w:rsidP="000B505C">
            <w:pPr>
              <w:spacing w:after="0" w:line="240" w:lineRule="auto"/>
              <w:rPr>
                <w:rFonts w:hint="eastAsia"/>
              </w:rPr>
            </w:pPr>
            <w:proofErr w:type="spellStart"/>
            <w:r>
              <w:rPr>
                <w:rFonts w:eastAsia="Myriad Pro" w:cs="Myriad Pro" w:hint="eastAsia"/>
                <w:b/>
                <w:color w:val="1D2958"/>
                <w:sz w:val="18"/>
              </w:rPr>
              <w:t>Zugriff</w:t>
            </w:r>
            <w:proofErr w:type="spellEnd"/>
            <w:r>
              <w:rPr>
                <w:rFonts w:eastAsia="Myriad Pro" w:cs="Myriad Pro" w:hint="eastAsia"/>
                <w:b/>
                <w:color w:val="1D2958"/>
                <w:sz w:val="18"/>
              </w:rPr>
              <w:t xml:space="preserve"> des </w:t>
            </w:r>
            <w:proofErr w:type="spellStart"/>
            <w:r>
              <w:rPr>
                <w:rFonts w:eastAsia="Myriad Pro" w:cs="Myriad Pro" w:hint="eastAsia"/>
                <w:b/>
                <w:color w:val="1D2958"/>
                <w:sz w:val="18"/>
              </w:rPr>
              <w:t>Angreifers</w:t>
            </w:r>
            <w:proofErr w:type="spellEnd"/>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68DC1FEF" w14:textId="77777777" w:rsidR="00343182" w:rsidRPr="00050403" w:rsidRDefault="00140861" w:rsidP="000B505C">
            <w:pPr>
              <w:spacing w:after="0" w:line="240" w:lineRule="auto"/>
              <w:rPr>
                <w:rFonts w:eastAsia="Myriad Pro" w:cs="Myriad Pro"/>
                <w:sz w:val="18"/>
                <w:szCs w:val="21"/>
                <w:lang w:val="de-DE"/>
              </w:rPr>
            </w:pPr>
            <w:sdt>
              <w:sdtPr>
                <w:rPr>
                  <w:lang w:val="de-DE"/>
                </w:rPr>
                <w:alias w:val="Checkbox 5"/>
                <w:tag w:val="CHECKBOX_0005"/>
                <w:id w:val="100005"/>
                <w14:checkbox>
                  <w14:checked w14:val="0"/>
                  <w14:checkedState w14:val="2612" w14:font="Arial"/>
                  <w14:uncheckedState w14:val="2610" w14:font="Arial"/>
                </w14:checkbox>
              </w:sdtPr>
              <w:sdtEndPr/>
              <w:sdtContent>
                <w:r w:rsidR="00A5425F" w:rsidRPr="00050403">
                  <w:rPr>
                    <w:rFonts w:ascii="Segoe UI Symbol" w:eastAsia="Arial Unicode MS" w:hAnsi="Segoe UI Symbol" w:cs="Segoe UI Symbol"/>
                    <w:color w:val="000000"/>
                    <w:szCs w:val="21"/>
                    <w:lang w:val="de-DE"/>
                  </w:rPr>
                  <w:t>☐</w:t>
                </w:r>
              </w:sdtContent>
            </w:sdt>
            <w:r w:rsidR="00A5425F" w:rsidRPr="00050403">
              <w:rPr>
                <w:rFonts w:eastAsia="Myriad Pro" w:cs="Myriad Pro" w:hint="eastAsia"/>
                <w:sz w:val="18"/>
                <w:szCs w:val="21"/>
                <w:lang w:val="de-DE"/>
              </w:rPr>
              <w:t xml:space="preserve"> Entferntes Netzwerk </w:t>
            </w:r>
          </w:p>
          <w:p w14:paraId="4D12F5DF" w14:textId="77777777" w:rsidR="00343182" w:rsidRPr="00050403" w:rsidRDefault="00140861" w:rsidP="000B505C">
            <w:pPr>
              <w:spacing w:after="0" w:line="240" w:lineRule="auto"/>
              <w:rPr>
                <w:rFonts w:eastAsia="Myriad Pro" w:cs="Myriad Pro"/>
                <w:sz w:val="18"/>
                <w:szCs w:val="21"/>
                <w:lang w:val="de-DE"/>
              </w:rPr>
            </w:pPr>
            <w:sdt>
              <w:sdtPr>
                <w:rPr>
                  <w:lang w:val="de-DE"/>
                </w:rPr>
                <w:alias w:val="Checkbox 6"/>
                <w:tag w:val="CHECKBOX_0006"/>
                <w:id w:val="100006"/>
                <w14:checkbox>
                  <w14:checked w14:val="0"/>
                  <w14:checkedState w14:val="2612" w14:font="Arial"/>
                  <w14:uncheckedState w14:val="2610" w14:font="Arial"/>
                </w14:checkbox>
              </w:sdtPr>
              <w:sdtEndPr/>
              <w:sdtContent>
                <w:r w:rsidR="00A5425F" w:rsidRPr="00050403">
                  <w:rPr>
                    <w:rFonts w:ascii="Segoe UI Symbol" w:eastAsia="Arial Unicode MS" w:hAnsi="Segoe UI Symbol" w:cs="Segoe UI Symbol"/>
                    <w:color w:val="000000"/>
                    <w:szCs w:val="21"/>
                    <w:lang w:val="de-DE"/>
                  </w:rPr>
                  <w:t>☐</w:t>
                </w:r>
              </w:sdtContent>
            </w:sdt>
            <w:r w:rsidR="00A5425F" w:rsidRPr="00050403">
              <w:rPr>
                <w:rFonts w:eastAsia="Myriad Pro" w:cs="Myriad Pro" w:hint="eastAsia"/>
                <w:sz w:val="18"/>
                <w:szCs w:val="21"/>
                <w:lang w:val="de-DE"/>
              </w:rPr>
              <w:t xml:space="preserve"> Benachbartes Netzwerk </w:t>
            </w:r>
          </w:p>
          <w:p w14:paraId="73AFB7D8" w14:textId="347DD23A" w:rsidR="00237A73" w:rsidRPr="00050403" w:rsidRDefault="00140861" w:rsidP="000B505C">
            <w:pPr>
              <w:spacing w:after="0" w:line="240" w:lineRule="auto"/>
              <w:rPr>
                <w:rFonts w:eastAsia="Myriad Pro" w:cs="Myriad Pro"/>
                <w:sz w:val="18"/>
                <w:szCs w:val="21"/>
                <w:lang w:val="de-DE"/>
              </w:rPr>
            </w:pPr>
            <w:sdt>
              <w:sdtPr>
                <w:rPr>
                  <w:lang w:val="de-DE"/>
                </w:rPr>
                <w:alias w:val="Checkbox 7"/>
                <w:tag w:val="CHECKBOX_0007"/>
                <w:id w:val="100007"/>
                <w14:checkbox>
                  <w14:checked w14:val="0"/>
                  <w14:checkedState w14:val="2612" w14:font="Arial"/>
                  <w14:uncheckedState w14:val="2610" w14:font="Arial"/>
                </w14:checkbox>
              </w:sdtPr>
              <w:sdtEndPr/>
              <w:sdtContent>
                <w:r w:rsidR="00343182" w:rsidRPr="00050403">
                  <w:rPr>
                    <w:rFonts w:ascii="Arial" w:hAnsi="Arial" w:cs="Arial"/>
                    <w:lang w:val="de-DE"/>
                  </w:rPr>
                  <w:t>☐</w:t>
                </w:r>
              </w:sdtContent>
            </w:sdt>
            <w:r w:rsidR="00A5425F" w:rsidRPr="00050403">
              <w:rPr>
                <w:rFonts w:eastAsia="Myriad Pro" w:cs="Myriad Pro" w:hint="eastAsia"/>
                <w:sz w:val="18"/>
                <w:szCs w:val="21"/>
                <w:lang w:val="de-DE"/>
              </w:rPr>
              <w:t xml:space="preserve"> Local </w:t>
            </w:r>
            <w:r w:rsidR="00237A73" w:rsidRPr="00050403">
              <w:rPr>
                <w:rFonts w:eastAsia="Myriad Pro" w:cs="Myriad Pro"/>
                <w:sz w:val="18"/>
                <w:szCs w:val="21"/>
                <w:lang w:val="de-DE"/>
              </w:rPr>
              <w:t>network</w:t>
            </w:r>
          </w:p>
          <w:p w14:paraId="6F4EC592" w14:textId="56BCD02D" w:rsidR="00237A73" w:rsidRDefault="00140861" w:rsidP="00237A73">
            <w:pPr>
              <w:spacing w:after="0" w:line="240" w:lineRule="auto"/>
              <w:rPr>
                <w:rFonts w:eastAsia="Myriad Pro" w:cs="Myriad Pro"/>
                <w:sz w:val="18"/>
                <w:szCs w:val="21"/>
              </w:rPr>
            </w:pPr>
            <w:sdt>
              <w:sdtPr>
                <w:alias w:val="Checkbox 7"/>
                <w:tag w:val="CHECKBOX_0007"/>
                <w:id w:val="-1819639481"/>
                <w14:checkbox>
                  <w14:checked w14:val="0"/>
                  <w14:checkedState w14:val="2612" w14:font="Arial"/>
                  <w14:uncheckedState w14:val="2610" w14:font="Arial"/>
                </w14:checkbox>
              </w:sdtPr>
              <w:sdtEndPr/>
              <w:sdtContent>
                <w:r w:rsidR="00237A73">
                  <w:rPr>
                    <w:rFonts w:ascii="Segoe UI Symbol" w:hAnsi="Segoe UI Symbol" w:cs="Segoe UI Symbol"/>
                  </w:rPr>
                  <w:t>☐</w:t>
                </w:r>
              </w:sdtContent>
            </w:sdt>
            <w:r w:rsidR="00237A73">
              <w:rPr>
                <w:rFonts w:eastAsia="Myriad Pro" w:cs="Myriad Pro" w:hint="eastAsia"/>
                <w:sz w:val="18"/>
                <w:szCs w:val="21"/>
              </w:rPr>
              <w:t xml:space="preserve"> Local </w:t>
            </w:r>
            <w:r w:rsidR="00237A73">
              <w:rPr>
                <w:rFonts w:eastAsia="Myriad Pro" w:cs="Myriad Pro"/>
                <w:sz w:val="18"/>
                <w:szCs w:val="21"/>
              </w:rPr>
              <w:t>device</w:t>
            </w:r>
          </w:p>
          <w:p w14:paraId="34B99A87" w14:textId="4F6A0469" w:rsidR="00237A73" w:rsidRDefault="00140861" w:rsidP="00237A73">
            <w:pPr>
              <w:spacing w:after="0" w:line="240" w:lineRule="auto"/>
              <w:rPr>
                <w:rFonts w:eastAsia="Myriad Pro" w:cs="Myriad Pro"/>
                <w:sz w:val="18"/>
                <w:szCs w:val="21"/>
              </w:rPr>
            </w:pPr>
            <w:sdt>
              <w:sdtPr>
                <w:alias w:val="Checkbox 8"/>
                <w:tag w:val="CHECKBOX_0008"/>
                <w:id w:val="100008"/>
                <w14:checkbox>
                  <w14:checked w14:val="0"/>
                  <w14:checkedState w14:val="2612" w14:font="Arial"/>
                  <w14:uncheckedState w14:val="2610" w14:font="Arial"/>
                </w14:checkbox>
              </w:sdtPr>
              <w:sdtEndPr/>
              <w:sdtContent>
                <w:r w:rsidR="00237A73">
                  <w:rPr>
                    <w:rFonts w:ascii="Segoe UI Symbol" w:eastAsia="Arial Unicode MS" w:hAnsi="Segoe UI Symbol" w:cs="Segoe UI Symbol"/>
                    <w:color w:val="000000"/>
                    <w:szCs w:val="21"/>
                  </w:rPr>
                  <w:t>☐</w:t>
                </w:r>
              </w:sdtContent>
            </w:sdt>
            <w:r w:rsidR="00237A73">
              <w:rPr>
                <w:rFonts w:eastAsia="Myriad Pro" w:cs="Myriad Pro" w:hint="eastAsia"/>
                <w:sz w:val="18"/>
                <w:szCs w:val="21"/>
              </w:rPr>
              <w:t xml:space="preserve"> Physical</w:t>
            </w:r>
            <w:r w:rsidR="00237A73">
              <w:rPr>
                <w:rFonts w:eastAsia="Myriad Pro" w:cs="Myriad Pro"/>
                <w:sz w:val="18"/>
                <w:szCs w:val="21"/>
              </w:rPr>
              <w:t xml:space="preserve"> access</w:t>
            </w:r>
          </w:p>
          <w:p w14:paraId="3ABC8431" w14:textId="2CF6F2C2" w:rsidR="00A5425F" w:rsidRPr="00343182" w:rsidRDefault="00140861" w:rsidP="000B505C">
            <w:pPr>
              <w:spacing w:after="0" w:line="240" w:lineRule="auto"/>
              <w:rPr>
                <w:rFonts w:eastAsia="Myriad Pro" w:cs="Myriad Pro"/>
                <w:sz w:val="18"/>
                <w:szCs w:val="21"/>
              </w:rPr>
            </w:pPr>
            <w:sdt>
              <w:sdtPr>
                <w:alias w:val="Checkbox 7"/>
                <w:tag w:val="CHECKBOX_0007"/>
                <w:id w:val="1226117428"/>
                <w14:checkbox>
                  <w14:checked w14:val="0"/>
                  <w14:checkedState w14:val="2612" w14:font="Arial"/>
                  <w14:uncheckedState w14:val="2610" w14:font="Arial"/>
                </w14:checkbox>
              </w:sdtPr>
              <w:sdtEndPr/>
              <w:sdtContent>
                <w:r w:rsidR="00237A73">
                  <w:rPr>
                    <w:rFonts w:ascii="Segoe UI Symbol" w:hAnsi="Segoe UI Symbol" w:cs="Segoe UI Symbol"/>
                  </w:rPr>
                  <w:t>☐</w:t>
                </w:r>
              </w:sdtContent>
            </w:sdt>
            <w:r w:rsidR="00237A73">
              <w:rPr>
                <w:rFonts w:eastAsia="Myriad Pro" w:cs="Myriad Pro" w:hint="eastAsia"/>
                <w:sz w:val="18"/>
                <w:szCs w:val="21"/>
              </w:rPr>
              <w:t xml:space="preserve"> </w:t>
            </w:r>
            <w:r w:rsidR="00237A73">
              <w:rPr>
                <w:rFonts w:eastAsia="Myriad Pro" w:cs="Myriad Pro"/>
                <w:sz w:val="18"/>
                <w:szCs w:val="21"/>
              </w:rPr>
              <w:t>Unbekannt</w:t>
            </w:r>
          </w:p>
        </w:tc>
      </w:tr>
      <w:tr w:rsidR="00A5425F" w14:paraId="1B6770E9"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7D71AA6" w14:textId="7457CDE0" w:rsidR="00A5425F" w:rsidRDefault="000678F2" w:rsidP="000B505C">
            <w:pPr>
              <w:spacing w:after="0" w:line="240" w:lineRule="auto"/>
              <w:rPr>
                <w:rFonts w:hint="eastAsia"/>
              </w:rPr>
            </w:pPr>
            <w:r>
              <w:rPr>
                <w:rFonts w:eastAsia="Myriad Pro" w:cs="Myriad Pro"/>
                <w:b/>
                <w:color w:val="1D2958"/>
                <w:sz w:val="18"/>
              </w:rPr>
              <w:t>Benutzerinteraktion erforderlich</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5F67674E" w14:textId="77777777" w:rsidR="000678F2" w:rsidRDefault="00140861" w:rsidP="000B505C">
            <w:pPr>
              <w:spacing w:after="0" w:line="240" w:lineRule="auto"/>
              <w:rPr>
                <w:rFonts w:eastAsia="Myriad Pro" w:cs="Myriad Pro"/>
                <w:sz w:val="18"/>
                <w:szCs w:val="21"/>
              </w:rPr>
            </w:pPr>
            <w:sdt>
              <w:sdtPr>
                <w:alias w:val="Checkbox 9"/>
                <w:tag w:val="CHECKBOX_0009"/>
                <w:id w:val="100009"/>
                <w14:checkbox>
                  <w14:checked w14:val="0"/>
                  <w14:checkedState w14:val="2612" w14:font="Arial"/>
                  <w14:uncheckedState w14:val="2610" w14:font="Arial"/>
                </w14:checkbox>
              </w:sdtPr>
              <w:sdtEndPr/>
              <w:sdtContent>
                <w:r w:rsidR="00A5425F">
                  <w:rPr>
                    <w:rFonts w:ascii="Segoe UI Symbol" w:eastAsia="Arial Unicode MS" w:hAnsi="Segoe UI Symbol" w:cs="Segoe UI Symbol"/>
                    <w:color w:val="000000"/>
                    <w:szCs w:val="21"/>
                  </w:rPr>
                  <w:t>☐</w:t>
                </w:r>
              </w:sdtContent>
            </w:sdt>
            <w:r w:rsidR="00A5425F">
              <w:rPr>
                <w:rFonts w:eastAsia="Myriad Pro" w:cs="Myriad Pro" w:hint="eastAsia"/>
                <w:sz w:val="18"/>
                <w:szCs w:val="21"/>
              </w:rPr>
              <w:t xml:space="preserve"> </w:t>
            </w:r>
            <w:r w:rsidR="000678F2">
              <w:rPr>
                <w:rFonts w:eastAsia="Myriad Pro" w:cs="Myriad Pro"/>
                <w:sz w:val="18"/>
                <w:szCs w:val="21"/>
              </w:rPr>
              <w:t>Ja</w:t>
            </w:r>
          </w:p>
          <w:p w14:paraId="17512657" w14:textId="77777777" w:rsidR="000678F2" w:rsidRDefault="00140861" w:rsidP="000B505C">
            <w:pPr>
              <w:spacing w:after="0" w:line="240" w:lineRule="auto"/>
              <w:rPr>
                <w:rFonts w:eastAsia="Myriad Pro" w:cs="Myriad Pro"/>
                <w:sz w:val="18"/>
                <w:szCs w:val="21"/>
              </w:rPr>
            </w:pPr>
            <w:sdt>
              <w:sdtPr>
                <w:alias w:val="Checkbox 10"/>
                <w:tag w:val="CHECKBOX_0010"/>
                <w:id w:val="100010"/>
                <w14:checkbox>
                  <w14:checked w14:val="0"/>
                  <w14:checkedState w14:val="2612" w14:font="Arial"/>
                  <w14:uncheckedState w14:val="2610" w14:font="Arial"/>
                </w14:checkbox>
              </w:sdtPr>
              <w:sdtEndPr/>
              <w:sdtContent>
                <w:r w:rsidR="00A5425F">
                  <w:rPr>
                    <w:rFonts w:ascii="Segoe UI Symbol" w:eastAsia="Arial Unicode MS" w:hAnsi="Segoe UI Symbol" w:cs="Segoe UI Symbol"/>
                    <w:color w:val="000000"/>
                    <w:szCs w:val="21"/>
                  </w:rPr>
                  <w:t>☐</w:t>
                </w:r>
              </w:sdtContent>
            </w:sdt>
            <w:r w:rsidR="00A5425F">
              <w:rPr>
                <w:rFonts w:eastAsia="Myriad Pro" w:cs="Myriad Pro" w:hint="eastAsia"/>
                <w:sz w:val="18"/>
                <w:szCs w:val="21"/>
              </w:rPr>
              <w:t xml:space="preserve"> </w:t>
            </w:r>
            <w:r w:rsidR="000678F2">
              <w:rPr>
                <w:rFonts w:eastAsia="Myriad Pro" w:cs="Myriad Pro"/>
                <w:sz w:val="18"/>
                <w:szCs w:val="21"/>
              </w:rPr>
              <w:t>Nein</w:t>
            </w:r>
            <w:r w:rsidR="00A5425F">
              <w:rPr>
                <w:rFonts w:eastAsia="Myriad Pro" w:cs="Myriad Pro" w:hint="eastAsia"/>
                <w:sz w:val="18"/>
                <w:szCs w:val="21"/>
              </w:rPr>
              <w:t xml:space="preserve"> </w:t>
            </w:r>
          </w:p>
          <w:p w14:paraId="52261E5B" w14:textId="7F5784D6" w:rsidR="00A5425F" w:rsidRDefault="00140861" w:rsidP="000B505C">
            <w:pPr>
              <w:spacing w:after="0" w:line="240" w:lineRule="auto"/>
              <w:rPr>
                <w:rFonts w:hint="eastAsia"/>
              </w:rPr>
            </w:pPr>
            <w:sdt>
              <w:sdtPr>
                <w:alias w:val="Checkbox 11"/>
                <w:tag w:val="CHECKBOX_0011"/>
                <w:id w:val="100011"/>
                <w14:checkbox>
                  <w14:checked w14:val="0"/>
                  <w14:checkedState w14:val="2612" w14:font="Arial"/>
                  <w14:uncheckedState w14:val="2610" w14:font="Arial"/>
                </w14:checkbox>
              </w:sdtPr>
              <w:sdtEndPr/>
              <w:sdtContent>
                <w:r w:rsidR="00A5425F">
                  <w:rPr>
                    <w:rFonts w:ascii="Segoe UI Symbol" w:eastAsia="Arial Unicode MS" w:hAnsi="Segoe UI Symbol" w:cs="Segoe UI Symbol"/>
                    <w:color w:val="000000"/>
                    <w:szCs w:val="21"/>
                  </w:rPr>
                  <w:t>☐</w:t>
                </w:r>
              </w:sdtContent>
            </w:sdt>
            <w:r w:rsidR="00A5425F">
              <w:rPr>
                <w:rFonts w:eastAsia="Myriad Pro" w:cs="Myriad Pro" w:hint="eastAsia"/>
                <w:sz w:val="18"/>
                <w:szCs w:val="21"/>
              </w:rPr>
              <w:t xml:space="preserve"> </w:t>
            </w:r>
            <w:r w:rsidR="000678F2">
              <w:rPr>
                <w:rFonts w:eastAsia="Myriad Pro" w:cs="Myriad Pro"/>
                <w:sz w:val="18"/>
                <w:szCs w:val="21"/>
              </w:rPr>
              <w:t>Unbekannt</w:t>
            </w:r>
          </w:p>
        </w:tc>
      </w:tr>
      <w:tr w:rsidR="00A5425F" w:rsidRPr="00050403" w14:paraId="58C67002"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A636B0A" w14:textId="1E8506CE" w:rsidR="00A5425F" w:rsidRDefault="008733AA" w:rsidP="000B505C">
            <w:pPr>
              <w:spacing w:after="0" w:line="240" w:lineRule="auto"/>
              <w:rPr>
                <w:rFonts w:hint="eastAsia"/>
              </w:rPr>
            </w:pPr>
            <w:r>
              <w:rPr>
                <w:rFonts w:eastAsia="Myriad Pro" w:cs="Myriad Pro"/>
                <w:b/>
                <w:color w:val="1D2958"/>
                <w:sz w:val="18"/>
              </w:rPr>
              <w:t>Besondere Berechtigungen/Konto erforderlich</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1750508C" w14:textId="68872F1E" w:rsidR="008733AA" w:rsidRPr="00050403" w:rsidRDefault="00140861" w:rsidP="000B505C">
            <w:pPr>
              <w:spacing w:after="0" w:line="240" w:lineRule="auto"/>
              <w:rPr>
                <w:rFonts w:eastAsia="Myriad Pro" w:cs="Myriad Pro"/>
                <w:sz w:val="18"/>
                <w:szCs w:val="21"/>
                <w:lang w:val="de-DE"/>
              </w:rPr>
            </w:pPr>
            <w:sdt>
              <w:sdtPr>
                <w:rPr>
                  <w:lang w:val="de-DE"/>
                </w:rPr>
                <w:alias w:val="Checkbox 12"/>
                <w:tag w:val="CHECKBOX_0012"/>
                <w:id w:val="100012"/>
                <w14:checkbox>
                  <w14:checked w14:val="0"/>
                  <w14:checkedState w14:val="2612" w14:font="Arial"/>
                  <w14:uncheckedState w14:val="2610" w14:font="Arial"/>
                </w14:checkbox>
              </w:sdtPr>
              <w:sdtEndPr/>
              <w:sdtContent>
                <w:r w:rsidR="00A5425F" w:rsidRPr="00050403">
                  <w:rPr>
                    <w:rFonts w:ascii="Segoe UI Symbol" w:eastAsia="Arial Unicode MS" w:hAnsi="Segoe UI Symbol" w:cs="Segoe UI Symbol"/>
                    <w:color w:val="000000"/>
                    <w:szCs w:val="21"/>
                    <w:lang w:val="de-DE"/>
                  </w:rPr>
                  <w:t>☐</w:t>
                </w:r>
              </w:sdtContent>
            </w:sdt>
            <w:r w:rsidR="00A5425F" w:rsidRPr="00050403">
              <w:rPr>
                <w:rFonts w:eastAsia="Myriad Pro" w:cs="Myriad Pro" w:hint="eastAsia"/>
                <w:sz w:val="18"/>
                <w:szCs w:val="21"/>
                <w:lang w:val="de-DE"/>
              </w:rPr>
              <w:t xml:space="preserve"> </w:t>
            </w:r>
            <w:r w:rsidR="008733AA" w:rsidRPr="00050403">
              <w:rPr>
                <w:rFonts w:eastAsia="Myriad Pro" w:cs="Myriad Pro"/>
                <w:sz w:val="18"/>
                <w:szCs w:val="21"/>
                <w:lang w:val="de-DE"/>
              </w:rPr>
              <w:t>Ja</w:t>
            </w:r>
          </w:p>
          <w:p w14:paraId="355E9533" w14:textId="69F9EE97" w:rsidR="00A5425F" w:rsidRPr="00050403" w:rsidRDefault="00140861" w:rsidP="000B505C">
            <w:pPr>
              <w:spacing w:after="0" w:line="240" w:lineRule="auto"/>
              <w:rPr>
                <w:rFonts w:eastAsia="Myriad Pro" w:cs="Myriad Pro"/>
                <w:sz w:val="18"/>
                <w:szCs w:val="21"/>
                <w:lang w:val="de-DE"/>
              </w:rPr>
            </w:pPr>
            <w:sdt>
              <w:sdtPr>
                <w:rPr>
                  <w:lang w:val="de-DE"/>
                </w:rPr>
                <w:alias w:val="Checkbox 13"/>
                <w:tag w:val="CHECKBOX_0013"/>
                <w:id w:val="100013"/>
                <w14:checkbox>
                  <w14:checked w14:val="0"/>
                  <w14:checkedState w14:val="2612" w14:font="Arial"/>
                  <w14:uncheckedState w14:val="2610" w14:font="Arial"/>
                </w14:checkbox>
              </w:sdtPr>
              <w:sdtEndPr/>
              <w:sdtContent>
                <w:r w:rsidR="00D014AE" w:rsidRPr="00050403">
                  <w:rPr>
                    <w:rFonts w:ascii="Arial" w:hAnsi="Arial" w:cs="Arial"/>
                    <w:lang w:val="de-DE"/>
                  </w:rPr>
                  <w:t>☐</w:t>
                </w:r>
              </w:sdtContent>
            </w:sdt>
            <w:r w:rsidR="00A5425F" w:rsidRPr="00050403">
              <w:rPr>
                <w:rFonts w:eastAsia="Myriad Pro" w:cs="Myriad Pro" w:hint="eastAsia"/>
                <w:sz w:val="18"/>
                <w:szCs w:val="21"/>
                <w:lang w:val="de-DE"/>
              </w:rPr>
              <w:t xml:space="preserve"> </w:t>
            </w:r>
            <w:r w:rsidR="008733AA" w:rsidRPr="00050403">
              <w:rPr>
                <w:rFonts w:eastAsia="Myriad Pro" w:cs="Myriad Pro"/>
                <w:sz w:val="18"/>
                <w:szCs w:val="21"/>
                <w:lang w:val="de-DE"/>
              </w:rPr>
              <w:t>Nein</w:t>
            </w:r>
          </w:p>
          <w:p w14:paraId="3FF83E19" w14:textId="77777777" w:rsidR="008733AA" w:rsidRPr="00050403" w:rsidRDefault="00140861" w:rsidP="000B505C">
            <w:pPr>
              <w:spacing w:after="0" w:line="240" w:lineRule="auto"/>
              <w:rPr>
                <w:rFonts w:eastAsia="Myriad Pro" w:cs="Myriad Pro"/>
                <w:sz w:val="18"/>
                <w:szCs w:val="21"/>
                <w:lang w:val="de-DE"/>
              </w:rPr>
            </w:pPr>
            <w:sdt>
              <w:sdtPr>
                <w:rPr>
                  <w:lang w:val="de-DE"/>
                </w:rPr>
                <w:alias w:val="Checkbox 13"/>
                <w:tag w:val="CHECKBOX_0013"/>
                <w:id w:val="287096016"/>
                <w14:checkbox>
                  <w14:checked w14:val="0"/>
                  <w14:checkedState w14:val="2612" w14:font="Arial"/>
                  <w14:uncheckedState w14:val="2610" w14:font="Arial"/>
                </w14:checkbox>
              </w:sdtPr>
              <w:sdtEndPr/>
              <w:sdtContent>
                <w:r w:rsidR="008733AA" w:rsidRPr="00050403">
                  <w:rPr>
                    <w:rFonts w:ascii="Segoe UI Symbol" w:eastAsia="Arial Unicode MS" w:hAnsi="Segoe UI Symbol" w:cs="Segoe UI Symbol"/>
                    <w:color w:val="000000"/>
                    <w:szCs w:val="21"/>
                    <w:lang w:val="de-DE"/>
                  </w:rPr>
                  <w:t>☐</w:t>
                </w:r>
              </w:sdtContent>
            </w:sdt>
            <w:r w:rsidR="008733AA" w:rsidRPr="00050403">
              <w:rPr>
                <w:rFonts w:eastAsia="Myriad Pro" w:cs="Myriad Pro"/>
                <w:sz w:val="18"/>
                <w:szCs w:val="21"/>
                <w:lang w:val="de-DE"/>
              </w:rPr>
              <w:t xml:space="preserve"> Unbekannt</w:t>
            </w:r>
          </w:p>
          <w:p w14:paraId="030E5B05" w14:textId="1BDB2ACD" w:rsidR="00CF11FA" w:rsidRPr="00050403" w:rsidRDefault="00CF11FA" w:rsidP="000B505C">
            <w:pPr>
              <w:spacing w:after="0" w:line="240" w:lineRule="auto"/>
              <w:rPr>
                <w:rFonts w:hint="eastAsia"/>
                <w:lang w:val="de-DE"/>
              </w:rPr>
            </w:pPr>
            <w:r w:rsidRPr="00050403">
              <w:rPr>
                <w:rFonts w:eastAsia="Myriad Pro" w:cs="Myriad Pro"/>
                <w:sz w:val="18"/>
                <w:szCs w:val="21"/>
                <w:lang w:val="de-DE"/>
              </w:rPr>
              <w:t xml:space="preserve">Falls ja, beschreiben Sie bitte die erforderlichen Berechtigungen/das erforderliche Konto: </w:t>
            </w:r>
          </w:p>
        </w:tc>
      </w:tr>
    </w:tbl>
    <w:p w14:paraId="40E98F5A" w14:textId="77777777" w:rsidR="00C26D3C" w:rsidRPr="00050403" w:rsidRDefault="00C26D3C" w:rsidP="00A5425F">
      <w:pPr>
        <w:spacing w:after="110" w:line="259" w:lineRule="auto"/>
        <w:rPr>
          <w:rFonts w:hint="eastAsia"/>
          <w:lang w:val="de-DE"/>
        </w:rPr>
      </w:pPr>
    </w:p>
    <w:p w14:paraId="1569BE0A" w14:textId="188B587E" w:rsidR="00A5425F" w:rsidRPr="00050403" w:rsidRDefault="00DF7C4F" w:rsidP="00A5425F">
      <w:pPr>
        <w:pStyle w:val="Heading2"/>
        <w:spacing w:after="80"/>
        <w:rPr>
          <w:rFonts w:ascii="Ubuntu" w:eastAsia="Ubuntu" w:hAnsi="Ubuntu" w:cs="Ubuntu"/>
          <w:u w:val="single"/>
          <w:lang w:val="de-DE"/>
        </w:rPr>
      </w:pPr>
      <w:bookmarkStart w:id="5" w:name="_Toc239339917"/>
      <w:r w:rsidRPr="00050403">
        <w:rPr>
          <w:rFonts w:ascii="Ubuntu" w:eastAsia="Ubuntu" w:hAnsi="Ubuntu" w:cs="Ubuntu"/>
          <w:u w:val="single"/>
          <w:lang w:val="de-DE"/>
        </w:rPr>
        <w:t>5. Bewertung der Auswirkungen (optional)</w:t>
      </w:r>
      <w:bookmarkEnd w:id="5"/>
    </w:p>
    <w:p w14:paraId="3F175542" w14:textId="385B0456" w:rsidR="003A30AD" w:rsidRPr="00050403" w:rsidRDefault="003A30AD" w:rsidP="007B5A7D">
      <w:pPr>
        <w:spacing w:after="110" w:line="259" w:lineRule="auto"/>
        <w:rPr>
          <w:rFonts w:hint="eastAsia"/>
          <w:lang w:val="de-DE"/>
        </w:rPr>
      </w:pPr>
      <w:r w:rsidRPr="00050403">
        <w:rPr>
          <w:rFonts w:eastAsia="Myriad Pro" w:cs="Myriad Pro"/>
          <w:lang w:val="de-DE"/>
        </w:rPr>
        <w:t>Füllen Sie diesen Abschnitt aus, wenn Sie die möglichen Auswirkungen einschätzen können.</w:t>
      </w:r>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A5425F" w14:paraId="764B17F1" w14:textId="77777777" w:rsidTr="000B505C">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14AC4ADF" w14:textId="77777777" w:rsidR="00A5425F" w:rsidRDefault="00A5425F" w:rsidP="000B505C">
            <w:pPr>
              <w:spacing w:after="0" w:line="240" w:lineRule="auto"/>
              <w:rPr>
                <w:rFonts w:hint="eastAsia"/>
              </w:rPr>
            </w:pPr>
            <w:proofErr w:type="spellStart"/>
            <w:r>
              <w:rPr>
                <w:rFonts w:ascii="Ubuntu" w:eastAsia="Ubuntu" w:hAnsi="Ubuntu" w:cs="Ubuntu" w:hint="eastAsia"/>
                <w:b/>
                <w:color w:val="FFFFFF"/>
                <w:sz w:val="18"/>
              </w:rPr>
              <w:t>Auswirkungsbereich</w:t>
            </w:r>
            <w:proofErr w:type="spellEnd"/>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30C0FA32" w14:textId="77777777" w:rsidR="00A5425F" w:rsidRDefault="00A5425F" w:rsidP="000B505C">
            <w:pPr>
              <w:spacing w:after="0" w:line="240" w:lineRule="auto"/>
              <w:rPr>
                <w:rFonts w:hint="eastAsia"/>
              </w:rPr>
            </w:pPr>
            <w:r>
              <w:rPr>
                <w:rFonts w:ascii="Ubuntu" w:eastAsia="Ubuntu" w:hAnsi="Ubuntu" w:cs="Ubuntu" w:hint="eastAsia"/>
                <w:b/>
                <w:color w:val="FFFFFF"/>
                <w:sz w:val="18"/>
              </w:rPr>
              <w:t>Einschätzung der meldenden Person</w:t>
            </w:r>
          </w:p>
        </w:tc>
      </w:tr>
      <w:tr w:rsidR="00C26D3C" w:rsidRPr="00050403" w14:paraId="6E74349F" w14:textId="77777777" w:rsidTr="001975F3">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9E27934" w14:textId="77777777" w:rsidR="00C26D3C" w:rsidRPr="00FF1C66" w:rsidRDefault="00C26D3C" w:rsidP="00C26D3C">
            <w:pPr>
              <w:spacing w:after="0" w:line="240" w:lineRule="auto"/>
              <w:rPr>
                <w:rFonts w:hint="eastAsia"/>
                <w:sz w:val="18"/>
                <w:szCs w:val="18"/>
              </w:rPr>
            </w:pPr>
            <w:r w:rsidRPr="00FF1C66">
              <w:rPr>
                <w:rFonts w:eastAsia="Myriad Pro" w:cs="Myriad Pro" w:hint="eastAsia"/>
                <w:b/>
                <w:color w:val="1D2958"/>
                <w:sz w:val="18"/>
                <w:szCs w:val="18"/>
              </w:rPr>
              <w:t>Vertraulichkeit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40509516" w14:textId="3014F965" w:rsidR="00C26D3C" w:rsidRPr="00050403" w:rsidRDefault="00140861" w:rsidP="00C26D3C">
            <w:pPr>
              <w:spacing w:after="0" w:line="240" w:lineRule="auto"/>
              <w:rPr>
                <w:rFonts w:hint="eastAsia"/>
                <w:sz w:val="18"/>
                <w:szCs w:val="18"/>
                <w:lang w:val="de-DE"/>
              </w:rPr>
            </w:pPr>
            <w:sdt>
              <w:sdtPr>
                <w:rPr>
                  <w:sz w:val="18"/>
                  <w:szCs w:val="18"/>
                  <w:lang w:val="de-DE"/>
                </w:rPr>
                <w:alias w:val="Checkbox 14"/>
                <w:tag w:val="CHECKBOX_0014"/>
                <w:id w:val="1600525891"/>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proofErr w:type="spellStart"/>
            <w:r w:rsidR="00C26D3C" w:rsidRPr="00050403">
              <w:rPr>
                <w:rFonts w:hint="eastAsia"/>
                <w:sz w:val="18"/>
                <w:szCs w:val="18"/>
                <w:lang w:val="de-DE"/>
              </w:rPr>
              <w:t>Nein</w:t>
            </w:r>
            <w:r w:rsidR="00C26D3C" w:rsidRPr="00050403">
              <w:rPr>
                <w:sz w:val="18"/>
                <w:szCs w:val="18"/>
                <w:lang w:val="de-DE"/>
              </w:rPr>
              <w:t>ne</w:t>
            </w:r>
            <w:proofErr w:type="spellEnd"/>
            <w:r w:rsidR="00C26D3C" w:rsidRPr="00050403">
              <w:rPr>
                <w:sz w:val="18"/>
                <w:szCs w:val="18"/>
                <w:lang w:val="de-DE"/>
              </w:rPr>
              <w:t xml:space="preserve"> </w:t>
            </w:r>
            <w:sdt>
              <w:sdtPr>
                <w:rPr>
                  <w:sz w:val="18"/>
                  <w:szCs w:val="18"/>
                  <w:lang w:val="de-DE"/>
                </w:rPr>
                <w:alias w:val="Checkbox 15"/>
                <w:tag w:val="CHECKBOX_0015"/>
                <w:id w:val="1394080154"/>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r w:rsidR="00C26D3C" w:rsidRPr="00050403">
              <w:rPr>
                <w:sz w:val="18"/>
                <w:szCs w:val="18"/>
                <w:lang w:val="de-DE"/>
              </w:rPr>
              <w:t xml:space="preserve">Niedrig </w:t>
            </w:r>
            <w:sdt>
              <w:sdtPr>
                <w:rPr>
                  <w:sz w:val="18"/>
                  <w:szCs w:val="18"/>
                  <w:lang w:val="de-DE"/>
                </w:rPr>
                <w:alias w:val="Checkbox 15"/>
                <w:tag w:val="CHECKBOX_0015"/>
                <w:id w:val="-144889124"/>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r w:rsidR="00C26D3C" w:rsidRPr="00050403">
              <w:rPr>
                <w:sz w:val="18"/>
                <w:szCs w:val="18"/>
                <w:lang w:val="de-DE"/>
              </w:rPr>
              <w:t xml:space="preserve">Mittel </w:t>
            </w:r>
            <w:sdt>
              <w:sdtPr>
                <w:rPr>
                  <w:sz w:val="18"/>
                  <w:szCs w:val="18"/>
                  <w:lang w:val="de-DE"/>
                </w:rPr>
                <w:alias w:val="Checkbox 15"/>
                <w:tag w:val="CHECKBOX_0015"/>
                <w:id w:val="-2111036330"/>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r w:rsidR="00C26D3C" w:rsidRPr="00050403">
              <w:rPr>
                <w:sz w:val="18"/>
                <w:szCs w:val="18"/>
                <w:lang w:val="de-DE"/>
              </w:rPr>
              <w:t xml:space="preserve">Hoch </w:t>
            </w:r>
            <w:sdt>
              <w:sdtPr>
                <w:rPr>
                  <w:sz w:val="18"/>
                  <w:szCs w:val="18"/>
                  <w:lang w:val="de-DE"/>
                </w:rPr>
                <w:alias w:val="Checkbox 15"/>
                <w:tag w:val="CHECKBOX_0015"/>
                <w:id w:val="1069998524"/>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r w:rsidR="00C26D3C" w:rsidRPr="00050403">
              <w:rPr>
                <w:sz w:val="18"/>
                <w:szCs w:val="18"/>
                <w:lang w:val="de-DE"/>
              </w:rPr>
              <w:t>Unbekannt</w:t>
            </w:r>
          </w:p>
        </w:tc>
      </w:tr>
      <w:tr w:rsidR="00C26D3C" w:rsidRPr="00050403" w14:paraId="11EAC470"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7B13AA79" w14:textId="77777777" w:rsidR="00C26D3C" w:rsidRPr="00FF1C66" w:rsidRDefault="00C26D3C" w:rsidP="00C26D3C">
            <w:pPr>
              <w:spacing w:after="0" w:line="240" w:lineRule="auto"/>
              <w:rPr>
                <w:rFonts w:hint="eastAsia"/>
                <w:sz w:val="18"/>
                <w:szCs w:val="18"/>
              </w:rPr>
            </w:pPr>
            <w:proofErr w:type="spellStart"/>
            <w:r w:rsidRPr="00FF1C66">
              <w:rPr>
                <w:rFonts w:eastAsia="Myriad Pro" w:cs="Myriad Pro" w:hint="eastAsia"/>
                <w:b/>
                <w:color w:val="1D2958"/>
                <w:sz w:val="18"/>
                <w:szCs w:val="18"/>
              </w:rPr>
              <w:t>Integrität</w:t>
            </w:r>
            <w:proofErr w:type="spellEnd"/>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3C7FE7C2" w14:textId="7735B51D" w:rsidR="00C26D3C" w:rsidRPr="00050403" w:rsidRDefault="00140861" w:rsidP="00C26D3C">
            <w:pPr>
              <w:spacing w:after="0" w:line="240" w:lineRule="auto"/>
              <w:rPr>
                <w:rFonts w:hint="eastAsia"/>
                <w:sz w:val="18"/>
                <w:szCs w:val="18"/>
                <w:lang w:val="de-DE"/>
              </w:rPr>
            </w:pPr>
            <w:sdt>
              <w:sdtPr>
                <w:rPr>
                  <w:sz w:val="18"/>
                  <w:szCs w:val="18"/>
                  <w:lang w:val="de-DE"/>
                </w:rPr>
                <w:alias w:val="Checkbox 14"/>
                <w:tag w:val="CHECKBOX_0014"/>
                <w:id w:val="-1916462124"/>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proofErr w:type="spellStart"/>
            <w:r w:rsidR="00C26D3C" w:rsidRPr="00050403">
              <w:rPr>
                <w:rFonts w:hint="eastAsia"/>
                <w:sz w:val="18"/>
                <w:szCs w:val="18"/>
                <w:lang w:val="de-DE"/>
              </w:rPr>
              <w:t>Nein</w:t>
            </w:r>
            <w:r w:rsidR="00C26D3C" w:rsidRPr="00050403">
              <w:rPr>
                <w:sz w:val="18"/>
                <w:szCs w:val="18"/>
                <w:lang w:val="de-DE"/>
              </w:rPr>
              <w:t>ne</w:t>
            </w:r>
            <w:proofErr w:type="spellEnd"/>
            <w:r w:rsidR="00C26D3C" w:rsidRPr="00050403">
              <w:rPr>
                <w:sz w:val="18"/>
                <w:szCs w:val="18"/>
                <w:lang w:val="de-DE"/>
              </w:rPr>
              <w:t xml:space="preserve"> </w:t>
            </w:r>
            <w:sdt>
              <w:sdtPr>
                <w:rPr>
                  <w:sz w:val="18"/>
                  <w:szCs w:val="18"/>
                  <w:lang w:val="de-DE"/>
                </w:rPr>
                <w:alias w:val="Checkbox 15"/>
                <w:tag w:val="CHECKBOX_0015"/>
                <w:id w:val="-712885015"/>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r w:rsidR="00C26D3C" w:rsidRPr="00050403">
              <w:rPr>
                <w:sz w:val="18"/>
                <w:szCs w:val="18"/>
                <w:lang w:val="de-DE"/>
              </w:rPr>
              <w:t xml:space="preserve">Niedrig </w:t>
            </w:r>
            <w:sdt>
              <w:sdtPr>
                <w:rPr>
                  <w:sz w:val="18"/>
                  <w:szCs w:val="18"/>
                  <w:lang w:val="de-DE"/>
                </w:rPr>
                <w:alias w:val="Checkbox 15"/>
                <w:tag w:val="CHECKBOX_0015"/>
                <w:id w:val="357621927"/>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r w:rsidR="00C26D3C" w:rsidRPr="00050403">
              <w:rPr>
                <w:sz w:val="18"/>
                <w:szCs w:val="18"/>
                <w:lang w:val="de-DE"/>
              </w:rPr>
              <w:t xml:space="preserve">Mittel </w:t>
            </w:r>
            <w:sdt>
              <w:sdtPr>
                <w:rPr>
                  <w:sz w:val="18"/>
                  <w:szCs w:val="18"/>
                  <w:lang w:val="de-DE"/>
                </w:rPr>
                <w:alias w:val="Checkbox 15"/>
                <w:tag w:val="CHECKBOX_0015"/>
                <w:id w:val="-730081465"/>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r w:rsidR="00C26D3C" w:rsidRPr="00050403">
              <w:rPr>
                <w:sz w:val="18"/>
                <w:szCs w:val="18"/>
                <w:lang w:val="de-DE"/>
              </w:rPr>
              <w:t xml:space="preserve">Hoch </w:t>
            </w:r>
            <w:sdt>
              <w:sdtPr>
                <w:rPr>
                  <w:sz w:val="18"/>
                  <w:szCs w:val="18"/>
                  <w:lang w:val="de-DE"/>
                </w:rPr>
                <w:alias w:val="Checkbox 15"/>
                <w:tag w:val="CHECKBOX_0015"/>
                <w:id w:val="932700775"/>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r w:rsidR="00C26D3C" w:rsidRPr="00050403">
              <w:rPr>
                <w:sz w:val="18"/>
                <w:szCs w:val="18"/>
                <w:lang w:val="de-DE"/>
              </w:rPr>
              <w:t>Unbekannt</w:t>
            </w:r>
          </w:p>
        </w:tc>
      </w:tr>
      <w:tr w:rsidR="00C26D3C" w:rsidRPr="00050403" w14:paraId="2C9EC529"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767EB0AF" w14:textId="77777777" w:rsidR="00C26D3C" w:rsidRPr="00FF1C66" w:rsidRDefault="00C26D3C" w:rsidP="00C26D3C">
            <w:pPr>
              <w:spacing w:after="0" w:line="240" w:lineRule="auto"/>
              <w:rPr>
                <w:rFonts w:hint="eastAsia"/>
                <w:sz w:val="18"/>
                <w:szCs w:val="18"/>
              </w:rPr>
            </w:pPr>
            <w:proofErr w:type="spellStart"/>
            <w:r w:rsidRPr="00FF1C66">
              <w:rPr>
                <w:rFonts w:eastAsia="Myriad Pro" w:cs="Myriad Pro" w:hint="eastAsia"/>
                <w:b/>
                <w:color w:val="1D2958"/>
                <w:sz w:val="18"/>
                <w:szCs w:val="18"/>
              </w:rPr>
              <w:t>Verfügbarkeit</w:t>
            </w:r>
            <w:proofErr w:type="spellEnd"/>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754D2C05" w14:textId="3D304C05" w:rsidR="00C26D3C" w:rsidRPr="00050403" w:rsidRDefault="00140861" w:rsidP="00C26D3C">
            <w:pPr>
              <w:spacing w:after="0" w:line="240" w:lineRule="auto"/>
              <w:rPr>
                <w:rFonts w:hint="eastAsia"/>
                <w:sz w:val="18"/>
                <w:szCs w:val="18"/>
                <w:lang w:val="de-DE"/>
              </w:rPr>
            </w:pPr>
            <w:sdt>
              <w:sdtPr>
                <w:rPr>
                  <w:sz w:val="18"/>
                  <w:szCs w:val="18"/>
                  <w:lang w:val="de-DE"/>
                </w:rPr>
                <w:alias w:val="Checkbox 14"/>
                <w:tag w:val="CHECKBOX_0014"/>
                <w:id w:val="-1975895844"/>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proofErr w:type="spellStart"/>
            <w:r w:rsidR="00C26D3C" w:rsidRPr="00050403">
              <w:rPr>
                <w:rFonts w:hint="eastAsia"/>
                <w:sz w:val="18"/>
                <w:szCs w:val="18"/>
                <w:lang w:val="de-DE"/>
              </w:rPr>
              <w:t>Nein</w:t>
            </w:r>
            <w:r w:rsidR="00C26D3C" w:rsidRPr="00050403">
              <w:rPr>
                <w:sz w:val="18"/>
                <w:szCs w:val="18"/>
                <w:lang w:val="de-DE"/>
              </w:rPr>
              <w:t>ne</w:t>
            </w:r>
            <w:proofErr w:type="spellEnd"/>
            <w:r w:rsidR="00C26D3C" w:rsidRPr="00050403">
              <w:rPr>
                <w:sz w:val="18"/>
                <w:szCs w:val="18"/>
                <w:lang w:val="de-DE"/>
              </w:rPr>
              <w:t xml:space="preserve"> </w:t>
            </w:r>
            <w:sdt>
              <w:sdtPr>
                <w:rPr>
                  <w:sz w:val="18"/>
                  <w:szCs w:val="18"/>
                  <w:lang w:val="de-DE"/>
                </w:rPr>
                <w:alias w:val="Checkbox 15"/>
                <w:tag w:val="CHECKBOX_0015"/>
                <w:id w:val="-1324191089"/>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r w:rsidR="00C26D3C" w:rsidRPr="00050403">
              <w:rPr>
                <w:sz w:val="18"/>
                <w:szCs w:val="18"/>
                <w:lang w:val="de-DE"/>
              </w:rPr>
              <w:t xml:space="preserve">Niedrig </w:t>
            </w:r>
            <w:sdt>
              <w:sdtPr>
                <w:rPr>
                  <w:sz w:val="18"/>
                  <w:szCs w:val="18"/>
                  <w:lang w:val="de-DE"/>
                </w:rPr>
                <w:alias w:val="Checkbox 15"/>
                <w:tag w:val="CHECKBOX_0015"/>
                <w:id w:val="568229614"/>
                <w14:checkbox>
                  <w14:checked w14:val="0"/>
                  <w14:checkedState w14:val="2612" w14:font="Arial"/>
                  <w14:uncheckedState w14:val="2610" w14:font="Arial"/>
                </w14:checkbox>
              </w:sdtPr>
              <w:sdtEndPr/>
              <w:sdtContent>
                <w:r w:rsidR="00050403">
                  <w:rPr>
                    <w:rFonts w:ascii="Arial" w:hAnsi="Arial" w:cs="Arial"/>
                    <w:sz w:val="18"/>
                    <w:szCs w:val="18"/>
                    <w:lang w:val="de-DE"/>
                  </w:rPr>
                  <w:t>☐</w:t>
                </w:r>
              </w:sdtContent>
            </w:sdt>
            <w:r w:rsidR="00C26D3C" w:rsidRPr="00050403">
              <w:rPr>
                <w:rFonts w:hint="eastAsia"/>
                <w:sz w:val="18"/>
                <w:szCs w:val="18"/>
                <w:lang w:val="de-DE"/>
              </w:rPr>
              <w:t xml:space="preserve"> </w:t>
            </w:r>
            <w:r w:rsidR="00C26D3C" w:rsidRPr="00050403">
              <w:rPr>
                <w:sz w:val="18"/>
                <w:szCs w:val="18"/>
                <w:lang w:val="de-DE"/>
              </w:rPr>
              <w:t xml:space="preserve">Mittel </w:t>
            </w:r>
            <w:sdt>
              <w:sdtPr>
                <w:rPr>
                  <w:sz w:val="18"/>
                  <w:szCs w:val="18"/>
                  <w:lang w:val="de-DE"/>
                </w:rPr>
                <w:alias w:val="Checkbox 15"/>
                <w:tag w:val="CHECKBOX_0015"/>
                <w:id w:val="-903059098"/>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r w:rsidR="00C26D3C" w:rsidRPr="00050403">
              <w:rPr>
                <w:sz w:val="18"/>
                <w:szCs w:val="18"/>
                <w:lang w:val="de-DE"/>
              </w:rPr>
              <w:t xml:space="preserve">Hoch </w:t>
            </w:r>
            <w:sdt>
              <w:sdtPr>
                <w:rPr>
                  <w:sz w:val="18"/>
                  <w:szCs w:val="18"/>
                  <w:lang w:val="de-DE"/>
                </w:rPr>
                <w:alias w:val="Checkbox 15"/>
                <w:tag w:val="CHECKBOX_0015"/>
                <w:id w:val="-914165875"/>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r w:rsidR="00C26D3C" w:rsidRPr="00050403">
              <w:rPr>
                <w:sz w:val="18"/>
                <w:szCs w:val="18"/>
                <w:lang w:val="de-DE"/>
              </w:rPr>
              <w:t>Unbekannt</w:t>
            </w:r>
          </w:p>
        </w:tc>
      </w:tr>
      <w:tr w:rsidR="00C26D3C" w:rsidRPr="00050403" w14:paraId="6CEE7253"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1FE8DC9" w14:textId="77777777" w:rsidR="00C26D3C" w:rsidRPr="00FF1C66" w:rsidRDefault="00C26D3C" w:rsidP="00C26D3C">
            <w:pPr>
              <w:spacing w:after="0" w:line="240" w:lineRule="auto"/>
              <w:rPr>
                <w:rFonts w:hint="eastAsia"/>
                <w:sz w:val="18"/>
                <w:szCs w:val="18"/>
              </w:rPr>
            </w:pPr>
            <w:r w:rsidRPr="00FF1C66">
              <w:rPr>
                <w:rFonts w:eastAsia="Myriad Pro" w:cs="Myriad Pro" w:hint="eastAsia"/>
                <w:b/>
                <w:color w:val="1D2958"/>
                <w:sz w:val="18"/>
                <w:szCs w:val="18"/>
              </w:rPr>
              <w:t>Sicherheit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7D923454" w14:textId="4C02140C" w:rsidR="00C26D3C" w:rsidRPr="00050403" w:rsidRDefault="00140861" w:rsidP="00C26D3C">
            <w:pPr>
              <w:spacing w:after="0" w:line="240" w:lineRule="auto"/>
              <w:rPr>
                <w:rFonts w:hint="eastAsia"/>
                <w:sz w:val="18"/>
                <w:szCs w:val="18"/>
                <w:lang w:val="de-DE"/>
              </w:rPr>
            </w:pPr>
            <w:sdt>
              <w:sdtPr>
                <w:rPr>
                  <w:sz w:val="18"/>
                  <w:szCs w:val="18"/>
                  <w:lang w:val="de-DE"/>
                </w:rPr>
                <w:alias w:val="Checkbox 14"/>
                <w:tag w:val="CHECKBOX_0014"/>
                <w:id w:val="24375251"/>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proofErr w:type="spellStart"/>
            <w:r w:rsidR="00C26D3C" w:rsidRPr="00050403">
              <w:rPr>
                <w:rFonts w:hint="eastAsia"/>
                <w:sz w:val="18"/>
                <w:szCs w:val="18"/>
                <w:lang w:val="de-DE"/>
              </w:rPr>
              <w:t>Nein</w:t>
            </w:r>
            <w:r w:rsidR="00C26D3C" w:rsidRPr="00050403">
              <w:rPr>
                <w:sz w:val="18"/>
                <w:szCs w:val="18"/>
                <w:lang w:val="de-DE"/>
              </w:rPr>
              <w:t>ne</w:t>
            </w:r>
            <w:proofErr w:type="spellEnd"/>
            <w:r w:rsidR="00C26D3C" w:rsidRPr="00050403">
              <w:rPr>
                <w:sz w:val="18"/>
                <w:szCs w:val="18"/>
                <w:lang w:val="de-DE"/>
              </w:rPr>
              <w:t xml:space="preserve"> </w:t>
            </w:r>
            <w:sdt>
              <w:sdtPr>
                <w:rPr>
                  <w:sz w:val="18"/>
                  <w:szCs w:val="18"/>
                  <w:lang w:val="de-DE"/>
                </w:rPr>
                <w:alias w:val="Checkbox 15"/>
                <w:tag w:val="CHECKBOX_0015"/>
                <w:id w:val="-450864777"/>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r w:rsidR="00C26D3C" w:rsidRPr="00050403">
              <w:rPr>
                <w:sz w:val="18"/>
                <w:szCs w:val="18"/>
                <w:lang w:val="de-DE"/>
              </w:rPr>
              <w:t xml:space="preserve">Niedrig </w:t>
            </w:r>
            <w:sdt>
              <w:sdtPr>
                <w:rPr>
                  <w:sz w:val="18"/>
                  <w:szCs w:val="18"/>
                  <w:lang w:val="de-DE"/>
                </w:rPr>
                <w:alias w:val="Checkbox 15"/>
                <w:tag w:val="CHECKBOX_0015"/>
                <w:id w:val="1980098868"/>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r w:rsidR="00C26D3C" w:rsidRPr="00050403">
              <w:rPr>
                <w:sz w:val="18"/>
                <w:szCs w:val="18"/>
                <w:lang w:val="de-DE"/>
              </w:rPr>
              <w:t xml:space="preserve">Mittel </w:t>
            </w:r>
            <w:sdt>
              <w:sdtPr>
                <w:rPr>
                  <w:sz w:val="18"/>
                  <w:szCs w:val="18"/>
                  <w:lang w:val="de-DE"/>
                </w:rPr>
                <w:alias w:val="Checkbox 15"/>
                <w:tag w:val="CHECKBOX_0015"/>
                <w:id w:val="-517768858"/>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r w:rsidR="00C26D3C" w:rsidRPr="00050403">
              <w:rPr>
                <w:sz w:val="18"/>
                <w:szCs w:val="18"/>
                <w:lang w:val="de-DE"/>
              </w:rPr>
              <w:t xml:space="preserve">Hoch </w:t>
            </w:r>
            <w:sdt>
              <w:sdtPr>
                <w:rPr>
                  <w:sz w:val="18"/>
                  <w:szCs w:val="18"/>
                  <w:lang w:val="de-DE"/>
                </w:rPr>
                <w:alias w:val="Checkbox 15"/>
                <w:tag w:val="CHECKBOX_0015"/>
                <w:id w:val="-1567034122"/>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r w:rsidR="00C26D3C" w:rsidRPr="00050403">
              <w:rPr>
                <w:sz w:val="18"/>
                <w:szCs w:val="18"/>
                <w:lang w:val="de-DE"/>
              </w:rPr>
              <w:t>Unbekannt</w:t>
            </w:r>
          </w:p>
        </w:tc>
      </w:tr>
      <w:tr w:rsidR="00C26D3C" w:rsidRPr="00050403" w14:paraId="09439440"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2A4C514" w14:textId="77777777" w:rsidR="00C26D3C" w:rsidRPr="00FF1C66" w:rsidRDefault="00C26D3C" w:rsidP="00C26D3C">
            <w:pPr>
              <w:spacing w:after="0" w:line="240" w:lineRule="auto"/>
              <w:rPr>
                <w:rFonts w:hint="eastAsia"/>
                <w:sz w:val="18"/>
                <w:szCs w:val="18"/>
              </w:rPr>
            </w:pPr>
            <w:proofErr w:type="spellStart"/>
            <w:r w:rsidRPr="00FF1C66">
              <w:rPr>
                <w:rFonts w:eastAsia="Myriad Pro" w:cs="Myriad Pro" w:hint="eastAsia"/>
                <w:b/>
                <w:color w:val="1D2958"/>
                <w:sz w:val="18"/>
                <w:szCs w:val="18"/>
              </w:rPr>
              <w:t>Datenschutz</w:t>
            </w:r>
            <w:proofErr w:type="spellEnd"/>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56294B88" w14:textId="06C7F5AB" w:rsidR="00C26D3C" w:rsidRPr="00050403" w:rsidRDefault="00140861" w:rsidP="00C26D3C">
            <w:pPr>
              <w:spacing w:after="0" w:line="240" w:lineRule="auto"/>
              <w:rPr>
                <w:rFonts w:hint="eastAsia"/>
                <w:sz w:val="18"/>
                <w:szCs w:val="18"/>
                <w:lang w:val="de-DE"/>
              </w:rPr>
            </w:pPr>
            <w:sdt>
              <w:sdtPr>
                <w:rPr>
                  <w:sz w:val="18"/>
                  <w:szCs w:val="18"/>
                  <w:lang w:val="de-DE"/>
                </w:rPr>
                <w:alias w:val="Checkbox 14"/>
                <w:tag w:val="CHECKBOX_0014"/>
                <w:id w:val="1081492899"/>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proofErr w:type="spellStart"/>
            <w:r w:rsidR="00C26D3C" w:rsidRPr="00050403">
              <w:rPr>
                <w:rFonts w:hint="eastAsia"/>
                <w:sz w:val="18"/>
                <w:szCs w:val="18"/>
                <w:lang w:val="de-DE"/>
              </w:rPr>
              <w:t>Nein</w:t>
            </w:r>
            <w:r w:rsidR="00C26D3C" w:rsidRPr="00050403">
              <w:rPr>
                <w:sz w:val="18"/>
                <w:szCs w:val="18"/>
                <w:lang w:val="de-DE"/>
              </w:rPr>
              <w:t>ne</w:t>
            </w:r>
            <w:proofErr w:type="spellEnd"/>
            <w:r w:rsidR="00C26D3C" w:rsidRPr="00050403">
              <w:rPr>
                <w:sz w:val="18"/>
                <w:szCs w:val="18"/>
                <w:lang w:val="de-DE"/>
              </w:rPr>
              <w:t xml:space="preserve"> </w:t>
            </w:r>
            <w:sdt>
              <w:sdtPr>
                <w:rPr>
                  <w:sz w:val="18"/>
                  <w:szCs w:val="18"/>
                  <w:lang w:val="de-DE"/>
                </w:rPr>
                <w:alias w:val="Checkbox 15"/>
                <w:tag w:val="CHECKBOX_0015"/>
                <w:id w:val="-846946052"/>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r w:rsidR="00C26D3C" w:rsidRPr="00050403">
              <w:rPr>
                <w:sz w:val="18"/>
                <w:szCs w:val="18"/>
                <w:lang w:val="de-DE"/>
              </w:rPr>
              <w:t xml:space="preserve">Niedrig </w:t>
            </w:r>
            <w:sdt>
              <w:sdtPr>
                <w:rPr>
                  <w:sz w:val="18"/>
                  <w:szCs w:val="18"/>
                  <w:lang w:val="de-DE"/>
                </w:rPr>
                <w:alias w:val="Checkbox 15"/>
                <w:tag w:val="CHECKBOX_0015"/>
                <w:id w:val="876591318"/>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r w:rsidR="00C26D3C" w:rsidRPr="00050403">
              <w:rPr>
                <w:sz w:val="18"/>
                <w:szCs w:val="18"/>
                <w:lang w:val="de-DE"/>
              </w:rPr>
              <w:t xml:space="preserve">Mittel </w:t>
            </w:r>
            <w:sdt>
              <w:sdtPr>
                <w:rPr>
                  <w:sz w:val="18"/>
                  <w:szCs w:val="18"/>
                  <w:lang w:val="de-DE"/>
                </w:rPr>
                <w:alias w:val="Checkbox 15"/>
                <w:tag w:val="CHECKBOX_0015"/>
                <w:id w:val="1249155325"/>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r w:rsidR="00C26D3C" w:rsidRPr="00050403">
              <w:rPr>
                <w:sz w:val="18"/>
                <w:szCs w:val="18"/>
                <w:lang w:val="de-DE"/>
              </w:rPr>
              <w:t xml:space="preserve">Hoch </w:t>
            </w:r>
            <w:sdt>
              <w:sdtPr>
                <w:rPr>
                  <w:sz w:val="18"/>
                  <w:szCs w:val="18"/>
                  <w:lang w:val="de-DE"/>
                </w:rPr>
                <w:alias w:val="Checkbox 15"/>
                <w:tag w:val="CHECKBOX_0015"/>
                <w:id w:val="-1894640933"/>
                <w14:checkbox>
                  <w14:checked w14:val="0"/>
                  <w14:checkedState w14:val="2612" w14:font="Arial"/>
                  <w14:uncheckedState w14:val="2610" w14:font="Arial"/>
                </w14:checkbox>
              </w:sdtPr>
              <w:sdtEndPr/>
              <w:sdtContent>
                <w:r w:rsidR="00C26D3C" w:rsidRPr="00050403">
                  <w:rPr>
                    <w:rFonts w:ascii="Segoe UI Symbol" w:hAnsi="Segoe UI Symbol" w:cs="Segoe UI Symbol"/>
                    <w:sz w:val="18"/>
                    <w:szCs w:val="18"/>
                    <w:lang w:val="de-DE"/>
                  </w:rPr>
                  <w:t>☐</w:t>
                </w:r>
              </w:sdtContent>
            </w:sdt>
            <w:r w:rsidR="00C26D3C" w:rsidRPr="00050403">
              <w:rPr>
                <w:rFonts w:hint="eastAsia"/>
                <w:sz w:val="18"/>
                <w:szCs w:val="18"/>
                <w:lang w:val="de-DE"/>
              </w:rPr>
              <w:t xml:space="preserve"> </w:t>
            </w:r>
            <w:r w:rsidR="00C26D3C" w:rsidRPr="00050403">
              <w:rPr>
                <w:sz w:val="18"/>
                <w:szCs w:val="18"/>
                <w:lang w:val="de-DE"/>
              </w:rPr>
              <w:t>Unbekannt</w:t>
            </w:r>
          </w:p>
        </w:tc>
      </w:tr>
      <w:tr w:rsidR="00C26D3C" w:rsidRPr="00050403" w14:paraId="2ADA69B1"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B10A005" w14:textId="04DBAA66" w:rsidR="00C26D3C" w:rsidRPr="00050403" w:rsidRDefault="00345DA7" w:rsidP="00C26D3C">
            <w:pPr>
              <w:spacing w:after="0" w:line="240" w:lineRule="auto"/>
              <w:rPr>
                <w:rFonts w:eastAsia="Myriad Pro" w:cs="Myriad Pro"/>
                <w:b/>
                <w:color w:val="1D2958"/>
                <w:sz w:val="18"/>
                <w:szCs w:val="18"/>
                <w:lang w:val="de-DE"/>
              </w:rPr>
            </w:pPr>
            <w:r w:rsidRPr="00050403">
              <w:rPr>
                <w:rFonts w:eastAsia="Myriad Pro" w:cs="Myriad Pro"/>
                <w:b/>
                <w:color w:val="1D2958"/>
                <w:sz w:val="18"/>
                <w:szCs w:val="18"/>
                <w:lang w:val="de-DE"/>
              </w:rPr>
              <w:t>Auswirkungen auf die Lieferkette oder das weitere Ökosystem</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77D7BF7F" w14:textId="2DF6C58A" w:rsidR="00C26D3C" w:rsidRPr="00050403" w:rsidRDefault="00345DA7" w:rsidP="00345DA7">
            <w:pPr>
              <w:rPr>
                <w:rFonts w:hint="eastAsia"/>
                <w:sz w:val="18"/>
                <w:szCs w:val="18"/>
                <w:lang w:val="de-DE"/>
              </w:rPr>
            </w:pPr>
            <w:r w:rsidRPr="00050403">
              <w:rPr>
                <w:rFonts w:ascii="Segoe UI Symbol" w:hAnsi="Segoe UI Symbol" w:cs="Segoe UI Symbol"/>
                <w:sz w:val="18"/>
                <w:szCs w:val="18"/>
                <w:lang w:val="de-DE"/>
              </w:rPr>
              <w:t>☐</w:t>
            </w:r>
            <w:r w:rsidRPr="00050403">
              <w:rPr>
                <w:sz w:val="18"/>
                <w:szCs w:val="18"/>
                <w:lang w:val="de-DE"/>
              </w:rPr>
              <w:t xml:space="preserve"> Keine </w:t>
            </w:r>
            <w:r w:rsidRPr="00050403">
              <w:rPr>
                <w:rFonts w:ascii="Segoe UI Symbol" w:hAnsi="Segoe UI Symbol" w:cs="Segoe UI Symbol"/>
                <w:sz w:val="18"/>
                <w:szCs w:val="18"/>
                <w:lang w:val="de-DE"/>
              </w:rPr>
              <w:t>☐</w:t>
            </w:r>
            <w:r w:rsidRPr="00050403">
              <w:rPr>
                <w:sz w:val="18"/>
                <w:szCs w:val="18"/>
                <w:lang w:val="de-DE"/>
              </w:rPr>
              <w:t xml:space="preserve"> Niedrig </w:t>
            </w:r>
            <w:r w:rsidRPr="00050403">
              <w:rPr>
                <w:rFonts w:ascii="Segoe UI Symbol" w:hAnsi="Segoe UI Symbol" w:cs="Segoe UI Symbol"/>
                <w:sz w:val="18"/>
                <w:szCs w:val="18"/>
                <w:lang w:val="de-DE"/>
              </w:rPr>
              <w:t>☐</w:t>
            </w:r>
            <w:r w:rsidRPr="00050403">
              <w:rPr>
                <w:sz w:val="18"/>
                <w:szCs w:val="18"/>
                <w:lang w:val="de-DE"/>
              </w:rPr>
              <w:t xml:space="preserve"> Mittel </w:t>
            </w:r>
            <w:r w:rsidRPr="00050403">
              <w:rPr>
                <w:rFonts w:ascii="Segoe UI Symbol" w:hAnsi="Segoe UI Symbol" w:cs="Segoe UI Symbol"/>
                <w:sz w:val="18"/>
                <w:szCs w:val="18"/>
                <w:lang w:val="de-DE"/>
              </w:rPr>
              <w:t>☐</w:t>
            </w:r>
            <w:r w:rsidRPr="00050403">
              <w:rPr>
                <w:sz w:val="18"/>
                <w:szCs w:val="18"/>
                <w:lang w:val="de-DE"/>
              </w:rPr>
              <w:t xml:space="preserve"> Hoch </w:t>
            </w:r>
            <w:r w:rsidRPr="00050403">
              <w:rPr>
                <w:rFonts w:ascii="Segoe UI Symbol" w:hAnsi="Segoe UI Symbol" w:cs="Segoe UI Symbol"/>
                <w:sz w:val="18"/>
                <w:szCs w:val="18"/>
                <w:lang w:val="de-DE"/>
              </w:rPr>
              <w:t>☐</w:t>
            </w:r>
            <w:r w:rsidRPr="00050403">
              <w:rPr>
                <w:sz w:val="18"/>
                <w:szCs w:val="18"/>
                <w:lang w:val="de-DE"/>
              </w:rPr>
              <w:t xml:space="preserve"> Unbekannt</w:t>
            </w:r>
          </w:p>
        </w:tc>
      </w:tr>
      <w:tr w:rsidR="00C26D3C" w:rsidRPr="00FF1C66" w14:paraId="31C4B4D1" w14:textId="77777777" w:rsidTr="0071281F">
        <w:trPr>
          <w:cantSplit/>
          <w:trHeight w:val="526"/>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6156F11" w14:textId="6E0E88A1" w:rsidR="0071281F" w:rsidRPr="00050403" w:rsidRDefault="00345DA7" w:rsidP="00C26D3C">
            <w:pPr>
              <w:spacing w:after="0" w:line="240" w:lineRule="auto"/>
              <w:rPr>
                <w:rFonts w:eastAsia="Myriad Pro" w:cs="Myriad Pro"/>
                <w:b/>
                <w:color w:val="1D2958"/>
                <w:sz w:val="18"/>
                <w:szCs w:val="18"/>
                <w:lang w:val="de-DE"/>
              </w:rPr>
            </w:pPr>
            <w:r w:rsidRPr="00050403">
              <w:rPr>
                <w:rFonts w:eastAsia="Myriad Pro" w:cs="Myriad Pro" w:hint="eastAsia"/>
                <w:b/>
                <w:color w:val="1D2958"/>
                <w:sz w:val="18"/>
                <w:szCs w:val="18"/>
                <w:lang w:val="de-DE"/>
              </w:rPr>
              <w:lastRenderedPageBreak/>
              <w:t>Vorgeschlagener Schweregrad, sofern verfügbar (optional)</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581FDB60" w14:textId="6002D3B1" w:rsidR="00345DA7" w:rsidRPr="00FF1C66" w:rsidRDefault="00345DA7" w:rsidP="00345DA7">
            <w:pPr>
              <w:rPr>
                <w:rFonts w:hint="eastAsia"/>
                <w:sz w:val="18"/>
                <w:szCs w:val="18"/>
              </w:rPr>
            </w:pPr>
            <w:r w:rsidRPr="00FF1C66">
              <w:rPr>
                <w:rFonts w:ascii="Segoe UI Symbol" w:hAnsi="Segoe UI Symbol" w:cs="Segoe UI Symbol"/>
                <w:sz w:val="18"/>
                <w:szCs w:val="18"/>
              </w:rPr>
              <w:t>☐</w:t>
            </w:r>
            <w:r w:rsidRPr="00FF1C66">
              <w:rPr>
                <w:sz w:val="18"/>
                <w:szCs w:val="18"/>
              </w:rPr>
              <w:t xml:space="preserve"> </w:t>
            </w:r>
            <w:proofErr w:type="spellStart"/>
            <w:r w:rsidRPr="00FF1C66">
              <w:rPr>
                <w:sz w:val="18"/>
                <w:szCs w:val="18"/>
              </w:rPr>
              <w:t>Niedrig</w:t>
            </w:r>
            <w:proofErr w:type="spellEnd"/>
            <w:r w:rsidRPr="00FF1C66">
              <w:rPr>
                <w:sz w:val="18"/>
                <w:szCs w:val="18"/>
              </w:rPr>
              <w:t xml:space="preserve"> </w:t>
            </w:r>
            <w:r w:rsidRPr="00FF1C66">
              <w:rPr>
                <w:rFonts w:ascii="Segoe UI Symbol" w:hAnsi="Segoe UI Symbol" w:cs="Segoe UI Symbol"/>
                <w:sz w:val="18"/>
                <w:szCs w:val="18"/>
              </w:rPr>
              <w:t>☐</w:t>
            </w:r>
            <w:r w:rsidRPr="00FF1C66">
              <w:rPr>
                <w:sz w:val="18"/>
                <w:szCs w:val="18"/>
              </w:rPr>
              <w:t xml:space="preserve"> Mittel </w:t>
            </w:r>
            <w:r w:rsidRPr="00FF1C66">
              <w:rPr>
                <w:rFonts w:ascii="Segoe UI Symbol" w:hAnsi="Segoe UI Symbol" w:cs="Segoe UI Symbol"/>
                <w:sz w:val="18"/>
                <w:szCs w:val="18"/>
              </w:rPr>
              <w:t>☐</w:t>
            </w:r>
            <w:r w:rsidRPr="00FF1C66">
              <w:rPr>
                <w:sz w:val="18"/>
                <w:szCs w:val="18"/>
              </w:rPr>
              <w:t xml:space="preserve"> Hoch</w:t>
            </w:r>
            <w:r w:rsidR="0060447F" w:rsidRPr="00FF1C66">
              <w:rPr>
                <w:sz w:val="18"/>
                <w:szCs w:val="18"/>
              </w:rPr>
              <w:t xml:space="preserve"> </w:t>
            </w:r>
            <w:r w:rsidR="0060447F" w:rsidRPr="00FF1C66">
              <w:rPr>
                <w:rFonts w:ascii="Segoe UI Symbol" w:hAnsi="Segoe UI Symbol" w:cs="Segoe UI Symbol"/>
                <w:sz w:val="18"/>
                <w:szCs w:val="18"/>
              </w:rPr>
              <w:t>☐</w:t>
            </w:r>
            <w:r w:rsidR="0060447F" w:rsidRPr="00FF1C66">
              <w:rPr>
                <w:sz w:val="18"/>
                <w:szCs w:val="18"/>
              </w:rPr>
              <w:t xml:space="preserve"> Kritisch</w:t>
            </w:r>
            <w:r w:rsidRPr="00FF1C66">
              <w:rPr>
                <w:sz w:val="18"/>
                <w:szCs w:val="18"/>
              </w:rPr>
              <w:t xml:space="preserve"> </w:t>
            </w:r>
            <w:r w:rsidRPr="00FF1C66">
              <w:rPr>
                <w:rFonts w:ascii="Segoe UI Symbol" w:hAnsi="Segoe UI Symbol" w:cs="Segoe UI Symbol"/>
                <w:sz w:val="18"/>
                <w:szCs w:val="18"/>
              </w:rPr>
              <w:t>☐</w:t>
            </w:r>
            <w:r w:rsidRPr="00FF1C66">
              <w:rPr>
                <w:sz w:val="18"/>
                <w:szCs w:val="18"/>
              </w:rPr>
              <w:t xml:space="preserve"> Unbekannt</w:t>
            </w:r>
          </w:p>
          <w:p w14:paraId="4F52AD07" w14:textId="77777777" w:rsidR="00C26D3C" w:rsidRPr="00FF1C66" w:rsidRDefault="00C26D3C" w:rsidP="00C26D3C">
            <w:pPr>
              <w:spacing w:after="0" w:line="240" w:lineRule="auto"/>
              <w:rPr>
                <w:rFonts w:hint="eastAsia"/>
                <w:sz w:val="18"/>
                <w:szCs w:val="18"/>
              </w:rPr>
            </w:pPr>
          </w:p>
        </w:tc>
      </w:tr>
      <w:tr w:rsidR="0071281F" w:rsidRPr="00050403" w14:paraId="5B3BCEAF"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272403F4" w14:textId="121ACD43" w:rsidR="0071281F" w:rsidRPr="00050403" w:rsidRDefault="0071281F" w:rsidP="00C26D3C">
            <w:pPr>
              <w:spacing w:after="0" w:line="240" w:lineRule="auto"/>
              <w:rPr>
                <w:rFonts w:eastAsia="Myriad Pro" w:cs="Myriad Pro"/>
                <w:b/>
                <w:color w:val="1D2958"/>
                <w:sz w:val="18"/>
                <w:szCs w:val="18"/>
                <w:lang w:val="de-DE"/>
              </w:rPr>
            </w:pPr>
            <w:r w:rsidRPr="00050403">
              <w:rPr>
                <w:rFonts w:eastAsia="Myriad Pro" w:cs="Myriad Pro"/>
                <w:b/>
                <w:color w:val="1D2958"/>
                <w:sz w:val="18"/>
                <w:szCs w:val="18"/>
                <w:lang w:val="de-DE"/>
              </w:rPr>
              <w:t>CVSS-Vektor, sofern verfügbar (optional)</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2BB85FB1" w14:textId="77777777" w:rsidR="0071281F" w:rsidRPr="00050403" w:rsidRDefault="0071281F" w:rsidP="00345DA7">
            <w:pPr>
              <w:rPr>
                <w:rFonts w:ascii="Segoe UI Symbol" w:hAnsi="Segoe UI Symbol" w:cs="Segoe UI Symbol"/>
                <w:sz w:val="18"/>
                <w:szCs w:val="18"/>
                <w:lang w:val="de-DE"/>
              </w:rPr>
            </w:pPr>
          </w:p>
        </w:tc>
      </w:tr>
    </w:tbl>
    <w:p w14:paraId="5C8DF8EA" w14:textId="77777777" w:rsidR="00A5425F" w:rsidRPr="00050403" w:rsidRDefault="00A5425F" w:rsidP="00A5425F">
      <w:pPr>
        <w:spacing w:after="110" w:line="259" w:lineRule="auto"/>
        <w:rPr>
          <w:rFonts w:hint="eastAsia"/>
          <w:lang w:val="de-DE"/>
        </w:rPr>
      </w:pPr>
    </w:p>
    <w:p w14:paraId="4D930159" w14:textId="72D70460" w:rsidR="00A5425F" w:rsidRDefault="00DF7C4F" w:rsidP="00A5425F">
      <w:pPr>
        <w:pStyle w:val="Heading2"/>
        <w:spacing w:after="80"/>
      </w:pPr>
      <w:bookmarkStart w:id="6" w:name="_Toc239339918"/>
      <w:r>
        <w:rPr>
          <w:rFonts w:ascii="Ubuntu" w:eastAsia="Ubuntu" w:hAnsi="Ubuntu" w:cs="Ubuntu"/>
          <w:u w:val="single"/>
        </w:rPr>
        <w:t xml:space="preserve">6. Status der </w:t>
      </w:r>
      <w:proofErr w:type="spellStart"/>
      <w:r>
        <w:rPr>
          <w:rFonts w:ascii="Ubuntu" w:eastAsia="Ubuntu" w:hAnsi="Ubuntu" w:cs="Ubuntu"/>
          <w:u w:val="single"/>
        </w:rPr>
        <w:t>Ausnutzung</w:t>
      </w:r>
      <w:proofErr w:type="spellEnd"/>
      <w:r>
        <w:rPr>
          <w:rFonts w:ascii="Ubuntu" w:eastAsia="Ubuntu" w:hAnsi="Ubuntu" w:cs="Ubuntu"/>
          <w:u w:val="single"/>
        </w:rPr>
        <w:t xml:space="preserve"> und </w:t>
      </w:r>
      <w:proofErr w:type="spellStart"/>
      <w:r>
        <w:rPr>
          <w:rFonts w:ascii="Ubuntu" w:eastAsia="Ubuntu" w:hAnsi="Ubuntu" w:cs="Ubuntu"/>
          <w:u w:val="single"/>
        </w:rPr>
        <w:t>Offenlegung</w:t>
      </w:r>
      <w:bookmarkEnd w:id="6"/>
      <w:proofErr w:type="spellEnd"/>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A5425F" w14:paraId="772A8DC8" w14:textId="77777777" w:rsidTr="000B505C">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1BA79318" w14:textId="77777777" w:rsidR="00A5425F" w:rsidRDefault="00A5425F" w:rsidP="000B505C">
            <w:pPr>
              <w:spacing w:after="0" w:line="240" w:lineRule="auto"/>
              <w:rPr>
                <w:rFonts w:hint="eastAsia"/>
              </w:rPr>
            </w:pPr>
            <w:r>
              <w:rPr>
                <w:rFonts w:ascii="Ubuntu" w:eastAsia="Ubuntu" w:hAnsi="Ubuntu" w:cs="Ubuntu" w:hint="eastAsia"/>
                <w:b/>
                <w:color w:val="FFFFFF"/>
                <w:sz w:val="18"/>
              </w:rPr>
              <w:t>Feld</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06C2B871" w14:textId="77777777" w:rsidR="00A5425F" w:rsidRDefault="00A5425F" w:rsidP="000B505C">
            <w:pPr>
              <w:spacing w:after="0" w:line="240" w:lineRule="auto"/>
              <w:rPr>
                <w:rFonts w:hint="eastAsia"/>
              </w:rPr>
            </w:pPr>
            <w:r>
              <w:rPr>
                <w:rFonts w:ascii="Ubuntu" w:eastAsia="Ubuntu" w:hAnsi="Ubuntu" w:cs="Ubuntu" w:hint="eastAsia"/>
                <w:b/>
                <w:color w:val="FFFFFF"/>
                <w:sz w:val="18"/>
              </w:rPr>
              <w:t>Antwort</w:t>
            </w:r>
          </w:p>
        </w:tc>
      </w:tr>
      <w:tr w:rsidR="00A5425F" w:rsidRPr="00050403" w14:paraId="7A9F7C37"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68E1D7B" w14:textId="77777777" w:rsidR="00A5425F" w:rsidRPr="00050403" w:rsidRDefault="00A5425F" w:rsidP="000B505C">
            <w:pPr>
              <w:spacing w:after="0" w:line="240" w:lineRule="auto"/>
              <w:rPr>
                <w:rFonts w:hint="eastAsia"/>
                <w:sz w:val="18"/>
                <w:szCs w:val="18"/>
                <w:lang w:val="de-DE"/>
              </w:rPr>
            </w:pPr>
            <w:r w:rsidRPr="00050403">
              <w:rPr>
                <w:rFonts w:eastAsia="Myriad Pro" w:cs="Myriad Pro" w:hint="eastAsia"/>
                <w:b/>
                <w:color w:val="1D2958"/>
                <w:sz w:val="18"/>
                <w:szCs w:val="18"/>
                <w:lang w:val="de-DE"/>
              </w:rPr>
              <w:t>Ist die Sicherheitslücke bereits öffentlich bekannt?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3054F4F7" w14:textId="77777777" w:rsidR="00A5425F" w:rsidRPr="00050403" w:rsidRDefault="00140861" w:rsidP="000B505C">
            <w:pPr>
              <w:spacing w:after="0" w:line="240" w:lineRule="auto"/>
              <w:rPr>
                <w:rFonts w:hint="eastAsia"/>
                <w:sz w:val="18"/>
                <w:szCs w:val="18"/>
                <w:lang w:val="de-DE"/>
              </w:rPr>
            </w:pPr>
            <w:sdt>
              <w:sdtPr>
                <w:rPr>
                  <w:sz w:val="18"/>
                  <w:szCs w:val="18"/>
                  <w:lang w:val="de-DE"/>
                </w:rPr>
                <w:alias w:val="Checkbox 14"/>
                <w:tag w:val="CHECKBOX_0014"/>
                <w:id w:val="100014"/>
                <w14:checkbox>
                  <w14:checked w14:val="0"/>
                  <w14:checkedState w14:val="2612" w14:font="Arial"/>
                  <w14:uncheckedState w14:val="2610" w14:font="Arial"/>
                </w14:checkbox>
              </w:sdtPr>
              <w:sdtEndPr/>
              <w:sdtContent>
                <w:r w:rsidR="00A5425F" w:rsidRPr="00050403">
                  <w:rPr>
                    <w:rFonts w:ascii="Segoe UI Symbol" w:hAnsi="Segoe UI Symbol" w:cs="Segoe UI Symbol"/>
                    <w:sz w:val="18"/>
                    <w:szCs w:val="18"/>
                    <w:lang w:val="de-DE"/>
                  </w:rPr>
                  <w:t>☐</w:t>
                </w:r>
              </w:sdtContent>
            </w:sdt>
            <w:r w:rsidR="00A5425F" w:rsidRPr="00050403">
              <w:rPr>
                <w:rFonts w:hint="eastAsia"/>
                <w:sz w:val="18"/>
                <w:szCs w:val="18"/>
                <w:lang w:val="de-DE"/>
              </w:rPr>
              <w:t xml:space="preserve"> Nein </w:t>
            </w:r>
            <w:sdt>
              <w:sdtPr>
                <w:rPr>
                  <w:sz w:val="18"/>
                  <w:szCs w:val="18"/>
                  <w:lang w:val="de-DE"/>
                </w:rPr>
                <w:alias w:val="Checkbox 15"/>
                <w:tag w:val="CHECKBOX_0015"/>
                <w:id w:val="100015"/>
                <w14:checkbox>
                  <w14:checked w14:val="0"/>
                  <w14:checkedState w14:val="2612" w14:font="Arial"/>
                  <w14:uncheckedState w14:val="2610" w14:font="Arial"/>
                </w14:checkbox>
              </w:sdtPr>
              <w:sdtEndPr/>
              <w:sdtContent>
                <w:r w:rsidR="00A5425F" w:rsidRPr="00050403">
                  <w:rPr>
                    <w:rFonts w:ascii="Segoe UI Symbol" w:hAnsi="Segoe UI Symbol" w:cs="Segoe UI Symbol"/>
                    <w:sz w:val="18"/>
                    <w:szCs w:val="18"/>
                    <w:lang w:val="de-DE"/>
                  </w:rPr>
                  <w:t>☐</w:t>
                </w:r>
              </w:sdtContent>
            </w:sdt>
            <w:r w:rsidR="00A5425F" w:rsidRPr="00050403">
              <w:rPr>
                <w:rFonts w:hint="eastAsia"/>
                <w:sz w:val="18"/>
                <w:szCs w:val="18"/>
                <w:lang w:val="de-DE"/>
              </w:rPr>
              <w:t xml:space="preserve"> Ja</w:t>
            </w:r>
            <w:r w:rsidR="00F4392E" w:rsidRPr="00050403">
              <w:rPr>
                <w:sz w:val="18"/>
                <w:szCs w:val="18"/>
                <w:lang w:val="de-DE"/>
              </w:rPr>
              <w:t xml:space="preserve"> </w:t>
            </w:r>
            <w:sdt>
              <w:sdtPr>
                <w:rPr>
                  <w:sz w:val="18"/>
                  <w:szCs w:val="18"/>
                  <w:lang w:val="de-DE"/>
                </w:rPr>
                <w:alias w:val="Checkbox 15"/>
                <w:tag w:val="CHECKBOX_0015"/>
                <w:id w:val="1730037794"/>
                <w14:checkbox>
                  <w14:checked w14:val="0"/>
                  <w14:checkedState w14:val="2612" w14:font="Arial"/>
                  <w14:uncheckedState w14:val="2610" w14:font="Arial"/>
                </w14:checkbox>
              </w:sdtPr>
              <w:sdtEndPr/>
              <w:sdtContent>
                <w:r w:rsidR="00F4392E" w:rsidRPr="00050403">
                  <w:rPr>
                    <w:rFonts w:ascii="Segoe UI Symbol" w:hAnsi="Segoe UI Symbol" w:cs="Segoe UI Symbol"/>
                    <w:sz w:val="18"/>
                    <w:szCs w:val="18"/>
                    <w:lang w:val="de-DE"/>
                  </w:rPr>
                  <w:t>☐</w:t>
                </w:r>
              </w:sdtContent>
            </w:sdt>
            <w:r w:rsidR="00F4392E" w:rsidRPr="00050403">
              <w:rPr>
                <w:rFonts w:hint="eastAsia"/>
                <w:sz w:val="18"/>
                <w:szCs w:val="18"/>
                <w:lang w:val="de-DE"/>
              </w:rPr>
              <w:t xml:space="preserve"> </w:t>
            </w:r>
            <w:r w:rsidR="00F4392E" w:rsidRPr="00050403">
              <w:rPr>
                <w:sz w:val="18"/>
                <w:szCs w:val="18"/>
                <w:lang w:val="de-DE"/>
              </w:rPr>
              <w:t>Unbekannt</w:t>
            </w:r>
          </w:p>
          <w:p w14:paraId="5039FA4B" w14:textId="77777777" w:rsidR="00A030B5" w:rsidRPr="00050403" w:rsidRDefault="00A030B5" w:rsidP="000B505C">
            <w:pPr>
              <w:spacing w:after="0" w:line="240" w:lineRule="auto"/>
              <w:rPr>
                <w:rFonts w:hint="eastAsia"/>
                <w:sz w:val="18"/>
                <w:szCs w:val="18"/>
                <w:lang w:val="de-DE"/>
              </w:rPr>
            </w:pPr>
            <w:r w:rsidRPr="00050403">
              <w:rPr>
                <w:sz w:val="18"/>
                <w:szCs w:val="18"/>
                <w:lang w:val="de-DE"/>
              </w:rPr>
              <w:t>Falls ja, geben Sie bitte URL und Datum an:</w:t>
            </w:r>
          </w:p>
          <w:p w14:paraId="050DB9D9" w14:textId="6E029EA8" w:rsidR="00A030B5" w:rsidRPr="00050403" w:rsidRDefault="00A030B5" w:rsidP="000B505C">
            <w:pPr>
              <w:spacing w:after="0" w:line="240" w:lineRule="auto"/>
              <w:rPr>
                <w:rFonts w:hint="eastAsia"/>
                <w:sz w:val="18"/>
                <w:szCs w:val="18"/>
                <w:lang w:val="de-DE"/>
              </w:rPr>
            </w:pPr>
          </w:p>
        </w:tc>
      </w:tr>
      <w:tr w:rsidR="00A5425F" w:rsidRPr="00050403" w14:paraId="25224E5E"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536D47A2" w14:textId="77777777" w:rsidR="00A5425F" w:rsidRPr="00050403" w:rsidRDefault="00A5425F" w:rsidP="000B505C">
            <w:pPr>
              <w:spacing w:after="0" w:line="240" w:lineRule="auto"/>
              <w:rPr>
                <w:rFonts w:hint="eastAsia"/>
                <w:sz w:val="18"/>
                <w:szCs w:val="18"/>
                <w:lang w:val="de-DE"/>
              </w:rPr>
            </w:pPr>
            <w:r w:rsidRPr="00050403">
              <w:rPr>
                <w:rFonts w:eastAsia="Myriad Pro" w:cs="Myriad Pro" w:hint="eastAsia"/>
                <w:b/>
                <w:color w:val="1D2958"/>
                <w:sz w:val="18"/>
                <w:szCs w:val="18"/>
                <w:lang w:val="de-DE"/>
              </w:rPr>
              <w:t>Ist ein Proof of Concept öffentlich verfügbar?</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7E3570BC" w14:textId="77777777" w:rsidR="00A5425F" w:rsidRPr="00050403" w:rsidRDefault="00140861" w:rsidP="000B505C">
            <w:pPr>
              <w:spacing w:after="0" w:line="240" w:lineRule="auto"/>
              <w:rPr>
                <w:rFonts w:hint="eastAsia"/>
                <w:sz w:val="18"/>
                <w:szCs w:val="18"/>
                <w:lang w:val="de-DE"/>
              </w:rPr>
            </w:pPr>
            <w:sdt>
              <w:sdtPr>
                <w:rPr>
                  <w:sz w:val="18"/>
                  <w:szCs w:val="18"/>
                  <w:lang w:val="de-DE"/>
                </w:rPr>
                <w:alias w:val="Checkbox 16"/>
                <w:tag w:val="CHECKBOX_0016"/>
                <w:id w:val="100016"/>
                <w14:checkbox>
                  <w14:checked w14:val="0"/>
                  <w14:checkedState w14:val="2612" w14:font="Arial"/>
                  <w14:uncheckedState w14:val="2610" w14:font="Arial"/>
                </w14:checkbox>
              </w:sdtPr>
              <w:sdtEndPr/>
              <w:sdtContent>
                <w:r w:rsidR="00A5425F" w:rsidRPr="00050403">
                  <w:rPr>
                    <w:rFonts w:ascii="Segoe UI Symbol" w:hAnsi="Segoe UI Symbol" w:cs="Segoe UI Symbol"/>
                    <w:sz w:val="18"/>
                    <w:szCs w:val="18"/>
                    <w:lang w:val="de-DE"/>
                  </w:rPr>
                  <w:t>☐</w:t>
                </w:r>
              </w:sdtContent>
            </w:sdt>
            <w:r w:rsidR="00A5425F" w:rsidRPr="00050403">
              <w:rPr>
                <w:rFonts w:hint="eastAsia"/>
                <w:sz w:val="18"/>
                <w:szCs w:val="18"/>
                <w:lang w:val="de-DE"/>
              </w:rPr>
              <w:t xml:space="preserve"> Nein </w:t>
            </w:r>
            <w:sdt>
              <w:sdtPr>
                <w:rPr>
                  <w:sz w:val="18"/>
                  <w:szCs w:val="18"/>
                  <w:lang w:val="de-DE"/>
                </w:rPr>
                <w:alias w:val="Checkbox 17"/>
                <w:tag w:val="CHECKBOX_0017"/>
                <w:id w:val="100017"/>
                <w14:checkbox>
                  <w14:checked w14:val="0"/>
                  <w14:checkedState w14:val="2612" w14:font="Arial"/>
                  <w14:uncheckedState w14:val="2610" w14:font="Arial"/>
                </w14:checkbox>
              </w:sdtPr>
              <w:sdtEndPr/>
              <w:sdtContent>
                <w:r w:rsidR="00A5425F" w:rsidRPr="00050403">
                  <w:rPr>
                    <w:rFonts w:ascii="Segoe UI Symbol" w:hAnsi="Segoe UI Symbol" w:cs="Segoe UI Symbol"/>
                    <w:sz w:val="18"/>
                    <w:szCs w:val="18"/>
                    <w:lang w:val="de-DE"/>
                  </w:rPr>
                  <w:t>☐</w:t>
                </w:r>
              </w:sdtContent>
            </w:sdt>
            <w:r w:rsidR="00A5425F" w:rsidRPr="00050403">
              <w:rPr>
                <w:rFonts w:hint="eastAsia"/>
                <w:sz w:val="18"/>
                <w:szCs w:val="18"/>
                <w:lang w:val="de-DE"/>
              </w:rPr>
              <w:t xml:space="preserve"> Ja</w:t>
            </w:r>
            <w:r w:rsidR="00F4392E" w:rsidRPr="00050403">
              <w:rPr>
                <w:sz w:val="18"/>
                <w:szCs w:val="18"/>
                <w:lang w:val="de-DE"/>
              </w:rPr>
              <w:t xml:space="preserve"> </w:t>
            </w:r>
            <w:sdt>
              <w:sdtPr>
                <w:rPr>
                  <w:sz w:val="18"/>
                  <w:szCs w:val="18"/>
                  <w:lang w:val="de-DE"/>
                </w:rPr>
                <w:alias w:val="Checkbox 15"/>
                <w:tag w:val="CHECKBOX_0015"/>
                <w:id w:val="-2065480715"/>
                <w14:checkbox>
                  <w14:checked w14:val="0"/>
                  <w14:checkedState w14:val="2612" w14:font="Arial"/>
                  <w14:uncheckedState w14:val="2610" w14:font="Arial"/>
                </w14:checkbox>
              </w:sdtPr>
              <w:sdtEndPr/>
              <w:sdtContent>
                <w:r w:rsidR="00F4392E" w:rsidRPr="00050403">
                  <w:rPr>
                    <w:rFonts w:ascii="Segoe UI Symbol" w:hAnsi="Segoe UI Symbol" w:cs="Segoe UI Symbol"/>
                    <w:sz w:val="18"/>
                    <w:szCs w:val="18"/>
                    <w:lang w:val="de-DE"/>
                  </w:rPr>
                  <w:t>☐</w:t>
                </w:r>
              </w:sdtContent>
            </w:sdt>
            <w:r w:rsidR="00F4392E" w:rsidRPr="00050403">
              <w:rPr>
                <w:rFonts w:hint="eastAsia"/>
                <w:sz w:val="18"/>
                <w:szCs w:val="18"/>
                <w:lang w:val="de-DE"/>
              </w:rPr>
              <w:t xml:space="preserve"> </w:t>
            </w:r>
            <w:r w:rsidR="00F4392E" w:rsidRPr="00050403">
              <w:rPr>
                <w:sz w:val="18"/>
                <w:szCs w:val="18"/>
                <w:lang w:val="de-DE"/>
              </w:rPr>
              <w:t>Unbekannt</w:t>
            </w:r>
          </w:p>
          <w:p w14:paraId="6332CB30" w14:textId="77777777" w:rsidR="00344641" w:rsidRPr="00050403" w:rsidRDefault="00344641" w:rsidP="00344641">
            <w:pPr>
              <w:spacing w:after="0" w:line="240" w:lineRule="auto"/>
              <w:rPr>
                <w:rFonts w:hint="eastAsia"/>
                <w:sz w:val="18"/>
                <w:szCs w:val="18"/>
                <w:lang w:val="de-DE"/>
              </w:rPr>
            </w:pPr>
            <w:r w:rsidRPr="00050403">
              <w:rPr>
                <w:sz w:val="18"/>
                <w:szCs w:val="18"/>
                <w:lang w:val="de-DE"/>
              </w:rPr>
              <w:t>Falls ja, geben Sie bitte URL und Datum an:</w:t>
            </w:r>
          </w:p>
          <w:p w14:paraId="22620338" w14:textId="31F65F38" w:rsidR="00344641" w:rsidRPr="00050403" w:rsidRDefault="00344641" w:rsidP="000B505C">
            <w:pPr>
              <w:spacing w:after="0" w:line="240" w:lineRule="auto"/>
              <w:rPr>
                <w:rFonts w:hint="eastAsia"/>
                <w:sz w:val="18"/>
                <w:szCs w:val="18"/>
                <w:lang w:val="de-DE"/>
              </w:rPr>
            </w:pPr>
          </w:p>
        </w:tc>
      </w:tr>
      <w:tr w:rsidR="00A5425F" w:rsidRPr="00050403" w14:paraId="20021B12"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0252984" w14:textId="77777777" w:rsidR="00A5425F" w:rsidRPr="00050403" w:rsidRDefault="00A5425F" w:rsidP="000B505C">
            <w:pPr>
              <w:spacing w:after="0" w:line="240" w:lineRule="auto"/>
              <w:rPr>
                <w:rFonts w:hint="eastAsia"/>
                <w:sz w:val="18"/>
                <w:szCs w:val="18"/>
                <w:lang w:val="de-DE"/>
              </w:rPr>
            </w:pPr>
            <w:r w:rsidRPr="00050403">
              <w:rPr>
                <w:rFonts w:eastAsia="Myriad Pro" w:cs="Myriad Pro" w:hint="eastAsia"/>
                <w:b/>
                <w:color w:val="1D2958"/>
                <w:sz w:val="18"/>
                <w:szCs w:val="18"/>
                <w:lang w:val="de-DE"/>
              </w:rPr>
              <w:t>Ist eine aktive Ausnutzung bekannt oder wird sie vermutet?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33EA5ABD" w14:textId="77777777" w:rsidR="00A5425F" w:rsidRPr="00050403" w:rsidRDefault="00140861" w:rsidP="000B505C">
            <w:pPr>
              <w:tabs>
                <w:tab w:val="left" w:leader="underscore" w:pos="9200"/>
              </w:tabs>
              <w:spacing w:after="0" w:line="240" w:lineRule="auto"/>
              <w:rPr>
                <w:rFonts w:hint="eastAsia"/>
                <w:sz w:val="18"/>
                <w:szCs w:val="18"/>
                <w:lang w:val="de-DE"/>
              </w:rPr>
            </w:pPr>
            <w:sdt>
              <w:sdtPr>
                <w:rPr>
                  <w:sz w:val="18"/>
                  <w:szCs w:val="18"/>
                  <w:lang w:val="de-DE"/>
                </w:rPr>
                <w:alias w:val="Checkbox 18"/>
                <w:tag w:val="CHECKBOX_0018"/>
                <w:id w:val="100018"/>
                <w14:checkbox>
                  <w14:checked w14:val="0"/>
                  <w14:checkedState w14:val="2612" w14:font="Arial"/>
                  <w14:uncheckedState w14:val="2610" w14:font="Arial"/>
                </w14:checkbox>
              </w:sdtPr>
              <w:sdtEndPr/>
              <w:sdtContent>
                <w:r w:rsidR="00A5425F" w:rsidRPr="00050403">
                  <w:rPr>
                    <w:rFonts w:ascii="Segoe UI Symbol" w:hAnsi="Segoe UI Symbol" w:cs="Segoe UI Symbol"/>
                    <w:sz w:val="18"/>
                    <w:szCs w:val="18"/>
                    <w:lang w:val="de-DE"/>
                  </w:rPr>
                  <w:t>☐</w:t>
                </w:r>
              </w:sdtContent>
            </w:sdt>
            <w:r w:rsidR="00A5425F" w:rsidRPr="00050403">
              <w:rPr>
                <w:rFonts w:hint="eastAsia"/>
                <w:sz w:val="18"/>
                <w:szCs w:val="18"/>
                <w:lang w:val="de-DE"/>
              </w:rPr>
              <w:t xml:space="preserve"> Nein </w:t>
            </w:r>
            <w:sdt>
              <w:sdtPr>
                <w:rPr>
                  <w:sz w:val="18"/>
                  <w:szCs w:val="18"/>
                  <w:lang w:val="de-DE"/>
                </w:rPr>
                <w:alias w:val="Checkbox 19"/>
                <w:tag w:val="CHECKBOX_0019"/>
                <w:id w:val="100019"/>
                <w14:checkbox>
                  <w14:checked w14:val="0"/>
                  <w14:checkedState w14:val="2612" w14:font="Arial"/>
                  <w14:uncheckedState w14:val="2610" w14:font="Arial"/>
                </w14:checkbox>
              </w:sdtPr>
              <w:sdtEndPr/>
              <w:sdtContent>
                <w:r w:rsidR="00A5425F" w:rsidRPr="00050403">
                  <w:rPr>
                    <w:rFonts w:ascii="Segoe UI Symbol" w:hAnsi="Segoe UI Symbol" w:cs="Segoe UI Symbol"/>
                    <w:sz w:val="18"/>
                    <w:szCs w:val="18"/>
                    <w:lang w:val="de-DE"/>
                  </w:rPr>
                  <w:t>☐</w:t>
                </w:r>
              </w:sdtContent>
            </w:sdt>
            <w:r w:rsidR="00A5425F" w:rsidRPr="00050403">
              <w:rPr>
                <w:rFonts w:hint="eastAsia"/>
                <w:sz w:val="18"/>
                <w:szCs w:val="18"/>
                <w:lang w:val="de-DE"/>
              </w:rPr>
              <w:t xml:space="preserve"> Ja </w:t>
            </w:r>
            <w:sdt>
              <w:sdtPr>
                <w:rPr>
                  <w:sz w:val="18"/>
                  <w:szCs w:val="18"/>
                  <w:lang w:val="de-DE"/>
                </w:rPr>
                <w:alias w:val="Checkbox 20"/>
                <w:tag w:val="CHECKBOX_0020"/>
                <w:id w:val="100020"/>
                <w14:checkbox>
                  <w14:checked w14:val="0"/>
                  <w14:checkedState w14:val="2612" w14:font="Arial"/>
                  <w14:uncheckedState w14:val="2610" w14:font="Arial"/>
                </w14:checkbox>
              </w:sdtPr>
              <w:sdtEndPr/>
              <w:sdtContent>
                <w:r w:rsidR="00A5425F" w:rsidRPr="00050403">
                  <w:rPr>
                    <w:rFonts w:ascii="Segoe UI Symbol" w:hAnsi="Segoe UI Symbol" w:cs="Segoe UI Symbol"/>
                    <w:sz w:val="18"/>
                    <w:szCs w:val="18"/>
                    <w:lang w:val="de-DE"/>
                  </w:rPr>
                  <w:t>☐</w:t>
                </w:r>
              </w:sdtContent>
            </w:sdt>
            <w:r w:rsidR="00A5425F" w:rsidRPr="00050403">
              <w:rPr>
                <w:rFonts w:hint="eastAsia"/>
                <w:sz w:val="18"/>
                <w:szCs w:val="18"/>
                <w:lang w:val="de-DE"/>
              </w:rPr>
              <w:t xml:space="preserve"> Unbekannt</w:t>
            </w:r>
          </w:p>
          <w:p w14:paraId="40A7C759" w14:textId="7C5281FA" w:rsidR="003A767A" w:rsidRPr="00050403" w:rsidRDefault="003A767A" w:rsidP="003A767A">
            <w:pPr>
              <w:spacing w:after="0" w:line="240" w:lineRule="auto"/>
              <w:rPr>
                <w:rFonts w:hint="eastAsia"/>
                <w:sz w:val="18"/>
                <w:szCs w:val="18"/>
                <w:lang w:val="de-DE"/>
              </w:rPr>
            </w:pPr>
            <w:r w:rsidRPr="00050403">
              <w:rPr>
                <w:sz w:val="18"/>
                <w:szCs w:val="18"/>
                <w:lang w:val="de-DE"/>
              </w:rPr>
              <w:t>Falls ja, machen Sie bitte nähere Angaben:</w:t>
            </w:r>
          </w:p>
          <w:p w14:paraId="1CB67DBA" w14:textId="4E13D27A" w:rsidR="003A767A" w:rsidRPr="00050403" w:rsidRDefault="003A767A" w:rsidP="000B505C">
            <w:pPr>
              <w:tabs>
                <w:tab w:val="left" w:leader="underscore" w:pos="9200"/>
              </w:tabs>
              <w:spacing w:after="0" w:line="240" w:lineRule="auto"/>
              <w:rPr>
                <w:rFonts w:hint="eastAsia"/>
                <w:sz w:val="18"/>
                <w:szCs w:val="18"/>
                <w:lang w:val="de-DE"/>
              </w:rPr>
            </w:pPr>
          </w:p>
        </w:tc>
      </w:tr>
      <w:tr w:rsidR="00A5425F" w:rsidRPr="00050403" w14:paraId="266E3BC8"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BD5347E" w14:textId="77777777" w:rsidR="00A5425F" w:rsidRPr="00050403" w:rsidRDefault="00A5425F" w:rsidP="000B505C">
            <w:pPr>
              <w:spacing w:after="0" w:line="240" w:lineRule="auto"/>
              <w:rPr>
                <w:rFonts w:hint="eastAsia"/>
                <w:sz w:val="18"/>
                <w:szCs w:val="18"/>
                <w:lang w:val="de-DE"/>
              </w:rPr>
            </w:pPr>
            <w:r w:rsidRPr="00050403">
              <w:rPr>
                <w:rFonts w:eastAsia="Myriad Pro" w:cs="Myriad Pro" w:hint="eastAsia"/>
                <w:b/>
                <w:color w:val="1D2958"/>
                <w:sz w:val="18"/>
                <w:szCs w:val="18"/>
                <w:lang w:val="de-DE"/>
              </w:rPr>
              <w:t>Wurde ein anderer Hersteller, Lieferant, ein CERT oder eine koordinierende Stelle kontaktiert?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112D2C42" w14:textId="77777777" w:rsidR="00A5425F" w:rsidRPr="00050403" w:rsidRDefault="00140861" w:rsidP="000B505C">
            <w:pPr>
              <w:spacing w:after="0" w:line="240" w:lineRule="auto"/>
              <w:rPr>
                <w:rFonts w:hint="eastAsia"/>
                <w:sz w:val="18"/>
                <w:szCs w:val="18"/>
                <w:lang w:val="de-DE"/>
              </w:rPr>
            </w:pPr>
            <w:sdt>
              <w:sdtPr>
                <w:rPr>
                  <w:sz w:val="18"/>
                  <w:szCs w:val="18"/>
                  <w:lang w:val="de-DE"/>
                </w:rPr>
                <w:alias w:val="Checkbox 21"/>
                <w:tag w:val="CHECKBOX_0021"/>
                <w:id w:val="100021"/>
                <w14:checkbox>
                  <w14:checked w14:val="0"/>
                  <w14:checkedState w14:val="2612" w14:font="Arial"/>
                  <w14:uncheckedState w14:val="2610" w14:font="Arial"/>
                </w14:checkbox>
              </w:sdtPr>
              <w:sdtEndPr/>
              <w:sdtContent>
                <w:r w:rsidR="00A5425F" w:rsidRPr="00050403">
                  <w:rPr>
                    <w:rFonts w:ascii="Segoe UI Symbol" w:hAnsi="Segoe UI Symbol" w:cs="Segoe UI Symbol"/>
                    <w:sz w:val="18"/>
                    <w:szCs w:val="18"/>
                    <w:lang w:val="de-DE"/>
                  </w:rPr>
                  <w:t>☐</w:t>
                </w:r>
              </w:sdtContent>
            </w:sdt>
            <w:r w:rsidR="00A5425F" w:rsidRPr="00050403">
              <w:rPr>
                <w:rFonts w:hint="eastAsia"/>
                <w:sz w:val="18"/>
                <w:szCs w:val="18"/>
                <w:lang w:val="de-DE"/>
              </w:rPr>
              <w:t xml:space="preserve"> Nein </w:t>
            </w:r>
            <w:sdt>
              <w:sdtPr>
                <w:rPr>
                  <w:sz w:val="18"/>
                  <w:szCs w:val="18"/>
                  <w:lang w:val="de-DE"/>
                </w:rPr>
                <w:alias w:val="Checkbox 22"/>
                <w:tag w:val="CHECKBOX_0022"/>
                <w:id w:val="100022"/>
                <w14:checkbox>
                  <w14:checked w14:val="0"/>
                  <w14:checkedState w14:val="2612" w14:font="Arial"/>
                  <w14:uncheckedState w14:val="2610" w14:font="Arial"/>
                </w14:checkbox>
              </w:sdtPr>
              <w:sdtEndPr/>
              <w:sdtContent>
                <w:r w:rsidR="00A5425F" w:rsidRPr="00050403">
                  <w:rPr>
                    <w:rFonts w:ascii="Segoe UI Symbol" w:hAnsi="Segoe UI Symbol" w:cs="Segoe UI Symbol"/>
                    <w:sz w:val="18"/>
                    <w:szCs w:val="18"/>
                    <w:lang w:val="de-DE"/>
                  </w:rPr>
                  <w:t>☐</w:t>
                </w:r>
              </w:sdtContent>
            </w:sdt>
            <w:r w:rsidR="00A5425F" w:rsidRPr="00050403">
              <w:rPr>
                <w:rFonts w:hint="eastAsia"/>
                <w:sz w:val="18"/>
                <w:szCs w:val="18"/>
                <w:lang w:val="de-DE"/>
              </w:rPr>
              <w:t xml:space="preserve"> Ja</w:t>
            </w:r>
            <w:r w:rsidR="00C56E3C" w:rsidRPr="00050403">
              <w:rPr>
                <w:sz w:val="18"/>
                <w:szCs w:val="18"/>
                <w:lang w:val="de-DE"/>
              </w:rPr>
              <w:t xml:space="preserve"> </w:t>
            </w:r>
            <w:sdt>
              <w:sdtPr>
                <w:rPr>
                  <w:sz w:val="18"/>
                  <w:szCs w:val="18"/>
                  <w:lang w:val="de-DE"/>
                </w:rPr>
                <w:alias w:val="Checkbox 20"/>
                <w:tag w:val="CHECKBOX_0020"/>
                <w:id w:val="-1033111106"/>
                <w14:checkbox>
                  <w14:checked w14:val="0"/>
                  <w14:checkedState w14:val="2612" w14:font="Arial"/>
                  <w14:uncheckedState w14:val="2610" w14:font="Arial"/>
                </w14:checkbox>
              </w:sdtPr>
              <w:sdtEndPr/>
              <w:sdtContent>
                <w:r w:rsidR="00C56E3C" w:rsidRPr="00050403">
                  <w:rPr>
                    <w:rFonts w:ascii="Segoe UI Symbol" w:hAnsi="Segoe UI Symbol" w:cs="Segoe UI Symbol"/>
                    <w:sz w:val="18"/>
                    <w:szCs w:val="18"/>
                    <w:lang w:val="de-DE"/>
                  </w:rPr>
                  <w:t>☐</w:t>
                </w:r>
              </w:sdtContent>
            </w:sdt>
            <w:r w:rsidR="00C56E3C" w:rsidRPr="00050403">
              <w:rPr>
                <w:rFonts w:hint="eastAsia"/>
                <w:sz w:val="18"/>
                <w:szCs w:val="18"/>
                <w:lang w:val="de-DE"/>
              </w:rPr>
              <w:t xml:space="preserve"> Unbekannt</w:t>
            </w:r>
          </w:p>
          <w:p w14:paraId="51CB8D36" w14:textId="21538EE8" w:rsidR="00794C62" w:rsidRPr="00050403" w:rsidRDefault="00794C62" w:rsidP="000B505C">
            <w:pPr>
              <w:spacing w:after="0" w:line="240" w:lineRule="auto"/>
              <w:rPr>
                <w:rFonts w:hint="eastAsia"/>
                <w:sz w:val="18"/>
                <w:szCs w:val="18"/>
                <w:lang w:val="de-DE"/>
              </w:rPr>
            </w:pPr>
            <w:r w:rsidRPr="00050403">
              <w:rPr>
                <w:sz w:val="18"/>
                <w:szCs w:val="18"/>
                <w:lang w:val="de-DE"/>
              </w:rPr>
              <w:t xml:space="preserve">Falls ja, geben Sie bitte Stelle, Fall-ID und Datum an: </w:t>
            </w:r>
          </w:p>
          <w:p w14:paraId="0D4B8D09" w14:textId="6F2DF5F3" w:rsidR="00794C62" w:rsidRPr="00050403" w:rsidRDefault="00794C62" w:rsidP="000B505C">
            <w:pPr>
              <w:spacing w:after="0" w:line="240" w:lineRule="auto"/>
              <w:rPr>
                <w:rFonts w:hint="eastAsia"/>
                <w:sz w:val="18"/>
                <w:szCs w:val="18"/>
                <w:lang w:val="de-DE"/>
              </w:rPr>
            </w:pPr>
          </w:p>
        </w:tc>
      </w:tr>
      <w:tr w:rsidR="00A5425F" w:rsidRPr="00050403" w14:paraId="7699255C"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DF83342" w14:textId="77777777" w:rsidR="00A5425F" w:rsidRPr="00050403" w:rsidRDefault="00A5425F" w:rsidP="000B505C">
            <w:pPr>
              <w:spacing w:after="0" w:line="240" w:lineRule="auto"/>
              <w:rPr>
                <w:rFonts w:hint="eastAsia"/>
                <w:sz w:val="18"/>
                <w:szCs w:val="18"/>
                <w:lang w:val="de-DE"/>
              </w:rPr>
            </w:pPr>
            <w:r w:rsidRPr="00050403">
              <w:rPr>
                <w:rFonts w:eastAsia="Myriad Pro" w:cs="Myriad Pro" w:hint="eastAsia"/>
                <w:b/>
                <w:color w:val="1D2958"/>
                <w:sz w:val="18"/>
                <w:szCs w:val="18"/>
                <w:lang w:val="de-DE"/>
              </w:rPr>
              <w:t>Planen Sie, das Problem nach der Behebung zu besprechen oder zu veröffentlichen?</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2C3C2C33" w14:textId="042F6D18" w:rsidR="00A5425F" w:rsidRPr="00050403" w:rsidRDefault="00140861" w:rsidP="000B505C">
            <w:pPr>
              <w:spacing w:after="0" w:line="240" w:lineRule="auto"/>
              <w:rPr>
                <w:rFonts w:hint="eastAsia"/>
                <w:sz w:val="18"/>
                <w:szCs w:val="18"/>
                <w:lang w:val="de-DE"/>
              </w:rPr>
            </w:pPr>
            <w:sdt>
              <w:sdtPr>
                <w:rPr>
                  <w:sz w:val="18"/>
                  <w:szCs w:val="18"/>
                  <w:lang w:val="de-DE"/>
                </w:rPr>
                <w:alias w:val="Checkbox 23"/>
                <w:tag w:val="CHECKBOX_0023"/>
                <w:id w:val="100023"/>
                <w14:checkbox>
                  <w14:checked w14:val="0"/>
                  <w14:checkedState w14:val="2612" w14:font="Arial"/>
                  <w14:uncheckedState w14:val="2610" w14:font="Arial"/>
                </w14:checkbox>
              </w:sdtPr>
              <w:sdtEndPr/>
              <w:sdtContent>
                <w:r w:rsidR="00A5425F" w:rsidRPr="00050403">
                  <w:rPr>
                    <w:rFonts w:ascii="Segoe UI Symbol" w:hAnsi="Segoe UI Symbol" w:cs="Segoe UI Symbol"/>
                    <w:sz w:val="18"/>
                    <w:szCs w:val="18"/>
                    <w:lang w:val="de-DE"/>
                  </w:rPr>
                  <w:t>☐</w:t>
                </w:r>
              </w:sdtContent>
            </w:sdt>
            <w:r w:rsidR="00A5425F" w:rsidRPr="00050403">
              <w:rPr>
                <w:rFonts w:hint="eastAsia"/>
                <w:sz w:val="18"/>
                <w:szCs w:val="18"/>
                <w:lang w:val="de-DE"/>
              </w:rPr>
              <w:t xml:space="preserve"> Nein </w:t>
            </w:r>
            <w:sdt>
              <w:sdtPr>
                <w:rPr>
                  <w:sz w:val="18"/>
                  <w:szCs w:val="18"/>
                  <w:lang w:val="de-DE"/>
                </w:rPr>
                <w:alias w:val="Checkbox 24"/>
                <w:tag w:val="CHECKBOX_0024"/>
                <w:id w:val="100024"/>
                <w14:checkbox>
                  <w14:checked w14:val="0"/>
                  <w14:checkedState w14:val="2612" w14:font="Arial"/>
                  <w14:uncheckedState w14:val="2610" w14:font="Arial"/>
                </w14:checkbox>
              </w:sdtPr>
              <w:sdtEndPr/>
              <w:sdtContent>
                <w:r w:rsidR="00A5425F" w:rsidRPr="00050403">
                  <w:rPr>
                    <w:rFonts w:ascii="Segoe UI Symbol" w:hAnsi="Segoe UI Symbol" w:cs="Segoe UI Symbol"/>
                    <w:sz w:val="18"/>
                    <w:szCs w:val="18"/>
                    <w:lang w:val="de-DE"/>
                  </w:rPr>
                  <w:t>☐</w:t>
                </w:r>
              </w:sdtContent>
            </w:sdt>
            <w:r w:rsidR="00A5425F" w:rsidRPr="00050403">
              <w:rPr>
                <w:rFonts w:hint="eastAsia"/>
                <w:sz w:val="18"/>
                <w:szCs w:val="18"/>
                <w:lang w:val="de-DE"/>
              </w:rPr>
              <w:t xml:space="preserve"> Ja</w:t>
            </w:r>
            <w:r w:rsidR="002625FC" w:rsidRPr="00050403">
              <w:rPr>
                <w:sz w:val="18"/>
                <w:szCs w:val="18"/>
                <w:lang w:val="de-DE"/>
              </w:rPr>
              <w:t xml:space="preserve"> </w:t>
            </w:r>
            <w:sdt>
              <w:sdtPr>
                <w:rPr>
                  <w:sz w:val="18"/>
                  <w:szCs w:val="18"/>
                  <w:lang w:val="de-DE"/>
                </w:rPr>
                <w:alias w:val="Checkbox 20"/>
                <w:tag w:val="CHECKBOX_0020"/>
                <w:id w:val="-675811522"/>
                <w14:checkbox>
                  <w14:checked w14:val="0"/>
                  <w14:checkedState w14:val="2612" w14:font="Arial"/>
                  <w14:uncheckedState w14:val="2610" w14:font="Arial"/>
                </w14:checkbox>
              </w:sdtPr>
              <w:sdtEndPr/>
              <w:sdtContent>
                <w:r w:rsidR="002625FC" w:rsidRPr="00050403">
                  <w:rPr>
                    <w:rFonts w:ascii="Segoe UI Symbol" w:hAnsi="Segoe UI Symbol" w:cs="Segoe UI Symbol"/>
                    <w:sz w:val="18"/>
                    <w:szCs w:val="18"/>
                    <w:lang w:val="de-DE"/>
                  </w:rPr>
                  <w:t>☐</w:t>
                </w:r>
              </w:sdtContent>
            </w:sdt>
            <w:r w:rsidR="002625FC" w:rsidRPr="00050403">
              <w:rPr>
                <w:rFonts w:hint="eastAsia"/>
                <w:sz w:val="18"/>
                <w:szCs w:val="18"/>
                <w:lang w:val="de-DE"/>
              </w:rPr>
              <w:t xml:space="preserve"> Unbekannt</w:t>
            </w:r>
          </w:p>
          <w:p w14:paraId="489377EF" w14:textId="26DF91C2" w:rsidR="004452B0" w:rsidRPr="00050403" w:rsidRDefault="004452B0" w:rsidP="000B505C">
            <w:pPr>
              <w:spacing w:after="0" w:line="240" w:lineRule="auto"/>
              <w:rPr>
                <w:rFonts w:hint="eastAsia"/>
                <w:sz w:val="18"/>
                <w:szCs w:val="18"/>
                <w:lang w:val="de-DE"/>
              </w:rPr>
            </w:pPr>
            <w:r w:rsidRPr="00050403">
              <w:rPr>
                <w:sz w:val="18"/>
                <w:szCs w:val="18"/>
                <w:lang w:val="de-DE"/>
              </w:rPr>
              <w:t>Falls ja, machen Sie bitte nähere Angaben:</w:t>
            </w:r>
          </w:p>
          <w:p w14:paraId="65D34F61" w14:textId="7790DE9A" w:rsidR="004452B0" w:rsidRPr="00050403" w:rsidRDefault="004452B0" w:rsidP="000B505C">
            <w:pPr>
              <w:spacing w:after="0" w:line="240" w:lineRule="auto"/>
              <w:rPr>
                <w:rFonts w:hint="eastAsia"/>
                <w:sz w:val="18"/>
                <w:szCs w:val="18"/>
                <w:lang w:val="de-DE"/>
              </w:rPr>
            </w:pPr>
          </w:p>
        </w:tc>
      </w:tr>
      <w:tr w:rsidR="00A5425F" w:rsidRPr="00050403" w14:paraId="03BBF32D"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C3B348D" w14:textId="70C21239" w:rsidR="00A5425F" w:rsidRPr="00050403" w:rsidRDefault="00A5425F" w:rsidP="000B505C">
            <w:pPr>
              <w:spacing w:after="0" w:line="240" w:lineRule="auto"/>
              <w:rPr>
                <w:rFonts w:hint="eastAsia"/>
                <w:sz w:val="18"/>
                <w:szCs w:val="18"/>
                <w:lang w:val="de-DE"/>
              </w:rPr>
            </w:pPr>
            <w:r w:rsidRPr="00050403">
              <w:rPr>
                <w:rFonts w:eastAsia="Myriad Pro" w:cs="Myriad Pro" w:hint="eastAsia"/>
                <w:b/>
                <w:color w:val="1D2958"/>
                <w:sz w:val="18"/>
                <w:szCs w:val="18"/>
                <w:lang w:val="de-DE"/>
              </w:rPr>
              <w:t>Bevorzugtes Datum für die koordinierte Offenlegung, falls vorhanden</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365C086C" w14:textId="4565E0E0" w:rsidR="00A5425F" w:rsidRPr="00050403" w:rsidRDefault="00A5425F" w:rsidP="000B505C">
            <w:pPr>
              <w:spacing w:after="0" w:line="240" w:lineRule="auto"/>
              <w:rPr>
                <w:rFonts w:hint="eastAsia"/>
                <w:sz w:val="18"/>
                <w:szCs w:val="18"/>
                <w:lang w:val="de-DE"/>
              </w:rPr>
            </w:pPr>
          </w:p>
        </w:tc>
      </w:tr>
    </w:tbl>
    <w:p w14:paraId="5C6CB3F4" w14:textId="77777777" w:rsidR="00A5425F" w:rsidRPr="00050403" w:rsidRDefault="00A5425F" w:rsidP="00A5425F">
      <w:pPr>
        <w:spacing w:after="110" w:line="259" w:lineRule="auto"/>
        <w:rPr>
          <w:rFonts w:hint="eastAsia"/>
          <w:lang w:val="de-DE"/>
        </w:rPr>
      </w:pPr>
    </w:p>
    <w:p w14:paraId="631C87D5" w14:textId="3F161CF2" w:rsidR="004C6AB1" w:rsidRPr="00050403" w:rsidRDefault="004C6AB1" w:rsidP="00A5425F">
      <w:pPr>
        <w:spacing w:after="110" w:line="259" w:lineRule="auto"/>
        <w:rPr>
          <w:rFonts w:hint="eastAsia"/>
          <w:lang w:val="de-DE"/>
        </w:rPr>
      </w:pPr>
      <w:r w:rsidRPr="00050403">
        <w:rPr>
          <w:rStyle w:val="Strong"/>
          <w:lang w:val="de-DE"/>
        </w:rPr>
        <w:t>Hinweis zur koordinierten Offenlegung:</w:t>
      </w:r>
      <w:r w:rsidRPr="00050403">
        <w:rPr>
          <w:rStyle w:val="Strong"/>
          <w:lang w:val="de-DE"/>
        </w:rPr>
        <w:br/>
      </w:r>
      <w:r w:rsidRPr="00050403">
        <w:rPr>
          <w:lang w:val="de-DE"/>
        </w:rPr>
        <w:t>Bitte behandeln Sie nicht öffentliche Informationen zur Sicherheitslücke bis zu einem vereinbarten Offenlegungsdatum vertraulich. Wenn sich das Risiko ändert, eine aktive Ausnutzung beobachtet wird oder eine öffentliche Offenlegung wahrscheinlich wird, kontaktieren Sie bitte umgehend security@saluscontrols.com, damit der Offenlegungsplan neu bewertet werden kann.</w:t>
      </w:r>
    </w:p>
    <w:p w14:paraId="30318EA6" w14:textId="79C31313" w:rsidR="00A5425F" w:rsidRPr="00050403" w:rsidRDefault="00400CD9" w:rsidP="00A5425F">
      <w:pPr>
        <w:pStyle w:val="Heading2"/>
        <w:spacing w:after="80"/>
        <w:rPr>
          <w:lang w:val="de-DE"/>
        </w:rPr>
      </w:pPr>
      <w:bookmarkStart w:id="7" w:name="_Toc239339919"/>
      <w:r w:rsidRPr="00050403">
        <w:rPr>
          <w:rFonts w:ascii="Ubuntu" w:eastAsia="Ubuntu" w:hAnsi="Ubuntu" w:cs="Ubuntu"/>
          <w:u w:val="single"/>
          <w:lang w:val="de-DE"/>
        </w:rPr>
        <w:t>7. Vorgeschlagene Behebung oder Risikominderung (optional)</w:t>
      </w:r>
      <w:bookmarkEnd w:id="7"/>
    </w:p>
    <w:p w14:paraId="783A528A" w14:textId="728A2A6C" w:rsidR="00A5425F" w:rsidRPr="00050403" w:rsidRDefault="00A5425F" w:rsidP="00A5425F">
      <w:pPr>
        <w:pStyle w:val="ListBullet"/>
        <w:tabs>
          <w:tab w:val="left" w:leader="underscore" w:pos="9200"/>
        </w:tabs>
        <w:spacing w:after="50" w:line="252" w:lineRule="auto"/>
        <w:rPr>
          <w:rFonts w:hint="eastAsia"/>
          <w:lang w:val="de-DE"/>
        </w:rPr>
      </w:pPr>
      <w:r w:rsidRPr="00050403">
        <w:rPr>
          <w:rFonts w:eastAsia="Myriad Pro" w:cs="Myriad Pro" w:hint="eastAsia"/>
          <w:lang w:val="de-DE"/>
        </w:rPr>
        <w:t xml:space="preserve">Vorgeschlagene Behebung der Ursache, sofern bekannt: </w:t>
      </w:r>
      <w:r w:rsidRPr="00050403">
        <w:rPr>
          <w:rFonts w:eastAsia="Myriad Pro" w:cs="Myriad Pro" w:hint="eastAsia"/>
          <w:lang w:val="de-DE"/>
        </w:rPr>
        <w:tab/>
      </w:r>
    </w:p>
    <w:p w14:paraId="707D68F9" w14:textId="77D98296" w:rsidR="00A5425F" w:rsidRPr="00050403" w:rsidRDefault="00A5425F" w:rsidP="00A5425F">
      <w:pPr>
        <w:pStyle w:val="ListBullet"/>
        <w:tabs>
          <w:tab w:val="left" w:leader="underscore" w:pos="9200"/>
        </w:tabs>
        <w:spacing w:after="50" w:line="252" w:lineRule="auto"/>
        <w:rPr>
          <w:rFonts w:hint="eastAsia"/>
          <w:lang w:val="de-DE"/>
        </w:rPr>
      </w:pPr>
      <w:r w:rsidRPr="00050403">
        <w:rPr>
          <w:rFonts w:eastAsia="Myriad Pro" w:cs="Myriad Pro" w:hint="eastAsia"/>
          <w:lang w:val="de-DE"/>
        </w:rPr>
        <w:t xml:space="preserve">Vorgeschlagene vorübergehende Risikominderung oder Umgehungslösung, sofern bekannt: </w:t>
      </w:r>
      <w:r w:rsidRPr="00050403">
        <w:rPr>
          <w:rFonts w:eastAsia="Myriad Pro" w:cs="Myriad Pro" w:hint="eastAsia"/>
          <w:lang w:val="de-DE"/>
        </w:rPr>
        <w:tab/>
      </w:r>
    </w:p>
    <w:p w14:paraId="16310794" w14:textId="77777777" w:rsidR="00A5425F" w:rsidRPr="00050403" w:rsidRDefault="00A5425F" w:rsidP="00A5425F">
      <w:pPr>
        <w:pStyle w:val="ListBullet"/>
        <w:tabs>
          <w:tab w:val="left" w:leader="underscore" w:pos="9200"/>
        </w:tabs>
        <w:spacing w:after="50" w:line="252" w:lineRule="auto"/>
        <w:rPr>
          <w:rFonts w:hint="eastAsia"/>
          <w:lang w:val="de-DE"/>
        </w:rPr>
      </w:pPr>
      <w:r w:rsidRPr="00050403">
        <w:rPr>
          <w:rFonts w:eastAsia="Myriad Pro" w:cs="Myriad Pro" w:hint="eastAsia"/>
          <w:lang w:val="de-DE"/>
        </w:rPr>
        <w:t xml:space="preserve">Relevante Branchenpraxis, Schutzregel oder Referenz: </w:t>
      </w:r>
      <w:r w:rsidRPr="00050403">
        <w:rPr>
          <w:rFonts w:eastAsia="Myriad Pro" w:cs="Myriad Pro" w:hint="eastAsia"/>
          <w:lang w:val="de-DE"/>
        </w:rPr>
        <w:tab/>
      </w:r>
    </w:p>
    <w:p w14:paraId="71FC7AA0" w14:textId="16CC36E3" w:rsidR="00A5425F" w:rsidRDefault="00400CD9" w:rsidP="00A5425F">
      <w:pPr>
        <w:pStyle w:val="Heading2"/>
        <w:spacing w:after="80"/>
      </w:pPr>
      <w:bookmarkStart w:id="8" w:name="_Toc239339920"/>
      <w:r>
        <w:rPr>
          <w:rFonts w:ascii="Ubuntu" w:eastAsia="Ubuntu" w:hAnsi="Ubuntu" w:cs="Ubuntu"/>
          <w:u w:val="single"/>
        </w:rPr>
        <w:t>8. Präferenz zur öffentlichen Nennung</w:t>
      </w:r>
      <w:bookmarkEnd w:id="8"/>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A5425F" w14:paraId="5D07AF8F" w14:textId="77777777" w:rsidTr="000B505C">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7DF93F5C" w14:textId="77777777" w:rsidR="00A5425F" w:rsidRDefault="00A5425F" w:rsidP="000B505C">
            <w:pPr>
              <w:spacing w:after="0" w:line="240" w:lineRule="auto"/>
              <w:rPr>
                <w:rFonts w:hint="eastAsia"/>
              </w:rPr>
            </w:pPr>
            <w:r>
              <w:rPr>
                <w:rFonts w:ascii="Ubuntu" w:eastAsia="Ubuntu" w:hAnsi="Ubuntu" w:cs="Ubuntu" w:hint="eastAsia"/>
                <w:b/>
                <w:color w:val="FFFFFF"/>
                <w:sz w:val="18"/>
              </w:rPr>
              <w:t>Auswahl</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5E00BAB6" w14:textId="77777777" w:rsidR="00A5425F" w:rsidRDefault="00A5425F" w:rsidP="000B505C">
            <w:pPr>
              <w:spacing w:after="0" w:line="240" w:lineRule="auto"/>
              <w:rPr>
                <w:rFonts w:hint="eastAsia"/>
              </w:rPr>
            </w:pPr>
            <w:r>
              <w:rPr>
                <w:rFonts w:ascii="Ubuntu" w:eastAsia="Ubuntu" w:hAnsi="Ubuntu" w:cs="Ubuntu" w:hint="eastAsia"/>
                <w:b/>
                <w:color w:val="FFFFFF"/>
                <w:sz w:val="18"/>
              </w:rPr>
              <w:t>Antwort</w:t>
            </w:r>
          </w:p>
        </w:tc>
      </w:tr>
      <w:tr w:rsidR="00A5425F" w14:paraId="69C016E5"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AE6D9D1" w14:textId="77777777" w:rsidR="00A5425F" w:rsidRPr="00050403" w:rsidRDefault="00A5425F" w:rsidP="000B505C">
            <w:pPr>
              <w:spacing w:after="0" w:line="240" w:lineRule="auto"/>
              <w:rPr>
                <w:rFonts w:hint="eastAsia"/>
                <w:lang w:val="de-DE"/>
              </w:rPr>
            </w:pPr>
            <w:r w:rsidRPr="00050403">
              <w:rPr>
                <w:rFonts w:eastAsia="Myriad Pro" w:cs="Myriad Pro" w:hint="eastAsia"/>
                <w:b/>
                <w:color w:val="1D2958"/>
                <w:sz w:val="18"/>
                <w:lang w:val="de-DE"/>
              </w:rPr>
              <w:t>Dürfen wir Sie öffentlich nennen, wenn eine Sicherheitsmitteilung veröffentlicht wird?</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553EEABC" w14:textId="075EFBE4" w:rsidR="00A5425F" w:rsidRDefault="00140861" w:rsidP="000B505C">
            <w:pPr>
              <w:spacing w:after="0" w:line="240" w:lineRule="auto"/>
              <w:rPr>
                <w:rFonts w:hint="eastAsia"/>
              </w:rPr>
            </w:pPr>
            <w:sdt>
              <w:sdtPr>
                <w:alias w:val="Checkbox 25"/>
                <w:tag w:val="CHECKBOX_0025"/>
                <w:id w:val="100025"/>
                <w14:checkbox>
                  <w14:checked w14:val="0"/>
                  <w14:checkedState w14:val="2612" w14:font="Arial"/>
                  <w14:uncheckedState w14:val="2610" w14:font="Arial"/>
                </w14:checkbox>
              </w:sdtPr>
              <w:sdtEndPr/>
              <w:sdtContent>
                <w:r w:rsidR="005E3305">
                  <w:rPr>
                    <w:rFonts w:ascii="Arial" w:hAnsi="Arial" w:cs="Arial"/>
                  </w:rPr>
                  <w:t>☐</w:t>
                </w:r>
              </w:sdtContent>
            </w:sdt>
            <w:r w:rsidR="00A5425F">
              <w:rPr>
                <w:rFonts w:eastAsia="Myriad Pro" w:cs="Myriad Pro" w:hint="eastAsia"/>
                <w:sz w:val="18"/>
                <w:szCs w:val="21"/>
              </w:rPr>
              <w:t xml:space="preserve"> Ja </w:t>
            </w:r>
            <w:sdt>
              <w:sdtPr>
                <w:alias w:val="Checkbox 26"/>
                <w:tag w:val="CHECKBOX_0026"/>
                <w:id w:val="100026"/>
                <w14:checkbox>
                  <w14:checked w14:val="0"/>
                  <w14:checkedState w14:val="2612" w14:font="Arial"/>
                  <w14:uncheckedState w14:val="2610" w14:font="Arial"/>
                </w14:checkbox>
              </w:sdtPr>
              <w:sdtEndPr/>
              <w:sdtContent>
                <w:r w:rsidR="00A5425F">
                  <w:rPr>
                    <w:rFonts w:ascii="Segoe UI Symbol" w:eastAsia="Arial Unicode MS" w:hAnsi="Segoe UI Symbol" w:cs="Segoe UI Symbol"/>
                    <w:color w:val="000000"/>
                    <w:szCs w:val="21"/>
                  </w:rPr>
                  <w:t>☐</w:t>
                </w:r>
              </w:sdtContent>
            </w:sdt>
            <w:r w:rsidR="00A5425F">
              <w:rPr>
                <w:rFonts w:eastAsia="Myriad Pro" w:cs="Myriad Pro" w:hint="eastAsia"/>
                <w:sz w:val="18"/>
                <w:szCs w:val="21"/>
              </w:rPr>
              <w:t xml:space="preserve"> Nein</w:t>
            </w:r>
          </w:p>
        </w:tc>
      </w:tr>
      <w:tr w:rsidR="00A5425F" w:rsidRPr="00050403" w14:paraId="4FDB743A"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93B3EEA" w14:textId="77777777" w:rsidR="00A5425F" w:rsidRPr="00050403" w:rsidRDefault="00A5425F" w:rsidP="000B505C">
            <w:pPr>
              <w:spacing w:after="0" w:line="240" w:lineRule="auto"/>
              <w:rPr>
                <w:rFonts w:hint="eastAsia"/>
                <w:lang w:val="de-DE"/>
              </w:rPr>
            </w:pPr>
            <w:r w:rsidRPr="00050403">
              <w:rPr>
                <w:rFonts w:eastAsia="Myriad Pro" w:cs="Myriad Pro" w:hint="eastAsia"/>
                <w:b/>
                <w:color w:val="1D2958"/>
                <w:sz w:val="18"/>
                <w:lang w:val="de-DE"/>
              </w:rPr>
              <w:lastRenderedPageBreak/>
              <w:t>Anzuzeigender Name, Alias oder Organisation</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40E943D1" w14:textId="77777777" w:rsidR="00A5425F" w:rsidRPr="00050403" w:rsidRDefault="00A5425F" w:rsidP="000B505C">
            <w:pPr>
              <w:spacing w:after="0" w:line="240" w:lineRule="auto"/>
              <w:rPr>
                <w:rFonts w:hint="eastAsia"/>
                <w:lang w:val="de-DE"/>
              </w:rPr>
            </w:pPr>
          </w:p>
        </w:tc>
      </w:tr>
      <w:tr w:rsidR="00A5425F" w:rsidRPr="00050403" w14:paraId="5B572217"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106C3F7" w14:textId="77777777" w:rsidR="00A5425F" w:rsidRPr="00050403" w:rsidRDefault="00A5425F" w:rsidP="000B505C">
            <w:pPr>
              <w:spacing w:after="0" w:line="240" w:lineRule="auto"/>
              <w:rPr>
                <w:rFonts w:hint="eastAsia"/>
                <w:lang w:val="de-DE"/>
              </w:rPr>
            </w:pPr>
            <w:r w:rsidRPr="00050403">
              <w:rPr>
                <w:rFonts w:eastAsia="Myriad Pro" w:cs="Myriad Pro" w:hint="eastAsia"/>
                <w:b/>
                <w:color w:val="1D2958"/>
                <w:sz w:val="18"/>
                <w:lang w:val="de-DE"/>
              </w:rPr>
              <w:t>Bevorzugter Profil- oder Referenzlink, sofern gemäß Richtlinie zulässig</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6B98ADF9" w14:textId="77777777" w:rsidR="00A5425F" w:rsidRPr="00050403" w:rsidRDefault="00A5425F" w:rsidP="000B505C">
            <w:pPr>
              <w:spacing w:after="0" w:line="240" w:lineRule="auto"/>
              <w:rPr>
                <w:rFonts w:hint="eastAsia"/>
                <w:lang w:val="de-DE"/>
              </w:rPr>
            </w:pPr>
          </w:p>
        </w:tc>
      </w:tr>
    </w:tbl>
    <w:p w14:paraId="38C3B747" w14:textId="77777777" w:rsidR="00A5425F" w:rsidRPr="00050403" w:rsidRDefault="00A5425F" w:rsidP="00A5425F">
      <w:pPr>
        <w:spacing w:after="110" w:line="259" w:lineRule="auto"/>
        <w:rPr>
          <w:rFonts w:hint="eastAsia"/>
          <w:lang w:val="de-DE"/>
        </w:rPr>
      </w:pPr>
    </w:p>
    <w:p w14:paraId="475B0059" w14:textId="0915E990" w:rsidR="00A5425F" w:rsidRPr="00050403" w:rsidRDefault="00400CD9" w:rsidP="00A5425F">
      <w:pPr>
        <w:pStyle w:val="Heading2"/>
        <w:spacing w:after="80"/>
        <w:rPr>
          <w:lang w:val="de-DE"/>
        </w:rPr>
      </w:pPr>
      <w:bookmarkStart w:id="9" w:name="_Toc239339921"/>
      <w:r w:rsidRPr="00050403">
        <w:rPr>
          <w:rFonts w:ascii="Ubuntu" w:eastAsia="Ubuntu" w:hAnsi="Ubuntu" w:cs="Ubuntu"/>
          <w:u w:val="single"/>
          <w:lang w:val="de-DE"/>
        </w:rPr>
        <w:t>9. Anhänge und zusätzliche Informationen</w:t>
      </w:r>
      <w:bookmarkEnd w:id="9"/>
    </w:p>
    <w:p w14:paraId="3088B04A" w14:textId="732A687A" w:rsidR="00DA2D1B" w:rsidRPr="00050403" w:rsidRDefault="005B511E" w:rsidP="00DA2D1B">
      <w:pPr>
        <w:pStyle w:val="ListBullet"/>
        <w:numPr>
          <w:ilvl w:val="0"/>
          <w:numId w:val="0"/>
        </w:numPr>
        <w:ind w:left="360" w:hanging="360"/>
        <w:rPr>
          <w:rFonts w:hint="eastAsia"/>
          <w:lang w:val="de-DE"/>
        </w:rPr>
      </w:pPr>
      <w:r w:rsidRPr="00050403">
        <w:rPr>
          <w:lang w:val="de-DE"/>
        </w:rPr>
        <w:t>Bitte listen Sie alle Dateien auf, die Ihrer Meldung beigefügt sind. Geben Sie keine Passwörter, Authentifizierungstoken, privaten Schlüssel oder unnötigen personenbezogenen Daten bzw. Kundendaten an.</w:t>
      </w:r>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DA2D1B" w:rsidRPr="00FF1C66" w14:paraId="653CF06B" w14:textId="77777777" w:rsidTr="00A10A02">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74541D2B" w14:textId="77777777" w:rsidR="00DA2D1B" w:rsidRPr="00FF1C66" w:rsidRDefault="00DA2D1B" w:rsidP="00A10A02">
            <w:pPr>
              <w:spacing w:after="0" w:line="240" w:lineRule="auto"/>
              <w:rPr>
                <w:rFonts w:hint="eastAsia"/>
                <w:sz w:val="18"/>
                <w:szCs w:val="18"/>
              </w:rPr>
            </w:pPr>
            <w:r w:rsidRPr="00FF1C66">
              <w:rPr>
                <w:rFonts w:ascii="Ubuntu" w:eastAsia="Ubuntu" w:hAnsi="Ubuntu" w:cs="Ubuntu" w:hint="eastAsia"/>
                <w:b/>
                <w:color w:val="FFFFFF"/>
                <w:sz w:val="18"/>
                <w:szCs w:val="18"/>
              </w:rPr>
              <w:t>Feld</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59EFF2A8" w14:textId="77777777" w:rsidR="00DA2D1B" w:rsidRPr="00FF1C66" w:rsidRDefault="00DA2D1B" w:rsidP="00A10A02">
            <w:pPr>
              <w:spacing w:after="0" w:line="240" w:lineRule="auto"/>
              <w:rPr>
                <w:rFonts w:hint="eastAsia"/>
                <w:sz w:val="18"/>
                <w:szCs w:val="18"/>
              </w:rPr>
            </w:pPr>
            <w:r w:rsidRPr="00FF1C66">
              <w:rPr>
                <w:rFonts w:ascii="Ubuntu" w:eastAsia="Ubuntu" w:hAnsi="Ubuntu" w:cs="Ubuntu" w:hint="eastAsia"/>
                <w:b/>
                <w:color w:val="FFFFFF"/>
                <w:sz w:val="18"/>
                <w:szCs w:val="18"/>
              </w:rPr>
              <w:t>Antwort</w:t>
            </w:r>
          </w:p>
        </w:tc>
      </w:tr>
      <w:tr w:rsidR="00DA2D1B" w:rsidRPr="00FF1C66" w14:paraId="6A1D8FE7" w14:textId="77777777" w:rsidTr="00A10A02">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DE02D75" w14:textId="6F2FD1AF" w:rsidR="00DA2D1B" w:rsidRPr="00050403" w:rsidRDefault="00DA2D1B" w:rsidP="00A10A02">
            <w:pPr>
              <w:spacing w:after="0" w:line="240" w:lineRule="auto"/>
              <w:rPr>
                <w:rFonts w:hint="eastAsia"/>
                <w:sz w:val="18"/>
                <w:szCs w:val="18"/>
                <w:lang w:val="de-DE"/>
              </w:rPr>
            </w:pPr>
            <w:r w:rsidRPr="00050403">
              <w:rPr>
                <w:rFonts w:eastAsia="Myriad Pro" w:cs="Myriad Pro"/>
                <w:b/>
                <w:color w:val="1D2958"/>
                <w:sz w:val="18"/>
                <w:szCs w:val="18"/>
                <w:lang w:val="de-DE"/>
              </w:rPr>
              <w:t>Sind dieser Meldung Dateien beigefügt?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179C816A" w14:textId="77A3742E" w:rsidR="00DA2D1B" w:rsidRPr="00FF1C66" w:rsidRDefault="00140861" w:rsidP="00DA2D1B">
            <w:pPr>
              <w:spacing w:after="0" w:line="240" w:lineRule="auto"/>
              <w:rPr>
                <w:rFonts w:hint="eastAsia"/>
                <w:sz w:val="18"/>
                <w:szCs w:val="18"/>
              </w:rPr>
            </w:pPr>
            <w:sdt>
              <w:sdtPr>
                <w:rPr>
                  <w:sz w:val="18"/>
                  <w:szCs w:val="18"/>
                </w:rPr>
                <w:alias w:val="Checkbox 14"/>
                <w:tag w:val="CHECKBOX_0014"/>
                <w:id w:val="-1785882412"/>
                <w14:checkbox>
                  <w14:checked w14:val="0"/>
                  <w14:checkedState w14:val="2612" w14:font="Arial"/>
                  <w14:uncheckedState w14:val="2610" w14:font="Arial"/>
                </w14:checkbox>
              </w:sdtPr>
              <w:sdtEndPr/>
              <w:sdtContent>
                <w:r w:rsidR="00DA2D1B" w:rsidRPr="00FF1C66">
                  <w:rPr>
                    <w:rFonts w:ascii="Segoe UI Symbol" w:hAnsi="Segoe UI Symbol" w:cs="Segoe UI Symbol"/>
                    <w:sz w:val="18"/>
                    <w:szCs w:val="18"/>
                  </w:rPr>
                  <w:t>☐</w:t>
                </w:r>
              </w:sdtContent>
            </w:sdt>
            <w:r w:rsidR="00DA2D1B" w:rsidRPr="00FF1C66">
              <w:rPr>
                <w:rFonts w:hint="eastAsia"/>
                <w:sz w:val="18"/>
                <w:szCs w:val="18"/>
              </w:rPr>
              <w:t xml:space="preserve"> </w:t>
            </w:r>
            <w:r w:rsidR="00DA2D1B" w:rsidRPr="00FF1C66">
              <w:rPr>
                <w:sz w:val="18"/>
                <w:szCs w:val="18"/>
              </w:rPr>
              <w:t>Ja</w:t>
            </w:r>
            <w:r w:rsidR="00DA2D1B" w:rsidRPr="00FF1C66">
              <w:rPr>
                <w:rFonts w:hint="eastAsia"/>
                <w:sz w:val="18"/>
                <w:szCs w:val="18"/>
              </w:rPr>
              <w:t xml:space="preserve"> </w:t>
            </w:r>
            <w:sdt>
              <w:sdtPr>
                <w:rPr>
                  <w:sz w:val="18"/>
                  <w:szCs w:val="18"/>
                </w:rPr>
                <w:alias w:val="Checkbox 15"/>
                <w:tag w:val="CHECKBOX_0015"/>
                <w:id w:val="1261801954"/>
                <w14:checkbox>
                  <w14:checked w14:val="0"/>
                  <w14:checkedState w14:val="2612" w14:font="Arial"/>
                  <w14:uncheckedState w14:val="2610" w14:font="Arial"/>
                </w14:checkbox>
              </w:sdtPr>
              <w:sdtEndPr/>
              <w:sdtContent>
                <w:r w:rsidR="00DA2D1B" w:rsidRPr="00FF1C66">
                  <w:rPr>
                    <w:rFonts w:ascii="Arial" w:hAnsi="Arial" w:cs="Arial"/>
                    <w:sz w:val="18"/>
                    <w:szCs w:val="18"/>
                  </w:rPr>
                  <w:t>☐</w:t>
                </w:r>
              </w:sdtContent>
            </w:sdt>
            <w:r w:rsidR="00DA2D1B" w:rsidRPr="00FF1C66">
              <w:rPr>
                <w:rFonts w:hint="eastAsia"/>
                <w:sz w:val="18"/>
                <w:szCs w:val="18"/>
              </w:rPr>
              <w:t xml:space="preserve"> </w:t>
            </w:r>
            <w:r w:rsidR="00DA2D1B" w:rsidRPr="00FF1C66">
              <w:rPr>
                <w:sz w:val="18"/>
                <w:szCs w:val="18"/>
              </w:rPr>
              <w:t xml:space="preserve">Nein </w:t>
            </w:r>
          </w:p>
        </w:tc>
      </w:tr>
      <w:tr w:rsidR="00DA2D1B" w:rsidRPr="00FF1C66" w14:paraId="08895A44" w14:textId="77777777" w:rsidTr="00A10A02">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B268D4D" w14:textId="01324FC1" w:rsidR="00DA2D1B" w:rsidRPr="00FF1C66" w:rsidRDefault="009A2B5C" w:rsidP="00A10A02">
            <w:pPr>
              <w:spacing w:after="0" w:line="240" w:lineRule="auto"/>
              <w:rPr>
                <w:rFonts w:hint="eastAsia"/>
                <w:sz w:val="18"/>
                <w:szCs w:val="18"/>
              </w:rPr>
            </w:pPr>
            <w:r w:rsidRPr="00FF1C66">
              <w:rPr>
                <w:rFonts w:eastAsia="Myriad Pro" w:cs="Myriad Pro"/>
                <w:b/>
                <w:color w:val="1D2958"/>
                <w:sz w:val="18"/>
                <w:szCs w:val="18"/>
              </w:rPr>
              <w:t xml:space="preserve">Art der beigefügten Dateien </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6D65EFCB" w14:textId="77777777" w:rsidR="009A2B5C" w:rsidRPr="00FF1C66" w:rsidRDefault="00140861" w:rsidP="009A2B5C">
            <w:pPr>
              <w:spacing w:after="0" w:line="240" w:lineRule="auto"/>
              <w:rPr>
                <w:rFonts w:hint="eastAsia"/>
                <w:sz w:val="18"/>
                <w:szCs w:val="18"/>
              </w:rPr>
            </w:pPr>
            <w:sdt>
              <w:sdtPr>
                <w:rPr>
                  <w:sz w:val="18"/>
                  <w:szCs w:val="18"/>
                </w:rPr>
                <w:alias w:val="Checkbox 16"/>
                <w:tag w:val="CHECKBOX_0016"/>
                <w:id w:val="-653143698"/>
                <w14:checkbox>
                  <w14:checked w14:val="0"/>
                  <w14:checkedState w14:val="2612" w14:font="Arial"/>
                  <w14:uncheckedState w14:val="2610" w14:font="Arial"/>
                </w14:checkbox>
              </w:sdtPr>
              <w:sdtEndPr/>
              <w:sdtContent>
                <w:r w:rsidR="00DA2D1B" w:rsidRPr="00FF1C66">
                  <w:rPr>
                    <w:rFonts w:ascii="Segoe UI Symbol" w:hAnsi="Segoe UI Symbol" w:cs="Segoe UI Symbol"/>
                    <w:sz w:val="18"/>
                    <w:szCs w:val="18"/>
                  </w:rPr>
                  <w:t>☐</w:t>
                </w:r>
              </w:sdtContent>
            </w:sdt>
            <w:r w:rsidR="00DA2D1B" w:rsidRPr="00FF1C66">
              <w:rPr>
                <w:rFonts w:hint="eastAsia"/>
                <w:sz w:val="18"/>
                <w:szCs w:val="18"/>
              </w:rPr>
              <w:t xml:space="preserve"> </w:t>
            </w:r>
            <w:r w:rsidR="009A2B5C" w:rsidRPr="00FF1C66">
              <w:rPr>
                <w:sz w:val="18"/>
                <w:szCs w:val="18"/>
              </w:rPr>
              <w:t>Screenshots</w:t>
            </w:r>
            <w:r w:rsidR="00DA2D1B" w:rsidRPr="00FF1C66">
              <w:rPr>
                <w:rFonts w:hint="eastAsia"/>
                <w:sz w:val="18"/>
                <w:szCs w:val="18"/>
              </w:rPr>
              <w:t xml:space="preserve"> </w:t>
            </w:r>
          </w:p>
          <w:p w14:paraId="625D8D25" w14:textId="77777777" w:rsidR="009A2B5C" w:rsidRPr="00FF1C66" w:rsidRDefault="00140861" w:rsidP="009A2B5C">
            <w:pPr>
              <w:spacing w:after="0" w:line="240" w:lineRule="auto"/>
              <w:rPr>
                <w:rFonts w:hint="eastAsia"/>
                <w:sz w:val="18"/>
                <w:szCs w:val="18"/>
              </w:rPr>
            </w:pPr>
            <w:sdt>
              <w:sdtPr>
                <w:rPr>
                  <w:sz w:val="18"/>
                  <w:szCs w:val="18"/>
                </w:rPr>
                <w:alias w:val="Checkbox 17"/>
                <w:tag w:val="CHECKBOX_0017"/>
                <w:id w:val="-631332517"/>
                <w14:checkbox>
                  <w14:checked w14:val="0"/>
                  <w14:checkedState w14:val="2612" w14:font="Arial"/>
                  <w14:uncheckedState w14:val="2610" w14:font="Arial"/>
                </w14:checkbox>
              </w:sdtPr>
              <w:sdtEndPr/>
              <w:sdtContent>
                <w:r w:rsidR="009A2B5C" w:rsidRPr="00FF1C66">
                  <w:rPr>
                    <w:rFonts w:ascii="Arial" w:hAnsi="Arial" w:cs="Arial"/>
                    <w:sz w:val="18"/>
                    <w:szCs w:val="18"/>
                  </w:rPr>
                  <w:t>☐</w:t>
                </w:r>
              </w:sdtContent>
            </w:sdt>
            <w:r w:rsidR="00DA2D1B" w:rsidRPr="00FF1C66">
              <w:rPr>
                <w:rFonts w:hint="eastAsia"/>
                <w:sz w:val="18"/>
                <w:szCs w:val="18"/>
              </w:rPr>
              <w:t xml:space="preserve"> </w:t>
            </w:r>
            <w:r w:rsidR="009A2B5C" w:rsidRPr="00FF1C66">
              <w:rPr>
                <w:sz w:val="18"/>
                <w:szCs w:val="18"/>
              </w:rPr>
              <w:t>Protokolle</w:t>
            </w:r>
            <w:r w:rsidR="00DA2D1B" w:rsidRPr="00FF1C66">
              <w:rPr>
                <w:sz w:val="18"/>
                <w:szCs w:val="18"/>
              </w:rPr>
              <w:t xml:space="preserve"> </w:t>
            </w:r>
          </w:p>
          <w:p w14:paraId="2DACA6AC" w14:textId="77777777" w:rsidR="009A2B5C" w:rsidRPr="00FF1C66" w:rsidRDefault="00140861" w:rsidP="009A2B5C">
            <w:pPr>
              <w:spacing w:after="0" w:line="240" w:lineRule="auto"/>
              <w:rPr>
                <w:rFonts w:hint="eastAsia"/>
                <w:sz w:val="18"/>
                <w:szCs w:val="18"/>
              </w:rPr>
            </w:pPr>
            <w:sdt>
              <w:sdtPr>
                <w:rPr>
                  <w:sz w:val="18"/>
                  <w:szCs w:val="18"/>
                </w:rPr>
                <w:alias w:val="Checkbox 15"/>
                <w:tag w:val="CHECKBOX_0015"/>
                <w:id w:val="2144066354"/>
                <w14:checkbox>
                  <w14:checked w14:val="0"/>
                  <w14:checkedState w14:val="2612" w14:font="Arial"/>
                  <w14:uncheckedState w14:val="2610" w14:font="Arial"/>
                </w14:checkbox>
              </w:sdtPr>
              <w:sdtEndPr/>
              <w:sdtContent>
                <w:r w:rsidR="00DA2D1B" w:rsidRPr="00FF1C66">
                  <w:rPr>
                    <w:rFonts w:ascii="Segoe UI Symbol" w:hAnsi="Segoe UI Symbol" w:cs="Segoe UI Symbol"/>
                    <w:sz w:val="18"/>
                    <w:szCs w:val="18"/>
                  </w:rPr>
                  <w:t>☐</w:t>
                </w:r>
              </w:sdtContent>
            </w:sdt>
            <w:r w:rsidR="00DA2D1B" w:rsidRPr="00FF1C66">
              <w:rPr>
                <w:rFonts w:hint="eastAsia"/>
                <w:sz w:val="18"/>
                <w:szCs w:val="18"/>
              </w:rPr>
              <w:t xml:space="preserve"> </w:t>
            </w:r>
            <w:r w:rsidR="009A2B5C" w:rsidRPr="00FF1C66">
              <w:rPr>
                <w:sz w:val="18"/>
                <w:szCs w:val="18"/>
              </w:rPr>
              <w:t xml:space="preserve">Video </w:t>
            </w:r>
          </w:p>
          <w:p w14:paraId="5DB65D96" w14:textId="77777777" w:rsidR="009A2B5C" w:rsidRPr="00FF1C66" w:rsidRDefault="00140861" w:rsidP="009A2B5C">
            <w:pPr>
              <w:spacing w:after="0" w:line="240" w:lineRule="auto"/>
              <w:rPr>
                <w:rFonts w:hint="eastAsia"/>
                <w:sz w:val="18"/>
                <w:szCs w:val="18"/>
              </w:rPr>
            </w:pPr>
            <w:sdt>
              <w:sdtPr>
                <w:rPr>
                  <w:sz w:val="18"/>
                  <w:szCs w:val="18"/>
                </w:rPr>
                <w:alias w:val="Checkbox 16"/>
                <w:tag w:val="CHECKBOX_0016"/>
                <w:id w:val="96609138"/>
                <w14:checkbox>
                  <w14:checked w14:val="0"/>
                  <w14:checkedState w14:val="2612" w14:font="Arial"/>
                  <w14:uncheckedState w14:val="2610" w14:font="Arial"/>
                </w14:checkbox>
              </w:sdtPr>
              <w:sdtEndPr/>
              <w:sdtContent>
                <w:r w:rsidR="009A2B5C" w:rsidRPr="00FF1C66">
                  <w:rPr>
                    <w:rFonts w:ascii="Segoe UI Symbol" w:hAnsi="Segoe UI Symbol" w:cs="Segoe UI Symbol"/>
                    <w:sz w:val="18"/>
                    <w:szCs w:val="18"/>
                  </w:rPr>
                  <w:t>☐</w:t>
                </w:r>
              </w:sdtContent>
            </w:sdt>
            <w:r w:rsidR="009A2B5C" w:rsidRPr="00FF1C66">
              <w:rPr>
                <w:rFonts w:hint="eastAsia"/>
                <w:sz w:val="18"/>
                <w:szCs w:val="18"/>
              </w:rPr>
              <w:t xml:space="preserve"> </w:t>
            </w:r>
            <w:r w:rsidR="009A2B5C" w:rsidRPr="00FF1C66">
              <w:rPr>
                <w:sz w:val="18"/>
                <w:szCs w:val="18"/>
              </w:rPr>
              <w:t xml:space="preserve">Proof of Concept </w:t>
            </w:r>
          </w:p>
          <w:p w14:paraId="514A4003" w14:textId="77777777" w:rsidR="009A2B5C" w:rsidRPr="00FF1C66" w:rsidRDefault="00140861" w:rsidP="009A2B5C">
            <w:pPr>
              <w:spacing w:after="0" w:line="240" w:lineRule="auto"/>
              <w:rPr>
                <w:rFonts w:hint="eastAsia"/>
                <w:sz w:val="18"/>
                <w:szCs w:val="18"/>
              </w:rPr>
            </w:pPr>
            <w:sdt>
              <w:sdtPr>
                <w:rPr>
                  <w:sz w:val="18"/>
                  <w:szCs w:val="18"/>
                </w:rPr>
                <w:alias w:val="Checkbox 17"/>
                <w:tag w:val="CHECKBOX_0017"/>
                <w:id w:val="560760725"/>
                <w14:checkbox>
                  <w14:checked w14:val="0"/>
                  <w14:checkedState w14:val="2612" w14:font="Arial"/>
                  <w14:uncheckedState w14:val="2610" w14:font="Arial"/>
                </w14:checkbox>
              </w:sdtPr>
              <w:sdtEndPr/>
              <w:sdtContent>
                <w:r w:rsidR="009A2B5C" w:rsidRPr="00FF1C66">
                  <w:rPr>
                    <w:rFonts w:ascii="Segoe UI Symbol" w:hAnsi="Segoe UI Symbol" w:cs="Segoe UI Symbol"/>
                    <w:sz w:val="18"/>
                    <w:szCs w:val="18"/>
                  </w:rPr>
                  <w:t>☐</w:t>
                </w:r>
              </w:sdtContent>
            </w:sdt>
            <w:r w:rsidR="009A2B5C" w:rsidRPr="00FF1C66">
              <w:rPr>
                <w:rFonts w:hint="eastAsia"/>
                <w:sz w:val="18"/>
                <w:szCs w:val="18"/>
              </w:rPr>
              <w:t xml:space="preserve"> </w:t>
            </w:r>
            <w:r w:rsidR="009A2B5C" w:rsidRPr="00FF1C66">
              <w:rPr>
                <w:sz w:val="18"/>
                <w:szCs w:val="18"/>
              </w:rPr>
              <w:t xml:space="preserve">Paketmitschnitt </w:t>
            </w:r>
          </w:p>
          <w:p w14:paraId="17A74EDE" w14:textId="681966A3" w:rsidR="00DA2D1B" w:rsidRPr="00FF1C66" w:rsidRDefault="00140861" w:rsidP="009A2B5C">
            <w:pPr>
              <w:spacing w:after="0" w:line="240" w:lineRule="auto"/>
              <w:rPr>
                <w:rFonts w:hint="eastAsia"/>
                <w:sz w:val="18"/>
                <w:szCs w:val="18"/>
              </w:rPr>
            </w:pPr>
            <w:sdt>
              <w:sdtPr>
                <w:rPr>
                  <w:sz w:val="18"/>
                  <w:szCs w:val="18"/>
                </w:rPr>
                <w:alias w:val="Checkbox 15"/>
                <w:tag w:val="CHECKBOX_0015"/>
                <w:id w:val="-1209030102"/>
                <w14:checkbox>
                  <w14:checked w14:val="0"/>
                  <w14:checkedState w14:val="2612" w14:font="Arial"/>
                  <w14:uncheckedState w14:val="2610" w14:font="Arial"/>
                </w14:checkbox>
              </w:sdtPr>
              <w:sdtEndPr/>
              <w:sdtContent>
                <w:r w:rsidR="009A2B5C" w:rsidRPr="00FF1C66">
                  <w:rPr>
                    <w:rFonts w:ascii="Segoe UI Symbol" w:hAnsi="Segoe UI Symbol" w:cs="Segoe UI Symbol"/>
                    <w:sz w:val="18"/>
                    <w:szCs w:val="18"/>
                  </w:rPr>
                  <w:t>☐</w:t>
                </w:r>
              </w:sdtContent>
            </w:sdt>
            <w:r w:rsidR="009A2B5C" w:rsidRPr="00FF1C66">
              <w:rPr>
                <w:rFonts w:hint="eastAsia"/>
                <w:sz w:val="18"/>
                <w:szCs w:val="18"/>
              </w:rPr>
              <w:t xml:space="preserve"> </w:t>
            </w:r>
            <w:r w:rsidR="009A2B5C" w:rsidRPr="00FF1C66">
              <w:rPr>
                <w:sz w:val="18"/>
                <w:szCs w:val="18"/>
              </w:rPr>
              <w:t>Sonstiges</w:t>
            </w:r>
          </w:p>
        </w:tc>
      </w:tr>
      <w:tr w:rsidR="00DA2D1B" w:rsidRPr="00FF1C66" w14:paraId="244F1F7A" w14:textId="77777777" w:rsidTr="00A10A02">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8589E59" w14:textId="57FDA9E8" w:rsidR="00DA2D1B" w:rsidRPr="00FF1C66" w:rsidRDefault="008A78A6" w:rsidP="00A10A02">
            <w:pPr>
              <w:spacing w:after="0" w:line="240" w:lineRule="auto"/>
              <w:rPr>
                <w:rFonts w:hint="eastAsia"/>
                <w:sz w:val="18"/>
                <w:szCs w:val="18"/>
              </w:rPr>
            </w:pPr>
            <w:r w:rsidRPr="00FF1C66">
              <w:rPr>
                <w:rFonts w:eastAsia="Myriad Pro" w:cs="Myriad Pro"/>
                <w:b/>
                <w:color w:val="1D2958"/>
                <w:sz w:val="18"/>
                <w:szCs w:val="18"/>
              </w:rPr>
              <w:t>Beschreibung der beigefügten Dateien</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5CA44099" w14:textId="77777777" w:rsidR="00DA2D1B" w:rsidRPr="00FF1C66" w:rsidRDefault="00DA2D1B" w:rsidP="008A78A6">
            <w:pPr>
              <w:spacing w:after="0" w:line="240" w:lineRule="auto"/>
              <w:rPr>
                <w:rFonts w:hint="eastAsia"/>
                <w:sz w:val="18"/>
                <w:szCs w:val="18"/>
              </w:rPr>
            </w:pPr>
          </w:p>
        </w:tc>
      </w:tr>
      <w:tr w:rsidR="00DA2D1B" w:rsidRPr="00050403" w14:paraId="439B08F5" w14:textId="77777777" w:rsidTr="00A10A02">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A774265" w14:textId="387C2B44" w:rsidR="00DA2D1B" w:rsidRPr="00050403" w:rsidRDefault="007073FE" w:rsidP="00A10A02">
            <w:pPr>
              <w:spacing w:after="0" w:line="240" w:lineRule="auto"/>
              <w:rPr>
                <w:rFonts w:hint="eastAsia"/>
                <w:sz w:val="18"/>
                <w:szCs w:val="18"/>
                <w:lang w:val="de-DE"/>
              </w:rPr>
            </w:pPr>
            <w:r w:rsidRPr="00050403">
              <w:rPr>
                <w:rFonts w:eastAsia="Myriad Pro" w:cs="Myriad Pro"/>
                <w:b/>
                <w:color w:val="1D2958"/>
                <w:sz w:val="18"/>
                <w:szCs w:val="18"/>
                <w:lang w:val="de-DE"/>
              </w:rPr>
              <w:t>Weitere für die Meldung relevante Informationen</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2403DF52" w14:textId="2640F0C3" w:rsidR="00DA2D1B" w:rsidRPr="00050403" w:rsidRDefault="00DA2D1B" w:rsidP="007073FE">
            <w:pPr>
              <w:spacing w:after="0" w:line="240" w:lineRule="auto"/>
              <w:rPr>
                <w:rFonts w:hint="eastAsia"/>
                <w:sz w:val="18"/>
                <w:szCs w:val="18"/>
                <w:lang w:val="de-DE"/>
              </w:rPr>
            </w:pPr>
          </w:p>
        </w:tc>
      </w:tr>
      <w:tr w:rsidR="00DA2D1B" w:rsidRPr="00050403" w14:paraId="089B751C" w14:textId="77777777" w:rsidTr="00A10A02">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2DB37360" w14:textId="366325B7" w:rsidR="00DA2D1B" w:rsidRPr="00050403" w:rsidRDefault="005D16DB" w:rsidP="00A10A02">
            <w:pPr>
              <w:spacing w:after="0" w:line="240" w:lineRule="auto"/>
              <w:rPr>
                <w:rFonts w:hint="eastAsia"/>
                <w:sz w:val="18"/>
                <w:szCs w:val="18"/>
                <w:lang w:val="de-DE"/>
              </w:rPr>
            </w:pPr>
            <w:r w:rsidRPr="00050403">
              <w:rPr>
                <w:rFonts w:eastAsia="Myriad Pro" w:cs="Myriad Pro"/>
                <w:b/>
                <w:color w:val="1D2958"/>
                <w:sz w:val="18"/>
                <w:szCs w:val="18"/>
                <w:lang w:val="de-DE"/>
              </w:rPr>
              <w:t>Anforderungen an Vertraulichkeit oder Handhabung</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3A5C7905" w14:textId="77777777" w:rsidR="00DA2D1B" w:rsidRPr="00050403" w:rsidRDefault="00DA2D1B" w:rsidP="005D16DB">
            <w:pPr>
              <w:spacing w:after="0" w:line="240" w:lineRule="auto"/>
              <w:rPr>
                <w:rFonts w:hint="eastAsia"/>
                <w:sz w:val="18"/>
                <w:szCs w:val="18"/>
                <w:lang w:val="de-DE"/>
              </w:rPr>
            </w:pPr>
          </w:p>
        </w:tc>
      </w:tr>
    </w:tbl>
    <w:p w14:paraId="7D268B9C" w14:textId="77777777" w:rsidR="00DA2D1B" w:rsidRPr="00050403" w:rsidRDefault="00DA2D1B" w:rsidP="00DA2D1B">
      <w:pPr>
        <w:pStyle w:val="ListBullet"/>
        <w:numPr>
          <w:ilvl w:val="0"/>
          <w:numId w:val="0"/>
        </w:numPr>
        <w:ind w:left="360" w:hanging="360"/>
        <w:rPr>
          <w:rFonts w:hint="eastAsia"/>
          <w:lang w:val="de-DE"/>
        </w:rPr>
      </w:pPr>
    </w:p>
    <w:p w14:paraId="4AF4B10A" w14:textId="7E10C0E2" w:rsidR="00400CD9" w:rsidRPr="00050403" w:rsidRDefault="002B58F8" w:rsidP="00990E0E">
      <w:pPr>
        <w:pStyle w:val="ListBullet"/>
        <w:numPr>
          <w:ilvl w:val="0"/>
          <w:numId w:val="0"/>
        </w:numPr>
        <w:ind w:left="360" w:hanging="360"/>
        <w:rPr>
          <w:rFonts w:hint="eastAsia"/>
          <w:lang w:val="de-DE"/>
        </w:rPr>
      </w:pPr>
      <w:r w:rsidRPr="00050403">
        <w:rPr>
          <w:lang w:val="de-DE"/>
        </w:rPr>
        <w:t>Wenn Sie Protokolle, Screenshots, Videos, Paketmitschnitte oder Proof-of-Concept-Material beifügen, entfernen Sie bitte vor dem Einreichen der Meldung unnötige personenbezogene Daten, Kundendaten, Passwörter, Authentifizierungstoken, private Schlüssel oder andere sensible Informationen.</w:t>
      </w:r>
    </w:p>
    <w:p w14:paraId="38E505FA" w14:textId="77777777" w:rsidR="00400CD9" w:rsidRPr="00050403" w:rsidRDefault="00400CD9" w:rsidP="003A18C2">
      <w:pPr>
        <w:pStyle w:val="ListBullet"/>
        <w:numPr>
          <w:ilvl w:val="0"/>
          <w:numId w:val="0"/>
        </w:numPr>
        <w:tabs>
          <w:tab w:val="left" w:leader="underscore" w:pos="9200"/>
        </w:tabs>
        <w:spacing w:after="50" w:line="252" w:lineRule="auto"/>
        <w:ind w:left="360"/>
        <w:rPr>
          <w:rFonts w:hint="eastAsia"/>
          <w:lang w:val="de-DE"/>
        </w:rPr>
      </w:pPr>
    </w:p>
    <w:p w14:paraId="3B991FF6" w14:textId="34CC02C3" w:rsidR="00A5425F" w:rsidRPr="00050403" w:rsidRDefault="00A5425F" w:rsidP="00A5425F">
      <w:pPr>
        <w:pStyle w:val="Heading2"/>
        <w:spacing w:after="80"/>
        <w:rPr>
          <w:lang w:val="de-DE"/>
        </w:rPr>
      </w:pPr>
      <w:bookmarkStart w:id="10" w:name="_Toc239339922"/>
      <w:r w:rsidRPr="00050403">
        <w:rPr>
          <w:rFonts w:ascii="Ubuntu" w:eastAsia="Ubuntu" w:hAnsi="Ubuntu" w:cs="Ubuntu" w:hint="eastAsia"/>
          <w:u w:val="single"/>
          <w:lang w:val="de-DE"/>
        </w:rPr>
        <w:t>10. Bestätigung nach Treu und Glauben</w:t>
      </w:r>
      <w:bookmarkEnd w:id="10"/>
    </w:p>
    <w:p w14:paraId="7C6C0657" w14:textId="77777777" w:rsidR="00A5425F" w:rsidRPr="00050403" w:rsidRDefault="00A5425F" w:rsidP="00A5425F">
      <w:pPr>
        <w:spacing w:after="110" w:line="259" w:lineRule="auto"/>
        <w:rPr>
          <w:rFonts w:hint="eastAsia"/>
          <w:lang w:val="de-DE"/>
        </w:rPr>
      </w:pPr>
      <w:r w:rsidRPr="00050403">
        <w:rPr>
          <w:rFonts w:eastAsia="Myriad Pro" w:cs="Myriad Pro" w:hint="eastAsia"/>
          <w:lang w:val="de-DE"/>
        </w:rPr>
        <w:t>Mit dem Einreichen dieser Meldung bestätigt die meldende Person nach bestem Wissen, dass:</w:t>
      </w:r>
    </w:p>
    <w:p w14:paraId="573C3FF9" w14:textId="641BBC39" w:rsidR="00A5425F" w:rsidRPr="00050403" w:rsidRDefault="00140861" w:rsidP="001000B8">
      <w:pPr>
        <w:pStyle w:val="ListBullet"/>
        <w:numPr>
          <w:ilvl w:val="0"/>
          <w:numId w:val="0"/>
        </w:numPr>
        <w:spacing w:after="50" w:line="252" w:lineRule="auto"/>
        <w:ind w:left="360"/>
        <w:rPr>
          <w:rFonts w:hint="eastAsia"/>
          <w:lang w:val="de-DE"/>
        </w:rPr>
      </w:pPr>
      <w:sdt>
        <w:sdtPr>
          <w:rPr>
            <w:lang w:val="de-DE"/>
          </w:rPr>
          <w:alias w:val="Checkbox 27"/>
          <w:tag w:val="CHECKBOX_0027"/>
          <w:id w:val="100027"/>
          <w14:checkbox>
            <w14:checked w14:val="0"/>
            <w14:checkedState w14:val="2612" w14:font="Arial"/>
            <w14:uncheckedState w14:val="2610" w14:font="Arial"/>
          </w14:checkbox>
        </w:sdtPr>
        <w:sdtEndPr/>
        <w:sdtContent>
          <w:r w:rsidR="001000B8" w:rsidRPr="00050403">
            <w:rPr>
              <w:rFonts w:ascii="Arial" w:hAnsi="Arial" w:cs="Arial"/>
              <w:lang w:val="de-DE"/>
            </w:rPr>
            <w:t>☐</w:t>
          </w:r>
        </w:sdtContent>
      </w:sdt>
      <w:r w:rsidR="00A5425F" w:rsidRPr="00050403">
        <w:rPr>
          <w:rFonts w:eastAsia="Myriad Pro" w:cs="Myriad Pro" w:hint="eastAsia"/>
          <w:szCs w:val="21"/>
          <w:lang w:val="de-DE"/>
        </w:rPr>
        <w:t xml:space="preserve"> Die Meldung zutreffend ist und im Rahmen von Sicherheitsforschung nach Treu und Glauben erstellt wurde.</w:t>
      </w:r>
    </w:p>
    <w:p w14:paraId="3D6F23C6" w14:textId="3D6E9E1F" w:rsidR="00A5425F" w:rsidRPr="00050403" w:rsidRDefault="00140861" w:rsidP="001000B8">
      <w:pPr>
        <w:pStyle w:val="ListBullet"/>
        <w:numPr>
          <w:ilvl w:val="0"/>
          <w:numId w:val="0"/>
        </w:numPr>
        <w:spacing w:after="50" w:line="252" w:lineRule="auto"/>
        <w:ind w:left="360"/>
        <w:rPr>
          <w:rFonts w:hint="eastAsia"/>
          <w:lang w:val="de-DE"/>
        </w:rPr>
      </w:pPr>
      <w:sdt>
        <w:sdtPr>
          <w:rPr>
            <w:lang w:val="de-DE"/>
          </w:rPr>
          <w:alias w:val="Checkbox 28"/>
          <w:tag w:val="CHECKBOX_0028"/>
          <w:id w:val="100028"/>
          <w14:checkbox>
            <w14:checked w14:val="0"/>
            <w14:checkedState w14:val="2612" w14:font="Arial"/>
            <w14:uncheckedState w14:val="2610" w14:font="Arial"/>
          </w14:checkbox>
        </w:sdtPr>
        <w:sdtEndPr/>
        <w:sdtContent>
          <w:r w:rsidR="001000B8" w:rsidRPr="00050403">
            <w:rPr>
              <w:rFonts w:ascii="Arial" w:hAnsi="Arial" w:cs="Arial"/>
              <w:lang w:val="de-DE"/>
            </w:rPr>
            <w:t>☐</w:t>
          </w:r>
        </w:sdtContent>
      </w:sdt>
      <w:r w:rsidR="00A5425F" w:rsidRPr="00050403">
        <w:rPr>
          <w:rFonts w:eastAsia="Myriad Pro" w:cs="Myriad Pro" w:hint="eastAsia"/>
          <w:szCs w:val="21"/>
          <w:lang w:val="de-DE"/>
        </w:rPr>
        <w:t xml:space="preserve"> die Tests auf Systeme, Geräte, Konten und Daten beschränkt waren, die der meldenden Person gehören oder zu deren Test sie berechtigt war.</w:t>
      </w:r>
    </w:p>
    <w:p w14:paraId="6BBC477B" w14:textId="77777777" w:rsidR="00A5425F" w:rsidRPr="00050403" w:rsidRDefault="00140861" w:rsidP="001000B8">
      <w:pPr>
        <w:pStyle w:val="ListBullet"/>
        <w:numPr>
          <w:ilvl w:val="0"/>
          <w:numId w:val="0"/>
        </w:numPr>
        <w:spacing w:after="50" w:line="252" w:lineRule="auto"/>
        <w:ind w:left="360"/>
        <w:rPr>
          <w:rFonts w:hint="eastAsia"/>
          <w:lang w:val="de-DE"/>
        </w:rPr>
      </w:pPr>
      <w:sdt>
        <w:sdtPr>
          <w:rPr>
            <w:lang w:val="de-DE"/>
          </w:rPr>
          <w:alias w:val="Checkbox 29"/>
          <w:tag w:val="CHECKBOX_0029"/>
          <w:id w:val="100029"/>
          <w14:checkbox>
            <w14:checked w14:val="0"/>
            <w14:checkedState w14:val="2612" w14:font="Arial"/>
            <w14:uncheckedState w14:val="2610" w14:font="Arial"/>
          </w14:checkbox>
        </w:sdtPr>
        <w:sdtEndPr/>
        <w:sdtContent>
          <w:r w:rsidR="00A5425F" w:rsidRPr="00050403">
            <w:rPr>
              <w:rFonts w:ascii="Segoe UI Symbol" w:eastAsia="Arial Unicode MS" w:hAnsi="Segoe UI Symbol" w:cs="Segoe UI Symbol"/>
              <w:color w:val="000000"/>
              <w:szCs w:val="21"/>
              <w:lang w:val="de-DE"/>
            </w:rPr>
            <w:t>☐</w:t>
          </w:r>
        </w:sdtContent>
      </w:sdt>
      <w:r w:rsidR="00A5425F" w:rsidRPr="00050403">
        <w:rPr>
          <w:rFonts w:eastAsia="Myriad Pro" w:cs="Myriad Pro" w:hint="eastAsia"/>
          <w:szCs w:val="21"/>
          <w:lang w:val="de-DE"/>
        </w:rPr>
        <w:t xml:space="preserve"> unnötiger Zugriff auf, Speicherung von oder Offenlegung nicht öffentlicher Daten vermieden wurde.</w:t>
      </w:r>
    </w:p>
    <w:p w14:paraId="310F30BF" w14:textId="77777777" w:rsidR="00A5425F" w:rsidRPr="00050403" w:rsidRDefault="00140861" w:rsidP="001000B8">
      <w:pPr>
        <w:pStyle w:val="ListBullet"/>
        <w:numPr>
          <w:ilvl w:val="0"/>
          <w:numId w:val="0"/>
        </w:numPr>
        <w:spacing w:after="50" w:line="252" w:lineRule="auto"/>
        <w:ind w:left="360"/>
        <w:rPr>
          <w:rFonts w:hint="eastAsia"/>
          <w:lang w:val="de-DE"/>
        </w:rPr>
      </w:pPr>
      <w:sdt>
        <w:sdtPr>
          <w:rPr>
            <w:lang w:val="de-DE"/>
          </w:rPr>
          <w:alias w:val="Checkbox 30"/>
          <w:tag w:val="CHECKBOX_0030"/>
          <w:id w:val="100030"/>
          <w14:checkbox>
            <w14:checked w14:val="0"/>
            <w14:checkedState w14:val="2612" w14:font="Arial"/>
            <w14:uncheckedState w14:val="2610" w14:font="Arial"/>
          </w14:checkbox>
        </w:sdtPr>
        <w:sdtEndPr/>
        <w:sdtContent>
          <w:r w:rsidR="00A5425F" w:rsidRPr="00050403">
            <w:rPr>
              <w:rFonts w:ascii="Segoe UI Symbol" w:eastAsia="Arial Unicode MS" w:hAnsi="Segoe UI Symbol" w:cs="Segoe UI Symbol"/>
              <w:color w:val="000000"/>
              <w:szCs w:val="21"/>
              <w:lang w:val="de-DE"/>
            </w:rPr>
            <w:t>☐</w:t>
          </w:r>
        </w:sdtContent>
      </w:sdt>
      <w:r w:rsidR="00A5425F" w:rsidRPr="00050403">
        <w:rPr>
          <w:rFonts w:eastAsia="Myriad Pro" w:cs="Myriad Pro" w:hint="eastAsia"/>
          <w:szCs w:val="21"/>
          <w:lang w:val="de-DE"/>
        </w:rPr>
        <w:t xml:space="preserve"> die meldende Person die Offenlegung gemäß der veröffentlichten Richtlinie koordiniert, vorbehaltlich des anwendbaren Rechts und dringender Änderungen des Risikos für Nutzer.</w:t>
      </w:r>
    </w:p>
    <w:p w14:paraId="19C68360" w14:textId="1BC9F46C" w:rsidR="009D2F24" w:rsidRPr="00050403" w:rsidRDefault="00140861" w:rsidP="000B4D71">
      <w:pPr>
        <w:pStyle w:val="ListBullet"/>
        <w:numPr>
          <w:ilvl w:val="0"/>
          <w:numId w:val="0"/>
        </w:numPr>
        <w:spacing w:after="50" w:line="252" w:lineRule="auto"/>
        <w:ind w:left="360"/>
        <w:rPr>
          <w:rFonts w:hint="eastAsia"/>
          <w:lang w:val="de-DE"/>
        </w:rPr>
      </w:pPr>
      <w:sdt>
        <w:sdtPr>
          <w:rPr>
            <w:lang w:val="de-DE"/>
          </w:rPr>
          <w:alias w:val="Checkbox 30"/>
          <w:tag w:val="CHECKBOX_0030"/>
          <w:id w:val="-1594698797"/>
          <w14:checkbox>
            <w14:checked w14:val="0"/>
            <w14:checkedState w14:val="2612" w14:font="Arial"/>
            <w14:uncheckedState w14:val="2610" w14:font="Arial"/>
          </w14:checkbox>
        </w:sdtPr>
        <w:sdtEndPr/>
        <w:sdtContent>
          <w:r w:rsidR="001000B8" w:rsidRPr="00050403">
            <w:rPr>
              <w:rFonts w:ascii="Arial" w:hAnsi="Arial" w:cs="Arial"/>
              <w:lang w:val="de-DE"/>
            </w:rPr>
            <w:t>☐</w:t>
          </w:r>
        </w:sdtContent>
      </w:sdt>
      <w:r w:rsidR="00BF3105" w:rsidRPr="00050403">
        <w:rPr>
          <w:lang w:val="de-DE"/>
        </w:rPr>
        <w:t xml:space="preserve"> Ich bestätige, dass ich nicht absichtlich Passwörter, Authentifizierungstoken, private Schlüssel oder unnötige personenbezogene Daten bzw. Kundendaten angegeben habe.</w:t>
      </w:r>
    </w:p>
    <w:p w14:paraId="6C180A1B" w14:textId="180F33F7" w:rsidR="009D2F24" w:rsidRPr="00050403" w:rsidRDefault="009D2F24" w:rsidP="009D2F24">
      <w:pPr>
        <w:spacing w:after="110" w:line="259" w:lineRule="auto"/>
        <w:rPr>
          <w:rFonts w:eastAsia="Myriad Pro" w:cs="Myriad Pro"/>
          <w:lang w:val="de-DE"/>
        </w:rPr>
      </w:pPr>
      <w:r w:rsidRPr="00050403">
        <w:rPr>
          <w:rFonts w:eastAsia="Myriad Pro" w:cs="Myriad Pro" w:hint="eastAsia"/>
          <w:b/>
          <w:lang w:val="de-DE"/>
        </w:rPr>
        <w:t>Einreichungsdatum: ____________________</w:t>
      </w:r>
    </w:p>
    <w:p w14:paraId="683EA517" w14:textId="40E3522B" w:rsidR="009B6E2A" w:rsidRPr="00050403" w:rsidRDefault="009B6E2A" w:rsidP="009B6E2A">
      <w:pPr>
        <w:spacing w:after="110" w:line="259" w:lineRule="auto"/>
        <w:rPr>
          <w:rFonts w:hint="eastAsia"/>
          <w:lang w:val="de-DE"/>
        </w:rPr>
      </w:pPr>
      <w:r w:rsidRPr="00050403">
        <w:rPr>
          <w:rFonts w:eastAsia="Myriad Pro" w:cs="Myriad Pro" w:hint="eastAsia"/>
          <w:b/>
          <w:lang w:val="de-DE"/>
        </w:rPr>
        <w:t>Name oder Alias der meldenden Person, sofern angegeben: ____________________________________________________________________</w:t>
      </w:r>
    </w:p>
    <w:p w14:paraId="2BE015E7" w14:textId="77777777" w:rsidR="0054095F" w:rsidRPr="00050403" w:rsidRDefault="0054095F" w:rsidP="00D116E9">
      <w:pPr>
        <w:pStyle w:val="ListBullet"/>
        <w:numPr>
          <w:ilvl w:val="0"/>
          <w:numId w:val="0"/>
        </w:numPr>
        <w:rPr>
          <w:rStyle w:val="Strong"/>
          <w:rFonts w:hint="eastAsia"/>
          <w:lang w:val="de-DE"/>
        </w:rPr>
      </w:pPr>
    </w:p>
    <w:p w14:paraId="1C2FC0BF" w14:textId="77777777" w:rsidR="00A67FD7" w:rsidRPr="00050403" w:rsidRDefault="0054095F" w:rsidP="00EB6E7D">
      <w:pPr>
        <w:pStyle w:val="ListBullet"/>
        <w:numPr>
          <w:ilvl w:val="0"/>
          <w:numId w:val="0"/>
        </w:numPr>
        <w:ind w:left="360" w:hanging="360"/>
        <w:rPr>
          <w:rFonts w:hint="eastAsia"/>
          <w:lang w:val="de-DE"/>
        </w:rPr>
      </w:pPr>
      <w:r w:rsidRPr="00050403">
        <w:rPr>
          <w:rStyle w:val="Strong"/>
          <w:lang w:val="de-DE"/>
        </w:rPr>
        <w:t>So reichen Sie diese Meldung ein</w:t>
      </w:r>
    </w:p>
    <w:p w14:paraId="79C3CF60" w14:textId="1DAF4D50" w:rsidR="0054095F" w:rsidRPr="00050403" w:rsidRDefault="0054095F" w:rsidP="00A67FD7">
      <w:pPr>
        <w:pStyle w:val="ListBullet"/>
        <w:numPr>
          <w:ilvl w:val="0"/>
          <w:numId w:val="0"/>
        </w:numPr>
        <w:ind w:left="360"/>
        <w:rPr>
          <w:rFonts w:ascii="Times New Roman" w:hAnsi="Times New Roman"/>
          <w:color w:val="auto"/>
          <w:sz w:val="24"/>
          <w:lang w:val="de-DE"/>
        </w:rPr>
      </w:pPr>
      <w:r w:rsidRPr="00050403">
        <w:rPr>
          <w:lang w:val="de-DE"/>
        </w:rPr>
        <w:t>Bitte senden Sie das ausgefüllte Formular per E-Mail an: security@saluscontrols.com</w:t>
      </w:r>
    </w:p>
    <w:p w14:paraId="67F786F1" w14:textId="77777777" w:rsidR="0054095F" w:rsidRPr="00050403" w:rsidRDefault="0054095F" w:rsidP="00B27AC6">
      <w:pPr>
        <w:pStyle w:val="ListBullet"/>
        <w:numPr>
          <w:ilvl w:val="0"/>
          <w:numId w:val="0"/>
        </w:numPr>
        <w:ind w:left="360"/>
        <w:rPr>
          <w:rFonts w:hint="eastAsia"/>
          <w:lang w:val="de-DE"/>
        </w:rPr>
      </w:pPr>
      <w:r w:rsidRPr="00050403">
        <w:rPr>
          <w:lang w:val="de-DE"/>
        </w:rPr>
        <w:t>Sie können eine vermutete Sicherheitslücke auch direkt per E-Mail melden, ohne dieses Formular zu verwenden. Die Verwendung dieses Formulars wird empfohlen, da SALUS Controls PLC damit die für eine effiziente Bewertung der Meldung erforderlichen Informationen erfassen kann.</w:t>
      </w:r>
    </w:p>
    <w:p w14:paraId="6211C366" w14:textId="77777777" w:rsidR="006C1235" w:rsidRPr="00050403" w:rsidRDefault="006C1235" w:rsidP="00A5425F">
      <w:pPr>
        <w:rPr>
          <w:rFonts w:hint="eastAsia"/>
          <w:lang w:val="de-DE"/>
        </w:rPr>
      </w:pPr>
    </w:p>
    <w:sectPr w:rsidR="006C1235" w:rsidRPr="00050403" w:rsidSect="00034616">
      <w:headerReference w:type="default" r:id="rId8"/>
      <w:footerReference w:type="default" r:id="rId9"/>
      <w:pgSz w:w="12240" w:h="15840"/>
      <w:pgMar w:top="979" w:right="1123" w:bottom="936" w:left="1123" w:header="403"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7F562" w14:textId="77777777" w:rsidR="00140861" w:rsidRDefault="00140861">
      <w:pPr>
        <w:spacing w:after="0" w:line="240" w:lineRule="auto"/>
        <w:rPr>
          <w:rFonts w:hint="eastAsia"/>
        </w:rPr>
      </w:pPr>
      <w:r>
        <w:separator/>
      </w:r>
    </w:p>
  </w:endnote>
  <w:endnote w:type="continuationSeparator" w:id="0">
    <w:p w14:paraId="3494CC2B" w14:textId="77777777" w:rsidR="00140861" w:rsidRDefault="0014086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buntu">
    <w:charset w:val="00"/>
    <w:family w:val="swiss"/>
    <w:pitch w:val="variable"/>
    <w:sig w:usb0="E00002FF" w:usb1="5000205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B19BF" w14:textId="4F6AEACB" w:rsidR="00A57E86" w:rsidRDefault="001E6F2C" w:rsidP="001E6F2C">
    <w:pPr>
      <w:pStyle w:val="Footer"/>
      <w:tabs>
        <w:tab w:val="left" w:pos="1163"/>
        <w:tab w:val="right" w:pos="9878"/>
      </w:tabs>
      <w:jc w:val="right"/>
      <w:rPr>
        <w:rFonts w:hint="eastAsia"/>
      </w:rPr>
    </w:pPr>
    <w:r>
      <w:rPr>
        <w:rFonts w:ascii="Ubuntu" w:eastAsia="Ubuntu" w:hAnsi="Ubuntu" w:cs="Ubuntu"/>
        <w:b/>
        <w:color w:val="1D2958"/>
        <w:sz w:val="16"/>
      </w:rPr>
      <w:tab/>
    </w:r>
    <w:r>
      <w:rPr>
        <w:rFonts w:ascii="Ubuntu" w:eastAsia="Ubuntu" w:hAnsi="Ubuntu" w:cs="Ubuntu"/>
        <w:b/>
        <w:color w:val="1D2958"/>
        <w:sz w:val="16"/>
      </w:rPr>
      <w:tab/>
    </w:r>
    <w:proofErr w:type="spellStart"/>
    <w:r>
      <w:rPr>
        <w:rFonts w:ascii="Ubuntu" w:eastAsia="Ubuntu" w:hAnsi="Ubuntu" w:cs="Ubuntu"/>
        <w:b/>
        <w:color w:val="1D2958"/>
        <w:sz w:val="16"/>
      </w:rPr>
      <w:t>Seite</w:t>
    </w:r>
    <w:proofErr w:type="spellEnd"/>
    <w:r>
      <w:rPr>
        <w:rFonts w:ascii="Ubuntu" w:eastAsia="Ubuntu" w:hAnsi="Ubuntu" w:cs="Ubuntu"/>
        <w:b/>
        <w:color w:val="1D2958"/>
        <w:sz w:val="16"/>
      </w:rPr>
      <w:t xml:space="preserve"> </w:t>
    </w:r>
    <w:r>
      <w:rPr>
        <w:rFonts w:ascii="Ubuntu" w:eastAsia="Ubuntu" w:hAnsi="Ubuntu" w:cs="Ubuntu"/>
        <w:b/>
        <w:color w:val="1D2958"/>
        <w:sz w:val="16"/>
      </w:rPr>
      <w:fldChar w:fldCharType="begin"/>
    </w:r>
    <w:r>
      <w:rPr>
        <w:rFonts w:ascii="Ubuntu" w:eastAsia="Ubuntu" w:hAnsi="Ubuntu" w:cs="Ubuntu"/>
        <w:b/>
        <w:color w:val="1D2958"/>
        <w:sz w:val="16"/>
      </w:rPr>
      <w:instrText xml:space="preserve"> PAGE </w:instrText>
    </w:r>
    <w:r>
      <w:rPr>
        <w:rFonts w:ascii="Ubuntu" w:eastAsia="Ubuntu" w:hAnsi="Ubuntu" w:cs="Ubuntu"/>
        <w:b/>
        <w:color w:val="1D2958"/>
        <w:sz w:val="16"/>
      </w:rPr>
      <w:fldChar w:fldCharType="separate"/>
    </w:r>
    <w:r w:rsidR="00817323">
      <w:rPr>
        <w:rFonts w:ascii="Ubuntu" w:eastAsia="Ubuntu" w:hAnsi="Ubuntu" w:cs="Ubuntu"/>
        <w:b/>
        <w:noProof/>
        <w:color w:val="1D2958"/>
        <w:sz w:val="16"/>
      </w:rPr>
      <w:t>1</w:t>
    </w:r>
    <w:r>
      <w:rPr>
        <w:rFonts w:ascii="Ubuntu" w:eastAsia="Ubuntu" w:hAnsi="Ubuntu" w:cs="Ubuntu"/>
        <w:b/>
        <w:color w:val="1D2958"/>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31607" w14:textId="77777777" w:rsidR="00140861" w:rsidRDefault="00140861">
      <w:pPr>
        <w:spacing w:after="0" w:line="240" w:lineRule="auto"/>
        <w:rPr>
          <w:rFonts w:hint="eastAsia"/>
        </w:rPr>
      </w:pPr>
      <w:r>
        <w:separator/>
      </w:r>
    </w:p>
  </w:footnote>
  <w:footnote w:type="continuationSeparator" w:id="0">
    <w:p w14:paraId="6FB3B177" w14:textId="77777777" w:rsidR="00140861" w:rsidRDefault="00140861">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DC6F7" w14:textId="1C007DCB" w:rsidR="001E6F2C" w:rsidRPr="001E6F2C" w:rsidRDefault="005D1326" w:rsidP="007B267A">
    <w:pPr>
      <w:pStyle w:val="BodyText"/>
      <w:spacing w:before="55" w:after="0"/>
      <w:ind w:left="284"/>
      <w:jc w:val="center"/>
      <w:rPr>
        <w:rFonts w:hint="eastAsia"/>
        <w:w w:val="105"/>
        <w:sz w:val="16"/>
        <w:szCs w:val="16"/>
      </w:rPr>
    </w:pPr>
    <w:r w:rsidRPr="001E6F2C">
      <w:rPr>
        <w:rFonts w:eastAsia="Myriad Pro" w:cs="Myriad Pro"/>
        <w:color w:val="6D7176"/>
        <w:w w:val="105"/>
        <w:sz w:val="16"/>
        <w:szCs w:val="16"/>
      </w:rPr>
      <w:t>SALUS Controls PLC Units 8-10,</w:t>
    </w:r>
    <w:r w:rsidR="001E6F2C">
      <w:rPr>
        <w:rFonts w:eastAsia="Myriad Pro" w:cs="Myriad Pro"/>
        <w:color w:val="6D7176"/>
        <w:w w:val="105"/>
        <w:sz w:val="16"/>
        <w:szCs w:val="16"/>
      </w:rPr>
      <w:t xml:space="preserve"> </w:t>
    </w:r>
    <w:proofErr w:type="spellStart"/>
    <w:r w:rsidRPr="001E6F2C">
      <w:rPr>
        <w:rFonts w:eastAsia="Myriad Pro" w:cs="Myriad Pro"/>
        <w:color w:val="6D7176"/>
        <w:w w:val="105"/>
        <w:sz w:val="16"/>
        <w:szCs w:val="16"/>
      </w:rPr>
      <w:t>Neinrth</w:t>
    </w:r>
    <w:r w:rsidR="00F56C1F">
      <w:rPr>
        <w:rFonts w:eastAsia="Myriad Pro" w:cs="Myriad Pro"/>
        <w:color w:val="6D7176"/>
        <w:w w:val="105"/>
        <w:sz w:val="16"/>
        <w:szCs w:val="16"/>
      </w:rPr>
      <w:t>field</w:t>
    </w:r>
    <w:proofErr w:type="spellEnd"/>
    <w:r w:rsidR="00584A2A">
      <w:rPr>
        <w:rFonts w:eastAsia="Myriad Pro" w:cs="Myriad Pro"/>
        <w:color w:val="6D7176"/>
        <w:w w:val="105"/>
        <w:sz w:val="16"/>
        <w:szCs w:val="16"/>
      </w:rPr>
      <w:t xml:space="preserve"> </w:t>
    </w:r>
    <w:r w:rsidRPr="001E6F2C">
      <w:rPr>
        <w:rFonts w:eastAsia="Myriad Pro" w:cs="Myriad Pro"/>
        <w:color w:val="6D7176"/>
        <w:w w:val="105"/>
        <w:sz w:val="16"/>
        <w:szCs w:val="16"/>
      </w:rPr>
      <w:t>Business Park,</w:t>
    </w:r>
    <w:r w:rsidR="001E6F2C">
      <w:rPr>
        <w:rFonts w:eastAsia="Myriad Pro" w:cs="Myriad Pro"/>
        <w:color w:val="6D7176"/>
        <w:w w:val="105"/>
        <w:sz w:val="16"/>
        <w:szCs w:val="16"/>
      </w:rPr>
      <w:t xml:space="preserve"> </w:t>
    </w:r>
    <w:r w:rsidRPr="001E6F2C">
      <w:rPr>
        <w:rFonts w:eastAsia="Myriad Pro" w:cs="Myriad Pro"/>
        <w:color w:val="6D7176"/>
        <w:w w:val="105"/>
        <w:sz w:val="16"/>
        <w:szCs w:val="16"/>
      </w:rPr>
      <w:t xml:space="preserve">Forge Way, </w:t>
    </w:r>
    <w:r w:rsidR="00223A8B">
      <w:rPr>
        <w:rFonts w:eastAsia="Myriad Pro" w:cs="Myriad Pro"/>
        <w:color w:val="6D7176"/>
        <w:w w:val="105"/>
        <w:sz w:val="16"/>
        <w:szCs w:val="16"/>
      </w:rPr>
      <w:t>Parkgate,</w:t>
    </w:r>
    <w:r w:rsidR="00862FC0">
      <w:rPr>
        <w:rFonts w:eastAsia="Myriad Pro" w:cs="Myriad Pro"/>
        <w:color w:val="6D7176"/>
        <w:w w:val="105"/>
        <w:sz w:val="16"/>
        <w:szCs w:val="16"/>
      </w:rPr>
      <w:t xml:space="preserve"> </w:t>
    </w:r>
    <w:r w:rsidRPr="001E6F2C">
      <w:rPr>
        <w:rFonts w:eastAsia="Myriad Pro" w:cs="Myriad Pro"/>
        <w:color w:val="6D7176"/>
        <w:w w:val="105"/>
        <w:sz w:val="16"/>
        <w:szCs w:val="16"/>
      </w:rPr>
      <w:t>Rotherham, S60 1SD, UK</w:t>
    </w:r>
  </w:p>
  <w:p w14:paraId="78E6932F" w14:textId="77777777" w:rsidR="005D1326" w:rsidRDefault="005D1326">
    <w:pPr>
      <w:pStyle w:val="Header"/>
      <w:jc w:val="cen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757EBFC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00005"/>
    <w:multiLevelType w:val="hybridMultilevel"/>
    <w:tmpl w:val="7545E146"/>
    <w:lvl w:ilvl="0" w:tplc="FFFFFFFF">
      <w:start w:val="3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6"/>
    <w:multiLevelType w:val="hybridMultilevel"/>
    <w:tmpl w:val="515F007C"/>
    <w:lvl w:ilvl="0" w:tplc="FFFFFFFF">
      <w:start w:val="4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45268EF"/>
    <w:multiLevelType w:val="hybridMultilevel"/>
    <w:tmpl w:val="CB2A8F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F0C651E"/>
    <w:multiLevelType w:val="hybridMultilevel"/>
    <w:tmpl w:val="DD48AD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65B1BDC"/>
    <w:multiLevelType w:val="hybridMultilevel"/>
    <w:tmpl w:val="1B0859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CD17CFE"/>
    <w:multiLevelType w:val="hybridMultilevel"/>
    <w:tmpl w:val="D148450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331209EB"/>
    <w:multiLevelType w:val="hybridMultilevel"/>
    <w:tmpl w:val="5EF44C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BF712EA"/>
    <w:multiLevelType w:val="hybridMultilevel"/>
    <w:tmpl w:val="6A863788"/>
    <w:lvl w:ilvl="0" w:tplc="E0664020">
      <w:start w:val="8"/>
      <w:numFmt w:val="bullet"/>
      <w:lvlText w:val="-"/>
      <w:lvlJc w:val="left"/>
      <w:pPr>
        <w:ind w:left="420" w:hanging="360"/>
      </w:pPr>
      <w:rPr>
        <w:rFonts w:ascii="Myriad Pro" w:eastAsiaTheme="minorEastAsia" w:hAnsi="Myriad Pro" w:cstheme="minorBidi" w:hint="default"/>
        <w:color w:val="24272B"/>
        <w:sz w:val="21"/>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 w15:restartNumberingAfterBreak="0">
    <w:nsid w:val="528459BF"/>
    <w:multiLevelType w:val="hybridMultilevel"/>
    <w:tmpl w:val="083418EC"/>
    <w:lvl w:ilvl="0" w:tplc="C13237B8">
      <w:start w:val="8"/>
      <w:numFmt w:val="bullet"/>
      <w:lvlText w:val="-"/>
      <w:lvlJc w:val="left"/>
      <w:pPr>
        <w:ind w:left="720" w:hanging="360"/>
      </w:pPr>
      <w:rPr>
        <w:rFonts w:ascii="Myriad Pro" w:eastAsiaTheme="minorEastAsia" w:hAnsi="Myriad Pro" w:cstheme="minorBidi" w:hint="default"/>
        <w:color w:val="24272B"/>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9C052B"/>
    <w:multiLevelType w:val="hybridMultilevel"/>
    <w:tmpl w:val="DCECE1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9A34EE9"/>
    <w:multiLevelType w:val="hybridMultilevel"/>
    <w:tmpl w:val="1472B78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 w15:restartNumberingAfterBreak="0">
    <w:nsid w:val="7F814946"/>
    <w:multiLevelType w:val="hybridMultilevel"/>
    <w:tmpl w:val="C4A80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8883120">
    <w:abstractNumId w:val="8"/>
  </w:num>
  <w:num w:numId="2" w16cid:durableId="116991274">
    <w:abstractNumId w:val="6"/>
  </w:num>
  <w:num w:numId="3" w16cid:durableId="89938937">
    <w:abstractNumId w:val="5"/>
  </w:num>
  <w:num w:numId="4" w16cid:durableId="553007795">
    <w:abstractNumId w:val="4"/>
  </w:num>
  <w:num w:numId="5" w16cid:durableId="1176505067">
    <w:abstractNumId w:val="7"/>
  </w:num>
  <w:num w:numId="6" w16cid:durableId="1584803279">
    <w:abstractNumId w:val="3"/>
  </w:num>
  <w:num w:numId="7" w16cid:durableId="1621955255">
    <w:abstractNumId w:val="2"/>
  </w:num>
  <w:num w:numId="8" w16cid:durableId="1975990006">
    <w:abstractNumId w:val="1"/>
  </w:num>
  <w:num w:numId="9" w16cid:durableId="411127923">
    <w:abstractNumId w:val="0"/>
  </w:num>
  <w:num w:numId="10" w16cid:durableId="1180008020">
    <w:abstractNumId w:val="15"/>
  </w:num>
  <w:num w:numId="11" w16cid:durableId="783884163">
    <w:abstractNumId w:val="12"/>
  </w:num>
  <w:num w:numId="12" w16cid:durableId="223151439">
    <w:abstractNumId w:val="18"/>
  </w:num>
  <w:num w:numId="13" w16cid:durableId="1784297975">
    <w:abstractNumId w:val="11"/>
  </w:num>
  <w:num w:numId="14" w16cid:durableId="1060401201">
    <w:abstractNumId w:val="19"/>
  </w:num>
  <w:num w:numId="15" w16cid:durableId="1286501859">
    <w:abstractNumId w:val="8"/>
  </w:num>
  <w:num w:numId="16" w16cid:durableId="209417096">
    <w:abstractNumId w:val="9"/>
  </w:num>
  <w:num w:numId="17" w16cid:durableId="1857572138">
    <w:abstractNumId w:val="10"/>
  </w:num>
  <w:num w:numId="18" w16cid:durableId="505051451">
    <w:abstractNumId w:val="13"/>
  </w:num>
  <w:num w:numId="19" w16cid:durableId="363947609">
    <w:abstractNumId w:val="14"/>
  </w:num>
  <w:num w:numId="20" w16cid:durableId="951396934">
    <w:abstractNumId w:val="20"/>
  </w:num>
  <w:num w:numId="21" w16cid:durableId="1291133405">
    <w:abstractNumId w:val="17"/>
  </w:num>
  <w:num w:numId="22" w16cid:durableId="12290020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530"/>
    <w:rsid w:val="00034616"/>
    <w:rsid w:val="00050403"/>
    <w:rsid w:val="0006063C"/>
    <w:rsid w:val="00065768"/>
    <w:rsid w:val="000678F2"/>
    <w:rsid w:val="00082F3C"/>
    <w:rsid w:val="00083E91"/>
    <w:rsid w:val="000B4D71"/>
    <w:rsid w:val="000D1683"/>
    <w:rsid w:val="000E4D87"/>
    <w:rsid w:val="000E4E8C"/>
    <w:rsid w:val="001000B8"/>
    <w:rsid w:val="00105460"/>
    <w:rsid w:val="00135918"/>
    <w:rsid w:val="00140861"/>
    <w:rsid w:val="0015074B"/>
    <w:rsid w:val="00153BF5"/>
    <w:rsid w:val="0016185E"/>
    <w:rsid w:val="00181A8C"/>
    <w:rsid w:val="00183348"/>
    <w:rsid w:val="00183F4D"/>
    <w:rsid w:val="0019072D"/>
    <w:rsid w:val="001A2F69"/>
    <w:rsid w:val="001B0D07"/>
    <w:rsid w:val="001E6F2C"/>
    <w:rsid w:val="00201185"/>
    <w:rsid w:val="00201F66"/>
    <w:rsid w:val="00221497"/>
    <w:rsid w:val="00223A8B"/>
    <w:rsid w:val="00224AE7"/>
    <w:rsid w:val="00237A73"/>
    <w:rsid w:val="0024320A"/>
    <w:rsid w:val="002625FC"/>
    <w:rsid w:val="0026323C"/>
    <w:rsid w:val="00264178"/>
    <w:rsid w:val="0028663D"/>
    <w:rsid w:val="0029639D"/>
    <w:rsid w:val="002A3313"/>
    <w:rsid w:val="002B58F8"/>
    <w:rsid w:val="002D0265"/>
    <w:rsid w:val="002F0A10"/>
    <w:rsid w:val="002F3C0E"/>
    <w:rsid w:val="002F7B8F"/>
    <w:rsid w:val="00326F90"/>
    <w:rsid w:val="00343182"/>
    <w:rsid w:val="00344641"/>
    <w:rsid w:val="00345DA7"/>
    <w:rsid w:val="003710B0"/>
    <w:rsid w:val="003A18C2"/>
    <w:rsid w:val="003A1DAC"/>
    <w:rsid w:val="003A30AD"/>
    <w:rsid w:val="003A6D19"/>
    <w:rsid w:val="003A767A"/>
    <w:rsid w:val="003B75E0"/>
    <w:rsid w:val="00400CD9"/>
    <w:rsid w:val="00427DD3"/>
    <w:rsid w:val="004452B0"/>
    <w:rsid w:val="00447C09"/>
    <w:rsid w:val="00490FC0"/>
    <w:rsid w:val="004A0013"/>
    <w:rsid w:val="004B4647"/>
    <w:rsid w:val="004C10EB"/>
    <w:rsid w:val="004C6AB1"/>
    <w:rsid w:val="004D7D2E"/>
    <w:rsid w:val="004E0EDD"/>
    <w:rsid w:val="004F5DAA"/>
    <w:rsid w:val="005007FA"/>
    <w:rsid w:val="00520B09"/>
    <w:rsid w:val="00524591"/>
    <w:rsid w:val="0054095F"/>
    <w:rsid w:val="0054164C"/>
    <w:rsid w:val="00561762"/>
    <w:rsid w:val="00584A2A"/>
    <w:rsid w:val="0058623C"/>
    <w:rsid w:val="00596C01"/>
    <w:rsid w:val="005B181A"/>
    <w:rsid w:val="005B511E"/>
    <w:rsid w:val="005D1326"/>
    <w:rsid w:val="005D16DB"/>
    <w:rsid w:val="005D74F1"/>
    <w:rsid w:val="005E3305"/>
    <w:rsid w:val="005E5C11"/>
    <w:rsid w:val="005F7FDB"/>
    <w:rsid w:val="0060447F"/>
    <w:rsid w:val="006064A6"/>
    <w:rsid w:val="00645F2F"/>
    <w:rsid w:val="006C1235"/>
    <w:rsid w:val="006D5312"/>
    <w:rsid w:val="00702E96"/>
    <w:rsid w:val="007073FE"/>
    <w:rsid w:val="0071281F"/>
    <w:rsid w:val="0074711A"/>
    <w:rsid w:val="007559D5"/>
    <w:rsid w:val="00761D3E"/>
    <w:rsid w:val="00773111"/>
    <w:rsid w:val="00784C93"/>
    <w:rsid w:val="00792C8B"/>
    <w:rsid w:val="00794C62"/>
    <w:rsid w:val="0079623B"/>
    <w:rsid w:val="007B267A"/>
    <w:rsid w:val="007B3241"/>
    <w:rsid w:val="007B5A7D"/>
    <w:rsid w:val="007B6CE4"/>
    <w:rsid w:val="007C3D03"/>
    <w:rsid w:val="007D6092"/>
    <w:rsid w:val="007E28AB"/>
    <w:rsid w:val="007F412C"/>
    <w:rsid w:val="00817323"/>
    <w:rsid w:val="00821C21"/>
    <w:rsid w:val="008240CA"/>
    <w:rsid w:val="00824A2A"/>
    <w:rsid w:val="00832544"/>
    <w:rsid w:val="0084502B"/>
    <w:rsid w:val="008521A6"/>
    <w:rsid w:val="00862FC0"/>
    <w:rsid w:val="008651D2"/>
    <w:rsid w:val="008733AA"/>
    <w:rsid w:val="00876631"/>
    <w:rsid w:val="008A78A6"/>
    <w:rsid w:val="008B4746"/>
    <w:rsid w:val="008C5764"/>
    <w:rsid w:val="008D62A5"/>
    <w:rsid w:val="008E0A5B"/>
    <w:rsid w:val="008E7F23"/>
    <w:rsid w:val="008F55CC"/>
    <w:rsid w:val="009166B1"/>
    <w:rsid w:val="00926EF2"/>
    <w:rsid w:val="00934215"/>
    <w:rsid w:val="00970353"/>
    <w:rsid w:val="00990E0E"/>
    <w:rsid w:val="00992B40"/>
    <w:rsid w:val="009A2B5C"/>
    <w:rsid w:val="009A41D3"/>
    <w:rsid w:val="009A5104"/>
    <w:rsid w:val="009B6E2A"/>
    <w:rsid w:val="009C72B6"/>
    <w:rsid w:val="009D2F24"/>
    <w:rsid w:val="00A00810"/>
    <w:rsid w:val="00A030B5"/>
    <w:rsid w:val="00A10A74"/>
    <w:rsid w:val="00A4010A"/>
    <w:rsid w:val="00A5425F"/>
    <w:rsid w:val="00A57E86"/>
    <w:rsid w:val="00A62040"/>
    <w:rsid w:val="00A67FD7"/>
    <w:rsid w:val="00A73F26"/>
    <w:rsid w:val="00A934FA"/>
    <w:rsid w:val="00AA1D8D"/>
    <w:rsid w:val="00AA79BF"/>
    <w:rsid w:val="00AE2EA0"/>
    <w:rsid w:val="00AF342F"/>
    <w:rsid w:val="00AF3A00"/>
    <w:rsid w:val="00B0684D"/>
    <w:rsid w:val="00B22315"/>
    <w:rsid w:val="00B27AC6"/>
    <w:rsid w:val="00B46DA8"/>
    <w:rsid w:val="00B47730"/>
    <w:rsid w:val="00B83EA6"/>
    <w:rsid w:val="00BC668C"/>
    <w:rsid w:val="00BF3105"/>
    <w:rsid w:val="00BF37AF"/>
    <w:rsid w:val="00BF587A"/>
    <w:rsid w:val="00C0726A"/>
    <w:rsid w:val="00C07344"/>
    <w:rsid w:val="00C12E95"/>
    <w:rsid w:val="00C26D3C"/>
    <w:rsid w:val="00C3035F"/>
    <w:rsid w:val="00C3563A"/>
    <w:rsid w:val="00C45E51"/>
    <w:rsid w:val="00C56E3C"/>
    <w:rsid w:val="00C87487"/>
    <w:rsid w:val="00CB0664"/>
    <w:rsid w:val="00CB1C02"/>
    <w:rsid w:val="00CB593E"/>
    <w:rsid w:val="00CB5F15"/>
    <w:rsid w:val="00CC174E"/>
    <w:rsid w:val="00CC2FDE"/>
    <w:rsid w:val="00CC4B56"/>
    <w:rsid w:val="00CF11FA"/>
    <w:rsid w:val="00CF3C6D"/>
    <w:rsid w:val="00D00A5F"/>
    <w:rsid w:val="00D014AE"/>
    <w:rsid w:val="00D116E9"/>
    <w:rsid w:val="00D25B8D"/>
    <w:rsid w:val="00D54783"/>
    <w:rsid w:val="00D5644F"/>
    <w:rsid w:val="00D63CC5"/>
    <w:rsid w:val="00D67ABC"/>
    <w:rsid w:val="00D82881"/>
    <w:rsid w:val="00D86034"/>
    <w:rsid w:val="00D90BCA"/>
    <w:rsid w:val="00D95308"/>
    <w:rsid w:val="00DA2D1B"/>
    <w:rsid w:val="00DB0D87"/>
    <w:rsid w:val="00DC12F3"/>
    <w:rsid w:val="00DE2B46"/>
    <w:rsid w:val="00DF7C4F"/>
    <w:rsid w:val="00E24482"/>
    <w:rsid w:val="00E740AE"/>
    <w:rsid w:val="00E847E6"/>
    <w:rsid w:val="00E84B17"/>
    <w:rsid w:val="00E84CA3"/>
    <w:rsid w:val="00E85FB3"/>
    <w:rsid w:val="00E9096C"/>
    <w:rsid w:val="00EB6E7D"/>
    <w:rsid w:val="00EE56C2"/>
    <w:rsid w:val="00F4392E"/>
    <w:rsid w:val="00F46327"/>
    <w:rsid w:val="00F517B9"/>
    <w:rsid w:val="00F54C66"/>
    <w:rsid w:val="00F56C1F"/>
    <w:rsid w:val="00F5799C"/>
    <w:rsid w:val="00F75246"/>
    <w:rsid w:val="00F864DC"/>
    <w:rsid w:val="00FB0509"/>
    <w:rsid w:val="00FB36E2"/>
    <w:rsid w:val="00FC693F"/>
    <w:rsid w:val="00FF1C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D62225"/>
  <w14:defaultImageDpi w14:val="300"/>
  <w15:docId w15:val="{76562646-C1AD-4B88-A8AD-3712A85AE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D1B"/>
    <w:pPr>
      <w:spacing w:after="120" w:line="269" w:lineRule="auto"/>
    </w:pPr>
    <w:rPr>
      <w:rFonts w:ascii="Myriad Pro" w:hAnsi="Myriad Pro"/>
      <w:color w:val="24272B"/>
      <w:sz w:val="21"/>
    </w:rPr>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b/>
      <w:bCs/>
      <w:color w:val="1D2958"/>
      <w:sz w:val="3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D295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AEEF"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AEEF"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5677"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5677"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AEEF"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81B3"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AEEF"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AEEF" w:themeColor="accent1"/>
    </w:rPr>
  </w:style>
  <w:style w:type="paragraph" w:styleId="Title">
    <w:name w:val="Title"/>
    <w:basedOn w:val="Normal"/>
    <w:next w:val="Normal"/>
    <w:link w:val="TitleChar"/>
    <w:uiPriority w:val="10"/>
    <w:qFormat/>
    <w:rsid w:val="00FC693F"/>
    <w:pPr>
      <w:pBdr>
        <w:bottom w:val="single" w:sz="8" w:space="4" w:color="00AEEF" w:themeColor="accent1"/>
      </w:pBdr>
      <w:spacing w:after="300" w:line="240" w:lineRule="auto"/>
      <w:contextualSpacing/>
    </w:pPr>
    <w:rPr>
      <w:rFonts w:asciiTheme="majorHAnsi" w:eastAsiaTheme="majorEastAsia" w:hAnsiTheme="majorHAnsi" w:cstheme="majorBidi"/>
      <w:b/>
      <w:color w:val="1D2958"/>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AEEF"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AEEF"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374" w:hanging="259"/>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AEEF"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5677"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5677"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AEEF"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AEEF"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00AEEF" w:themeColor="accent1"/>
      </w:pBdr>
      <w:spacing w:before="200" w:after="280"/>
      <w:ind w:left="936" w:right="936"/>
    </w:pPr>
    <w:rPr>
      <w:b/>
      <w:bCs/>
      <w:i/>
      <w:iCs/>
      <w:color w:val="00AEEF" w:themeColor="accent1"/>
    </w:rPr>
  </w:style>
  <w:style w:type="character" w:customStyle="1" w:styleId="IntenseQuoteChar">
    <w:name w:val="Intense Quote Char"/>
    <w:basedOn w:val="DefaultParagraphFont"/>
    <w:link w:val="IntenseQuote"/>
    <w:uiPriority w:val="30"/>
    <w:rsid w:val="00FC693F"/>
    <w:rPr>
      <w:b/>
      <w:bCs/>
      <w:i/>
      <w:iCs/>
      <w:color w:val="00AEEF"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00AEEF" w:themeColor="accent1"/>
    </w:rPr>
  </w:style>
  <w:style w:type="character" w:styleId="SubtleReference">
    <w:name w:val="Subtle Reference"/>
    <w:basedOn w:val="DefaultParagraphFont"/>
    <w:uiPriority w:val="31"/>
    <w:qFormat/>
    <w:rsid w:val="00FC693F"/>
    <w:rPr>
      <w:smallCaps/>
      <w:color w:val="00AEEF" w:themeColor="accent2"/>
      <w:u w:val="single"/>
    </w:rPr>
  </w:style>
  <w:style w:type="character" w:styleId="IntenseReference">
    <w:name w:val="Intense Reference"/>
    <w:basedOn w:val="DefaultParagraphFont"/>
    <w:uiPriority w:val="32"/>
    <w:qFormat/>
    <w:rsid w:val="00FC693F"/>
    <w:rPr>
      <w:b/>
      <w:bCs/>
      <w:smallCaps/>
      <w:color w:val="00AEEF"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81B3" w:themeColor="accent1" w:themeShade="BF"/>
    </w:rPr>
    <w:tblPr>
      <w:tblStyleRowBandSize w:val="1"/>
      <w:tblStyleColBandSize w:val="1"/>
      <w:tblBorders>
        <w:top w:val="single" w:sz="8" w:space="0" w:color="00AEEF" w:themeColor="accent1"/>
        <w:bottom w:val="single" w:sz="8" w:space="0" w:color="00AEEF" w:themeColor="accent1"/>
      </w:tblBorders>
    </w:tblPr>
    <w:tblStylePr w:type="firstRow">
      <w:pPr>
        <w:spacing w:before="0" w:after="0" w:line="240" w:lineRule="auto"/>
      </w:pPr>
      <w:rPr>
        <w:b/>
        <w:bCs/>
      </w:rPr>
      <w:tblPr/>
      <w:tcPr>
        <w:tcBorders>
          <w:top w:val="single" w:sz="8" w:space="0" w:color="00AEEF" w:themeColor="accent1"/>
          <w:left w:val="nil"/>
          <w:bottom w:val="single" w:sz="8" w:space="0" w:color="00AEEF" w:themeColor="accent1"/>
          <w:right w:val="nil"/>
          <w:insideH w:val="nil"/>
          <w:insideV w:val="nil"/>
        </w:tcBorders>
      </w:tcPr>
    </w:tblStylePr>
    <w:tblStylePr w:type="lastRow">
      <w:pPr>
        <w:spacing w:before="0" w:after="0" w:line="240" w:lineRule="auto"/>
      </w:pPr>
      <w:rPr>
        <w:b/>
        <w:bCs/>
      </w:rPr>
      <w:tblPr/>
      <w:tcPr>
        <w:tcBorders>
          <w:top w:val="single" w:sz="8" w:space="0" w:color="00AEEF" w:themeColor="accent1"/>
          <w:left w:val="nil"/>
          <w:bottom w:val="single" w:sz="8" w:space="0" w:color="00AEE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CFF" w:themeFill="accent1" w:themeFillTint="3F"/>
      </w:tcPr>
    </w:tblStylePr>
    <w:tblStylePr w:type="band1Horz">
      <w:tblPr/>
      <w:tcPr>
        <w:tcBorders>
          <w:left w:val="nil"/>
          <w:right w:val="nil"/>
          <w:insideH w:val="nil"/>
          <w:insideV w:val="nil"/>
        </w:tcBorders>
        <w:shd w:val="clear" w:color="auto" w:fill="BCECFF" w:themeFill="accent1" w:themeFillTint="3F"/>
      </w:tcPr>
    </w:tblStylePr>
  </w:style>
  <w:style w:type="table" w:styleId="LightShading-Accent2">
    <w:name w:val="Light Shading Accent 2"/>
    <w:basedOn w:val="TableNormal"/>
    <w:uiPriority w:val="60"/>
    <w:rsid w:val="00FC693F"/>
    <w:pPr>
      <w:spacing w:after="0" w:line="240" w:lineRule="auto"/>
    </w:pPr>
    <w:rPr>
      <w:color w:val="0081B3" w:themeColor="accent2" w:themeShade="BF"/>
    </w:rPr>
    <w:tblPr>
      <w:tblStyleRowBandSize w:val="1"/>
      <w:tblStyleColBandSize w:val="1"/>
      <w:tblBorders>
        <w:top w:val="single" w:sz="8" w:space="0" w:color="00AEEF" w:themeColor="accent2"/>
        <w:bottom w:val="single" w:sz="8" w:space="0" w:color="00AEEF" w:themeColor="accent2"/>
      </w:tblBorders>
    </w:tblPr>
    <w:tblStylePr w:type="firstRow">
      <w:pPr>
        <w:spacing w:before="0" w:after="0" w:line="240" w:lineRule="auto"/>
      </w:pPr>
      <w:rPr>
        <w:b/>
        <w:bCs/>
      </w:rPr>
      <w:tblPr/>
      <w:tcPr>
        <w:tcBorders>
          <w:top w:val="single" w:sz="8" w:space="0" w:color="00AEEF" w:themeColor="accent2"/>
          <w:left w:val="nil"/>
          <w:bottom w:val="single" w:sz="8" w:space="0" w:color="00AEEF" w:themeColor="accent2"/>
          <w:right w:val="nil"/>
          <w:insideH w:val="nil"/>
          <w:insideV w:val="nil"/>
        </w:tcBorders>
      </w:tcPr>
    </w:tblStylePr>
    <w:tblStylePr w:type="lastRow">
      <w:pPr>
        <w:spacing w:before="0" w:after="0" w:line="240" w:lineRule="auto"/>
      </w:pPr>
      <w:rPr>
        <w:b/>
        <w:bCs/>
      </w:rPr>
      <w:tblPr/>
      <w:tcPr>
        <w:tcBorders>
          <w:top w:val="single" w:sz="8" w:space="0" w:color="00AEEF" w:themeColor="accent2"/>
          <w:left w:val="nil"/>
          <w:bottom w:val="single" w:sz="8" w:space="0" w:color="00AEE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CFF" w:themeFill="accent2" w:themeFillTint="3F"/>
      </w:tcPr>
    </w:tblStylePr>
    <w:tblStylePr w:type="band1Horz">
      <w:tblPr/>
      <w:tcPr>
        <w:tcBorders>
          <w:left w:val="nil"/>
          <w:right w:val="nil"/>
          <w:insideH w:val="nil"/>
          <w:insideV w:val="nil"/>
        </w:tcBorders>
        <w:shd w:val="clear" w:color="auto" w:fill="BCECFF"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tblBorders>
    </w:tblPr>
    <w:tblStylePr w:type="firstRow">
      <w:pPr>
        <w:spacing w:before="0" w:after="0" w:line="240" w:lineRule="auto"/>
      </w:pPr>
      <w:rPr>
        <w:b/>
        <w:bCs/>
        <w:color w:val="FFFFFF" w:themeColor="background1"/>
      </w:rPr>
      <w:tblPr/>
      <w:tcPr>
        <w:shd w:val="clear" w:color="auto" w:fill="00AEEF" w:themeFill="accent1"/>
      </w:tcPr>
    </w:tblStylePr>
    <w:tblStylePr w:type="lastRow">
      <w:pPr>
        <w:spacing w:before="0" w:after="0" w:line="240" w:lineRule="auto"/>
      </w:pPr>
      <w:rPr>
        <w:b/>
        <w:bCs/>
      </w:rPr>
      <w:tblPr/>
      <w:tcPr>
        <w:tcBorders>
          <w:top w:val="double" w:sz="6" w:space="0" w:color="00AEEF" w:themeColor="accent1"/>
          <w:left w:val="single" w:sz="8" w:space="0" w:color="00AEEF" w:themeColor="accent1"/>
          <w:bottom w:val="single" w:sz="8" w:space="0" w:color="00AEEF" w:themeColor="accent1"/>
          <w:right w:val="single" w:sz="8" w:space="0" w:color="00AEEF" w:themeColor="accent1"/>
        </w:tcBorders>
      </w:tcPr>
    </w:tblStylePr>
    <w:tblStylePr w:type="firstCol">
      <w:rPr>
        <w:b/>
        <w:bCs/>
      </w:rPr>
    </w:tblStylePr>
    <w:tblStylePr w:type="lastCol">
      <w:rPr>
        <w:b/>
        <w:bCs/>
      </w:rPr>
    </w:tblStylePr>
    <w:tblStylePr w:type="band1Vert">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tcPr>
    </w:tblStylePr>
    <w:tblStylePr w:type="band1Horz">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00AEEF" w:themeColor="accent2"/>
        <w:left w:val="single" w:sz="8" w:space="0" w:color="00AEEF" w:themeColor="accent2"/>
        <w:bottom w:val="single" w:sz="8" w:space="0" w:color="00AEEF" w:themeColor="accent2"/>
        <w:right w:val="single" w:sz="8" w:space="0" w:color="00AEEF" w:themeColor="accent2"/>
      </w:tblBorders>
    </w:tblPr>
    <w:tblStylePr w:type="firstRow">
      <w:pPr>
        <w:spacing w:before="0" w:after="0" w:line="240" w:lineRule="auto"/>
      </w:pPr>
      <w:rPr>
        <w:b/>
        <w:bCs/>
        <w:color w:val="FFFFFF" w:themeColor="background1"/>
      </w:rPr>
      <w:tblPr/>
      <w:tcPr>
        <w:shd w:val="clear" w:color="auto" w:fill="00AEEF" w:themeFill="accent2"/>
      </w:tcPr>
    </w:tblStylePr>
    <w:tblStylePr w:type="lastRow">
      <w:pPr>
        <w:spacing w:before="0" w:after="0" w:line="240" w:lineRule="auto"/>
      </w:pPr>
      <w:rPr>
        <w:b/>
        <w:bCs/>
      </w:rPr>
      <w:tblPr/>
      <w:tcPr>
        <w:tcBorders>
          <w:top w:val="double" w:sz="6" w:space="0" w:color="00AEEF" w:themeColor="accent2"/>
          <w:left w:val="single" w:sz="8" w:space="0" w:color="00AEEF" w:themeColor="accent2"/>
          <w:bottom w:val="single" w:sz="8" w:space="0" w:color="00AEEF" w:themeColor="accent2"/>
          <w:right w:val="single" w:sz="8" w:space="0" w:color="00AEEF" w:themeColor="accent2"/>
        </w:tcBorders>
      </w:tcPr>
    </w:tblStylePr>
    <w:tblStylePr w:type="firstCol">
      <w:rPr>
        <w:b/>
        <w:bCs/>
      </w:rPr>
    </w:tblStylePr>
    <w:tblStylePr w:type="lastCol">
      <w:rPr>
        <w:b/>
        <w:bCs/>
      </w:rPr>
    </w:tblStylePr>
    <w:tblStylePr w:type="band1Vert">
      <w:tblPr/>
      <w:tcPr>
        <w:tcBorders>
          <w:top w:val="single" w:sz="8" w:space="0" w:color="00AEEF" w:themeColor="accent2"/>
          <w:left w:val="single" w:sz="8" w:space="0" w:color="00AEEF" w:themeColor="accent2"/>
          <w:bottom w:val="single" w:sz="8" w:space="0" w:color="00AEEF" w:themeColor="accent2"/>
          <w:right w:val="single" w:sz="8" w:space="0" w:color="00AEEF" w:themeColor="accent2"/>
        </w:tcBorders>
      </w:tcPr>
    </w:tblStylePr>
    <w:tblStylePr w:type="band1Horz">
      <w:tblPr/>
      <w:tcPr>
        <w:tcBorders>
          <w:top w:val="single" w:sz="8" w:space="0" w:color="00AEEF" w:themeColor="accent2"/>
          <w:left w:val="single" w:sz="8" w:space="0" w:color="00AEEF" w:themeColor="accent2"/>
          <w:bottom w:val="single" w:sz="8" w:space="0" w:color="00AEEF" w:themeColor="accent2"/>
          <w:right w:val="single" w:sz="8" w:space="0" w:color="00AEEF"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insideH w:val="single" w:sz="8" w:space="0" w:color="00AEEF" w:themeColor="accent1"/>
        <w:insideV w:val="single" w:sz="8" w:space="0" w:color="00AEE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EEF" w:themeColor="accent1"/>
          <w:left w:val="single" w:sz="8" w:space="0" w:color="00AEEF" w:themeColor="accent1"/>
          <w:bottom w:val="single" w:sz="18" w:space="0" w:color="00AEEF" w:themeColor="accent1"/>
          <w:right w:val="single" w:sz="8" w:space="0" w:color="00AEEF" w:themeColor="accent1"/>
          <w:insideH w:val="nil"/>
          <w:insideV w:val="single" w:sz="8" w:space="0" w:color="00AEE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EEF" w:themeColor="accent1"/>
          <w:left w:val="single" w:sz="8" w:space="0" w:color="00AEEF" w:themeColor="accent1"/>
          <w:bottom w:val="single" w:sz="8" w:space="0" w:color="00AEEF" w:themeColor="accent1"/>
          <w:right w:val="single" w:sz="8" w:space="0" w:color="00AEEF" w:themeColor="accent1"/>
          <w:insideH w:val="nil"/>
          <w:insideV w:val="single" w:sz="8" w:space="0" w:color="00AEE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tcPr>
    </w:tblStylePr>
    <w:tblStylePr w:type="band1Vert">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shd w:val="clear" w:color="auto" w:fill="BCECFF" w:themeFill="accent1" w:themeFillTint="3F"/>
      </w:tcPr>
    </w:tblStylePr>
    <w:tblStylePr w:type="band1Horz">
      <w:tblPr/>
      <w:tcPr>
        <w:tcBorders>
          <w:top w:val="single" w:sz="8" w:space="0" w:color="00AEEF" w:themeColor="accent1"/>
          <w:left w:val="single" w:sz="8" w:space="0" w:color="00AEEF" w:themeColor="accent1"/>
          <w:bottom w:val="single" w:sz="8" w:space="0" w:color="00AEEF" w:themeColor="accent1"/>
          <w:right w:val="single" w:sz="8" w:space="0" w:color="00AEEF" w:themeColor="accent1"/>
          <w:insideV w:val="single" w:sz="8" w:space="0" w:color="00AEEF" w:themeColor="accent1"/>
        </w:tcBorders>
        <w:shd w:val="clear" w:color="auto" w:fill="BCECFF" w:themeFill="accent1" w:themeFillTint="3F"/>
      </w:tcPr>
    </w:tblStylePr>
    <w:tblStylePr w:type="band2Horz">
      <w:tblPr/>
      <w:tcPr>
        <w:tcBorders>
          <w:top w:val="single" w:sz="8" w:space="0" w:color="00AEEF" w:themeColor="accent1"/>
          <w:left w:val="single" w:sz="8" w:space="0" w:color="00AEEF" w:themeColor="accent1"/>
          <w:bottom w:val="single" w:sz="8" w:space="0" w:color="00AEEF" w:themeColor="accent1"/>
          <w:right w:val="single" w:sz="8" w:space="0" w:color="00AEEF" w:themeColor="accent1"/>
          <w:insideV w:val="single" w:sz="8" w:space="0" w:color="00AEEF"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00AEEF" w:themeColor="accent2"/>
        <w:left w:val="single" w:sz="8" w:space="0" w:color="00AEEF" w:themeColor="accent2"/>
        <w:bottom w:val="single" w:sz="8" w:space="0" w:color="00AEEF" w:themeColor="accent2"/>
        <w:right w:val="single" w:sz="8" w:space="0" w:color="00AEEF" w:themeColor="accent2"/>
        <w:insideH w:val="single" w:sz="8" w:space="0" w:color="00AEEF" w:themeColor="accent2"/>
        <w:insideV w:val="single" w:sz="8" w:space="0" w:color="00AEE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EEF" w:themeColor="accent2"/>
          <w:left w:val="single" w:sz="8" w:space="0" w:color="00AEEF" w:themeColor="accent2"/>
          <w:bottom w:val="single" w:sz="18" w:space="0" w:color="00AEEF" w:themeColor="accent2"/>
          <w:right w:val="single" w:sz="8" w:space="0" w:color="00AEEF" w:themeColor="accent2"/>
          <w:insideH w:val="nil"/>
          <w:insideV w:val="single" w:sz="8" w:space="0" w:color="00AEE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EEF" w:themeColor="accent2"/>
          <w:left w:val="single" w:sz="8" w:space="0" w:color="00AEEF" w:themeColor="accent2"/>
          <w:bottom w:val="single" w:sz="8" w:space="0" w:color="00AEEF" w:themeColor="accent2"/>
          <w:right w:val="single" w:sz="8" w:space="0" w:color="00AEEF" w:themeColor="accent2"/>
          <w:insideH w:val="nil"/>
          <w:insideV w:val="single" w:sz="8" w:space="0" w:color="00AEE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EEF" w:themeColor="accent2"/>
          <w:left w:val="single" w:sz="8" w:space="0" w:color="00AEEF" w:themeColor="accent2"/>
          <w:bottom w:val="single" w:sz="8" w:space="0" w:color="00AEEF" w:themeColor="accent2"/>
          <w:right w:val="single" w:sz="8" w:space="0" w:color="00AEEF" w:themeColor="accent2"/>
        </w:tcBorders>
      </w:tcPr>
    </w:tblStylePr>
    <w:tblStylePr w:type="band1Vert">
      <w:tblPr/>
      <w:tcPr>
        <w:tcBorders>
          <w:top w:val="single" w:sz="8" w:space="0" w:color="00AEEF" w:themeColor="accent2"/>
          <w:left w:val="single" w:sz="8" w:space="0" w:color="00AEEF" w:themeColor="accent2"/>
          <w:bottom w:val="single" w:sz="8" w:space="0" w:color="00AEEF" w:themeColor="accent2"/>
          <w:right w:val="single" w:sz="8" w:space="0" w:color="00AEEF" w:themeColor="accent2"/>
        </w:tcBorders>
        <w:shd w:val="clear" w:color="auto" w:fill="BCECFF" w:themeFill="accent2" w:themeFillTint="3F"/>
      </w:tcPr>
    </w:tblStylePr>
    <w:tblStylePr w:type="band1Horz">
      <w:tblPr/>
      <w:tcPr>
        <w:tcBorders>
          <w:top w:val="single" w:sz="8" w:space="0" w:color="00AEEF" w:themeColor="accent2"/>
          <w:left w:val="single" w:sz="8" w:space="0" w:color="00AEEF" w:themeColor="accent2"/>
          <w:bottom w:val="single" w:sz="8" w:space="0" w:color="00AEEF" w:themeColor="accent2"/>
          <w:right w:val="single" w:sz="8" w:space="0" w:color="00AEEF" w:themeColor="accent2"/>
          <w:insideV w:val="single" w:sz="8" w:space="0" w:color="00AEEF" w:themeColor="accent2"/>
        </w:tcBorders>
        <w:shd w:val="clear" w:color="auto" w:fill="BCECFF" w:themeFill="accent2" w:themeFillTint="3F"/>
      </w:tcPr>
    </w:tblStylePr>
    <w:tblStylePr w:type="band2Horz">
      <w:tblPr/>
      <w:tcPr>
        <w:tcBorders>
          <w:top w:val="single" w:sz="8" w:space="0" w:color="00AEEF" w:themeColor="accent2"/>
          <w:left w:val="single" w:sz="8" w:space="0" w:color="00AEEF" w:themeColor="accent2"/>
          <w:bottom w:val="single" w:sz="8" w:space="0" w:color="00AEEF" w:themeColor="accent2"/>
          <w:right w:val="single" w:sz="8" w:space="0" w:color="00AEEF" w:themeColor="accent2"/>
          <w:insideV w:val="single" w:sz="8" w:space="0" w:color="00AEEF"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single" w:sz="8" w:space="0" w:color="34C7FF" w:themeColor="accent1" w:themeTint="BF"/>
      </w:tblBorders>
    </w:tblPr>
    <w:tblStylePr w:type="firstRow">
      <w:pPr>
        <w:spacing w:before="0" w:after="0" w:line="240" w:lineRule="auto"/>
      </w:pPr>
      <w:rPr>
        <w:b/>
        <w:bCs/>
        <w:color w:val="FFFFFF" w:themeColor="background1"/>
      </w:rPr>
      <w:tblPr/>
      <w:tcPr>
        <w:tcBorders>
          <w:top w:val="single" w:sz="8"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nil"/>
          <w:insideV w:val="nil"/>
        </w:tcBorders>
        <w:shd w:val="clear" w:color="auto" w:fill="00AEEF" w:themeFill="accent1"/>
      </w:tcPr>
    </w:tblStylePr>
    <w:tblStylePr w:type="lastRow">
      <w:pPr>
        <w:spacing w:before="0" w:after="0" w:line="240" w:lineRule="auto"/>
      </w:pPr>
      <w:rPr>
        <w:b/>
        <w:bCs/>
      </w:rPr>
      <w:tblPr/>
      <w:tcPr>
        <w:tcBorders>
          <w:top w:val="double" w:sz="6"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CECFF" w:themeFill="accent1" w:themeFillTint="3F"/>
      </w:tcPr>
    </w:tblStylePr>
    <w:tblStylePr w:type="band1Horz">
      <w:tblPr/>
      <w:tcPr>
        <w:tcBorders>
          <w:insideH w:val="nil"/>
          <w:insideV w:val="nil"/>
        </w:tcBorders>
        <w:shd w:val="clear" w:color="auto" w:fill="BCEC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34C7FF" w:themeColor="accent2" w:themeTint="BF"/>
        <w:left w:val="single" w:sz="8" w:space="0" w:color="34C7FF" w:themeColor="accent2" w:themeTint="BF"/>
        <w:bottom w:val="single" w:sz="8" w:space="0" w:color="34C7FF" w:themeColor="accent2" w:themeTint="BF"/>
        <w:right w:val="single" w:sz="8" w:space="0" w:color="34C7FF" w:themeColor="accent2" w:themeTint="BF"/>
        <w:insideH w:val="single" w:sz="8" w:space="0" w:color="34C7FF" w:themeColor="accent2" w:themeTint="BF"/>
      </w:tblBorders>
    </w:tblPr>
    <w:tblStylePr w:type="firstRow">
      <w:pPr>
        <w:spacing w:before="0" w:after="0" w:line="240" w:lineRule="auto"/>
      </w:pPr>
      <w:rPr>
        <w:b/>
        <w:bCs/>
        <w:color w:val="FFFFFF" w:themeColor="background1"/>
      </w:rPr>
      <w:tblPr/>
      <w:tcPr>
        <w:tcBorders>
          <w:top w:val="single" w:sz="8" w:space="0" w:color="34C7FF" w:themeColor="accent2" w:themeTint="BF"/>
          <w:left w:val="single" w:sz="8" w:space="0" w:color="34C7FF" w:themeColor="accent2" w:themeTint="BF"/>
          <w:bottom w:val="single" w:sz="8" w:space="0" w:color="34C7FF" w:themeColor="accent2" w:themeTint="BF"/>
          <w:right w:val="single" w:sz="8" w:space="0" w:color="34C7FF" w:themeColor="accent2" w:themeTint="BF"/>
          <w:insideH w:val="nil"/>
          <w:insideV w:val="nil"/>
        </w:tcBorders>
        <w:shd w:val="clear" w:color="auto" w:fill="00AEEF" w:themeFill="accent2"/>
      </w:tcPr>
    </w:tblStylePr>
    <w:tblStylePr w:type="lastRow">
      <w:pPr>
        <w:spacing w:before="0" w:after="0" w:line="240" w:lineRule="auto"/>
      </w:pPr>
      <w:rPr>
        <w:b/>
        <w:bCs/>
      </w:rPr>
      <w:tblPr/>
      <w:tcPr>
        <w:tcBorders>
          <w:top w:val="double" w:sz="6" w:space="0" w:color="34C7FF" w:themeColor="accent2" w:themeTint="BF"/>
          <w:left w:val="single" w:sz="8" w:space="0" w:color="34C7FF" w:themeColor="accent2" w:themeTint="BF"/>
          <w:bottom w:val="single" w:sz="8" w:space="0" w:color="34C7FF" w:themeColor="accent2" w:themeTint="BF"/>
          <w:right w:val="single" w:sz="8" w:space="0" w:color="34C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CECFF" w:themeFill="accent2" w:themeFillTint="3F"/>
      </w:tcPr>
    </w:tblStylePr>
    <w:tblStylePr w:type="band1Horz">
      <w:tblPr/>
      <w:tcPr>
        <w:tcBorders>
          <w:insideH w:val="nil"/>
          <w:insideV w:val="nil"/>
        </w:tcBorders>
        <w:shd w:val="clear" w:color="auto" w:fill="BCE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EE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EEF" w:themeFill="accent1"/>
      </w:tcPr>
    </w:tblStylePr>
    <w:tblStylePr w:type="lastCol">
      <w:rPr>
        <w:b/>
        <w:bCs/>
        <w:color w:val="FFFFFF" w:themeColor="background1"/>
      </w:rPr>
      <w:tblPr/>
      <w:tcPr>
        <w:tcBorders>
          <w:left w:val="nil"/>
          <w:right w:val="nil"/>
          <w:insideH w:val="nil"/>
          <w:insideV w:val="nil"/>
        </w:tcBorders>
        <w:shd w:val="clear" w:color="auto" w:fill="00AEE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EE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EEF" w:themeFill="accent2"/>
      </w:tcPr>
    </w:tblStylePr>
    <w:tblStylePr w:type="lastCol">
      <w:rPr>
        <w:b/>
        <w:bCs/>
        <w:color w:val="FFFFFF" w:themeColor="background1"/>
      </w:rPr>
      <w:tblPr/>
      <w:tcPr>
        <w:tcBorders>
          <w:left w:val="nil"/>
          <w:right w:val="nil"/>
          <w:insideH w:val="nil"/>
          <w:insideV w:val="nil"/>
        </w:tcBorders>
        <w:shd w:val="clear" w:color="auto" w:fill="00AEE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00AEEF" w:themeColor="accent1"/>
        <w:bottom w:val="single" w:sz="8" w:space="0" w:color="00AEEF" w:themeColor="accent1"/>
      </w:tblBorders>
    </w:tblPr>
    <w:tblStylePr w:type="firstRow">
      <w:rPr>
        <w:rFonts w:asciiTheme="majorHAnsi" w:eastAsiaTheme="majorEastAsia" w:hAnsiTheme="majorHAnsi" w:cstheme="majorBidi"/>
      </w:rPr>
      <w:tblPr/>
      <w:tcPr>
        <w:tcBorders>
          <w:top w:val="nil"/>
          <w:bottom w:val="single" w:sz="8" w:space="0" w:color="00AEEF" w:themeColor="accent1"/>
        </w:tcBorders>
      </w:tcPr>
    </w:tblStylePr>
    <w:tblStylePr w:type="lastRow">
      <w:rPr>
        <w:b/>
        <w:bCs/>
        <w:color w:val="1F497D" w:themeColor="text2"/>
      </w:rPr>
      <w:tblPr/>
      <w:tcPr>
        <w:tcBorders>
          <w:top w:val="single" w:sz="8" w:space="0" w:color="00AEEF" w:themeColor="accent1"/>
          <w:bottom w:val="single" w:sz="8" w:space="0" w:color="00AEEF" w:themeColor="accent1"/>
        </w:tcBorders>
      </w:tcPr>
    </w:tblStylePr>
    <w:tblStylePr w:type="firstCol">
      <w:rPr>
        <w:b/>
        <w:bCs/>
      </w:rPr>
    </w:tblStylePr>
    <w:tblStylePr w:type="lastCol">
      <w:rPr>
        <w:b/>
        <w:bCs/>
      </w:rPr>
      <w:tblPr/>
      <w:tcPr>
        <w:tcBorders>
          <w:top w:val="single" w:sz="8" w:space="0" w:color="00AEEF" w:themeColor="accent1"/>
          <w:bottom w:val="single" w:sz="8" w:space="0" w:color="00AEEF" w:themeColor="accent1"/>
        </w:tcBorders>
      </w:tcPr>
    </w:tblStylePr>
    <w:tblStylePr w:type="band1Vert">
      <w:tblPr/>
      <w:tcPr>
        <w:shd w:val="clear" w:color="auto" w:fill="BCECFF" w:themeFill="accent1" w:themeFillTint="3F"/>
      </w:tcPr>
    </w:tblStylePr>
    <w:tblStylePr w:type="band1Horz">
      <w:tblPr/>
      <w:tcPr>
        <w:shd w:val="clear" w:color="auto" w:fill="BCECFF"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00AEEF" w:themeColor="accent2"/>
        <w:bottom w:val="single" w:sz="8" w:space="0" w:color="00AEEF" w:themeColor="accent2"/>
      </w:tblBorders>
    </w:tblPr>
    <w:tblStylePr w:type="firstRow">
      <w:rPr>
        <w:rFonts w:asciiTheme="majorHAnsi" w:eastAsiaTheme="majorEastAsia" w:hAnsiTheme="majorHAnsi" w:cstheme="majorBidi"/>
      </w:rPr>
      <w:tblPr/>
      <w:tcPr>
        <w:tcBorders>
          <w:top w:val="nil"/>
          <w:bottom w:val="single" w:sz="8" w:space="0" w:color="00AEEF" w:themeColor="accent2"/>
        </w:tcBorders>
      </w:tcPr>
    </w:tblStylePr>
    <w:tblStylePr w:type="lastRow">
      <w:rPr>
        <w:b/>
        <w:bCs/>
        <w:color w:val="1F497D" w:themeColor="text2"/>
      </w:rPr>
      <w:tblPr/>
      <w:tcPr>
        <w:tcBorders>
          <w:top w:val="single" w:sz="8" w:space="0" w:color="00AEEF" w:themeColor="accent2"/>
          <w:bottom w:val="single" w:sz="8" w:space="0" w:color="00AEEF" w:themeColor="accent2"/>
        </w:tcBorders>
      </w:tcPr>
    </w:tblStylePr>
    <w:tblStylePr w:type="firstCol">
      <w:rPr>
        <w:b/>
        <w:bCs/>
      </w:rPr>
    </w:tblStylePr>
    <w:tblStylePr w:type="lastCol">
      <w:rPr>
        <w:b/>
        <w:bCs/>
      </w:rPr>
      <w:tblPr/>
      <w:tcPr>
        <w:tcBorders>
          <w:top w:val="single" w:sz="8" w:space="0" w:color="00AEEF" w:themeColor="accent2"/>
          <w:bottom w:val="single" w:sz="8" w:space="0" w:color="00AEEF" w:themeColor="accent2"/>
        </w:tcBorders>
      </w:tcPr>
    </w:tblStylePr>
    <w:tblStylePr w:type="band1Vert">
      <w:tblPr/>
      <w:tcPr>
        <w:shd w:val="clear" w:color="auto" w:fill="BCECFF" w:themeFill="accent2" w:themeFillTint="3F"/>
      </w:tcPr>
    </w:tblStylePr>
    <w:tblStylePr w:type="band1Horz">
      <w:tblPr/>
      <w:tcPr>
        <w:shd w:val="clear" w:color="auto" w:fill="BCECFF"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tblBorders>
    </w:tblPr>
    <w:tblStylePr w:type="firstRow">
      <w:rPr>
        <w:sz w:val="24"/>
        <w:szCs w:val="24"/>
      </w:rPr>
      <w:tblPr/>
      <w:tcPr>
        <w:tcBorders>
          <w:top w:val="nil"/>
          <w:left w:val="nil"/>
          <w:bottom w:val="single" w:sz="24" w:space="0" w:color="00AEEF" w:themeColor="accent1"/>
          <w:right w:val="nil"/>
          <w:insideH w:val="nil"/>
          <w:insideV w:val="nil"/>
        </w:tcBorders>
        <w:shd w:val="clear" w:color="auto" w:fill="FFFFFF" w:themeFill="background1"/>
      </w:tcPr>
    </w:tblStylePr>
    <w:tblStylePr w:type="lastRow">
      <w:tblPr/>
      <w:tcPr>
        <w:tcBorders>
          <w:top w:val="single" w:sz="8" w:space="0" w:color="00AEE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EEF" w:themeColor="accent1"/>
          <w:insideH w:val="nil"/>
          <w:insideV w:val="nil"/>
        </w:tcBorders>
        <w:shd w:val="clear" w:color="auto" w:fill="FFFFFF" w:themeFill="background1"/>
      </w:tcPr>
    </w:tblStylePr>
    <w:tblStylePr w:type="lastCol">
      <w:tblPr/>
      <w:tcPr>
        <w:tcBorders>
          <w:top w:val="nil"/>
          <w:left w:val="single" w:sz="8" w:space="0" w:color="00AEE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ECFF" w:themeFill="accent1" w:themeFillTint="3F"/>
      </w:tcPr>
    </w:tblStylePr>
    <w:tblStylePr w:type="band1Horz">
      <w:tblPr/>
      <w:tcPr>
        <w:tcBorders>
          <w:top w:val="nil"/>
          <w:bottom w:val="nil"/>
          <w:insideH w:val="nil"/>
          <w:insideV w:val="nil"/>
        </w:tcBorders>
        <w:shd w:val="clear" w:color="auto" w:fill="BCEC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EEF" w:themeColor="accent2"/>
        <w:left w:val="single" w:sz="8" w:space="0" w:color="00AEEF" w:themeColor="accent2"/>
        <w:bottom w:val="single" w:sz="8" w:space="0" w:color="00AEEF" w:themeColor="accent2"/>
        <w:right w:val="single" w:sz="8" w:space="0" w:color="00AEEF" w:themeColor="accent2"/>
      </w:tblBorders>
    </w:tblPr>
    <w:tblStylePr w:type="firstRow">
      <w:rPr>
        <w:sz w:val="24"/>
        <w:szCs w:val="24"/>
      </w:rPr>
      <w:tblPr/>
      <w:tcPr>
        <w:tcBorders>
          <w:top w:val="nil"/>
          <w:left w:val="nil"/>
          <w:bottom w:val="single" w:sz="24" w:space="0" w:color="00AEEF" w:themeColor="accent2"/>
          <w:right w:val="nil"/>
          <w:insideH w:val="nil"/>
          <w:insideV w:val="nil"/>
        </w:tcBorders>
        <w:shd w:val="clear" w:color="auto" w:fill="FFFFFF" w:themeFill="background1"/>
      </w:tcPr>
    </w:tblStylePr>
    <w:tblStylePr w:type="lastRow">
      <w:tblPr/>
      <w:tcPr>
        <w:tcBorders>
          <w:top w:val="single" w:sz="8" w:space="0" w:color="00AEE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EEF" w:themeColor="accent2"/>
          <w:insideH w:val="nil"/>
          <w:insideV w:val="nil"/>
        </w:tcBorders>
        <w:shd w:val="clear" w:color="auto" w:fill="FFFFFF" w:themeFill="background1"/>
      </w:tcPr>
    </w:tblStylePr>
    <w:tblStylePr w:type="lastCol">
      <w:tblPr/>
      <w:tcPr>
        <w:tcBorders>
          <w:top w:val="nil"/>
          <w:left w:val="single" w:sz="8" w:space="0" w:color="00AEE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ECFF" w:themeFill="accent2" w:themeFillTint="3F"/>
      </w:tcPr>
    </w:tblStylePr>
    <w:tblStylePr w:type="band1Horz">
      <w:tblPr/>
      <w:tcPr>
        <w:tcBorders>
          <w:top w:val="nil"/>
          <w:bottom w:val="nil"/>
          <w:insideH w:val="nil"/>
          <w:insideV w:val="nil"/>
        </w:tcBorders>
        <w:shd w:val="clear" w:color="auto" w:fill="BCE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single" w:sz="8" w:space="0" w:color="34C7FF" w:themeColor="accent1" w:themeTint="BF"/>
        <w:insideV w:val="single" w:sz="8" w:space="0" w:color="34C7FF" w:themeColor="accent1" w:themeTint="BF"/>
      </w:tblBorders>
    </w:tblPr>
    <w:tcPr>
      <w:shd w:val="clear" w:color="auto" w:fill="BCECFF" w:themeFill="accent1" w:themeFillTint="3F"/>
    </w:tcPr>
    <w:tblStylePr w:type="firstRow">
      <w:rPr>
        <w:b/>
        <w:bCs/>
      </w:rPr>
    </w:tblStylePr>
    <w:tblStylePr w:type="lastRow">
      <w:rPr>
        <w:b/>
        <w:bCs/>
      </w:rPr>
      <w:tblPr/>
      <w:tcPr>
        <w:tcBorders>
          <w:top w:val="single" w:sz="18" w:space="0" w:color="34C7FF" w:themeColor="accent1" w:themeTint="BF"/>
        </w:tcBorders>
      </w:tcPr>
    </w:tblStylePr>
    <w:tblStylePr w:type="firstCol">
      <w:rPr>
        <w:b/>
        <w:bCs/>
      </w:rPr>
    </w:tblStylePr>
    <w:tblStylePr w:type="lastCol">
      <w:rPr>
        <w:b/>
        <w:bCs/>
      </w:rPr>
    </w:tblStylePr>
    <w:tblStylePr w:type="band1Vert">
      <w:tblPr/>
      <w:tcPr>
        <w:shd w:val="clear" w:color="auto" w:fill="78D9FF" w:themeFill="accent1" w:themeFillTint="7F"/>
      </w:tcPr>
    </w:tblStylePr>
    <w:tblStylePr w:type="band1Horz">
      <w:tblPr/>
      <w:tcPr>
        <w:shd w:val="clear" w:color="auto" w:fill="78D9FF"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34C7FF" w:themeColor="accent2" w:themeTint="BF"/>
        <w:left w:val="single" w:sz="8" w:space="0" w:color="34C7FF" w:themeColor="accent2" w:themeTint="BF"/>
        <w:bottom w:val="single" w:sz="8" w:space="0" w:color="34C7FF" w:themeColor="accent2" w:themeTint="BF"/>
        <w:right w:val="single" w:sz="8" w:space="0" w:color="34C7FF" w:themeColor="accent2" w:themeTint="BF"/>
        <w:insideH w:val="single" w:sz="8" w:space="0" w:color="34C7FF" w:themeColor="accent2" w:themeTint="BF"/>
        <w:insideV w:val="single" w:sz="8" w:space="0" w:color="34C7FF" w:themeColor="accent2" w:themeTint="BF"/>
      </w:tblBorders>
    </w:tblPr>
    <w:tcPr>
      <w:shd w:val="clear" w:color="auto" w:fill="BCECFF" w:themeFill="accent2" w:themeFillTint="3F"/>
    </w:tcPr>
    <w:tblStylePr w:type="firstRow">
      <w:rPr>
        <w:b/>
        <w:bCs/>
      </w:rPr>
    </w:tblStylePr>
    <w:tblStylePr w:type="lastRow">
      <w:rPr>
        <w:b/>
        <w:bCs/>
      </w:rPr>
      <w:tblPr/>
      <w:tcPr>
        <w:tcBorders>
          <w:top w:val="single" w:sz="18" w:space="0" w:color="34C7FF" w:themeColor="accent2" w:themeTint="BF"/>
        </w:tcBorders>
      </w:tcPr>
    </w:tblStylePr>
    <w:tblStylePr w:type="firstCol">
      <w:rPr>
        <w:b/>
        <w:bCs/>
      </w:rPr>
    </w:tblStylePr>
    <w:tblStylePr w:type="lastCol">
      <w:rPr>
        <w:b/>
        <w:bCs/>
      </w:rPr>
    </w:tblStylePr>
    <w:tblStylePr w:type="band1Vert">
      <w:tblPr/>
      <w:tcPr>
        <w:shd w:val="clear" w:color="auto" w:fill="78D9FF" w:themeFill="accent2" w:themeFillTint="7F"/>
      </w:tcPr>
    </w:tblStylePr>
    <w:tblStylePr w:type="band1Horz">
      <w:tblPr/>
      <w:tcPr>
        <w:shd w:val="clear" w:color="auto" w:fill="78D9FF"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insideH w:val="single" w:sz="8" w:space="0" w:color="00AEEF" w:themeColor="accent1"/>
        <w:insideV w:val="single" w:sz="8" w:space="0" w:color="00AEEF" w:themeColor="accent1"/>
      </w:tblBorders>
    </w:tblPr>
    <w:tcPr>
      <w:shd w:val="clear" w:color="auto" w:fill="BCECFF" w:themeFill="accent1" w:themeFillTint="3F"/>
    </w:tcPr>
    <w:tblStylePr w:type="firstRow">
      <w:rPr>
        <w:b/>
        <w:bCs/>
        <w:color w:val="000000" w:themeColor="text1"/>
      </w:rPr>
      <w:tblPr/>
      <w:tcPr>
        <w:shd w:val="clear" w:color="auto" w:fill="E4F7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F0FF" w:themeFill="accent1" w:themeFillTint="33"/>
      </w:tcPr>
    </w:tblStylePr>
    <w:tblStylePr w:type="band1Vert">
      <w:tblPr/>
      <w:tcPr>
        <w:shd w:val="clear" w:color="auto" w:fill="78D9FF" w:themeFill="accent1" w:themeFillTint="7F"/>
      </w:tcPr>
    </w:tblStylePr>
    <w:tblStylePr w:type="band1Horz">
      <w:tblPr/>
      <w:tcPr>
        <w:tcBorders>
          <w:insideH w:val="single" w:sz="6" w:space="0" w:color="00AEEF" w:themeColor="accent1"/>
          <w:insideV w:val="single" w:sz="6" w:space="0" w:color="00AEEF" w:themeColor="accent1"/>
        </w:tcBorders>
        <w:shd w:val="clear" w:color="auto" w:fill="78D9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EEF" w:themeColor="accent2"/>
        <w:left w:val="single" w:sz="8" w:space="0" w:color="00AEEF" w:themeColor="accent2"/>
        <w:bottom w:val="single" w:sz="8" w:space="0" w:color="00AEEF" w:themeColor="accent2"/>
        <w:right w:val="single" w:sz="8" w:space="0" w:color="00AEEF" w:themeColor="accent2"/>
        <w:insideH w:val="single" w:sz="8" w:space="0" w:color="00AEEF" w:themeColor="accent2"/>
        <w:insideV w:val="single" w:sz="8" w:space="0" w:color="00AEEF" w:themeColor="accent2"/>
      </w:tblBorders>
    </w:tblPr>
    <w:tcPr>
      <w:shd w:val="clear" w:color="auto" w:fill="BCECFF" w:themeFill="accent2" w:themeFillTint="3F"/>
    </w:tcPr>
    <w:tblStylePr w:type="firstRow">
      <w:rPr>
        <w:b/>
        <w:bCs/>
        <w:color w:val="000000" w:themeColor="text1"/>
      </w:rPr>
      <w:tblPr/>
      <w:tcPr>
        <w:shd w:val="clear" w:color="auto" w:fill="E4F7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F0FF" w:themeFill="accent2" w:themeFillTint="33"/>
      </w:tcPr>
    </w:tblStylePr>
    <w:tblStylePr w:type="band1Vert">
      <w:tblPr/>
      <w:tcPr>
        <w:shd w:val="clear" w:color="auto" w:fill="78D9FF" w:themeFill="accent2" w:themeFillTint="7F"/>
      </w:tcPr>
    </w:tblStylePr>
    <w:tblStylePr w:type="band1Horz">
      <w:tblPr/>
      <w:tcPr>
        <w:tcBorders>
          <w:insideH w:val="single" w:sz="6" w:space="0" w:color="00AEEF" w:themeColor="accent2"/>
          <w:insideV w:val="single" w:sz="6" w:space="0" w:color="00AEEF" w:themeColor="accent2"/>
        </w:tcBorders>
        <w:shd w:val="clear" w:color="auto" w:fill="78D9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EC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EE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EE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EE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EE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8D9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8D9FF"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E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EE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EE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EE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EE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8D9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8D9FF"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00AEE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67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1B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1B3" w:themeFill="accent1" w:themeFillShade="BF"/>
      </w:tcPr>
    </w:tblStylePr>
    <w:tblStylePr w:type="band1Vert">
      <w:tblPr/>
      <w:tcPr>
        <w:tcBorders>
          <w:top w:val="nil"/>
          <w:left w:val="nil"/>
          <w:bottom w:val="nil"/>
          <w:right w:val="nil"/>
          <w:insideH w:val="nil"/>
          <w:insideV w:val="nil"/>
        </w:tcBorders>
        <w:shd w:val="clear" w:color="auto" w:fill="0081B3" w:themeFill="accent1" w:themeFillShade="BF"/>
      </w:tcPr>
    </w:tblStylePr>
    <w:tblStylePr w:type="band1Horz">
      <w:tblPr/>
      <w:tcPr>
        <w:tcBorders>
          <w:top w:val="nil"/>
          <w:left w:val="nil"/>
          <w:bottom w:val="nil"/>
          <w:right w:val="nil"/>
          <w:insideH w:val="nil"/>
          <w:insideV w:val="nil"/>
        </w:tcBorders>
        <w:shd w:val="clear" w:color="auto" w:fill="0081B3"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00AEE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67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1B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1B3" w:themeFill="accent2" w:themeFillShade="BF"/>
      </w:tcPr>
    </w:tblStylePr>
    <w:tblStylePr w:type="band1Vert">
      <w:tblPr/>
      <w:tcPr>
        <w:tcBorders>
          <w:top w:val="nil"/>
          <w:left w:val="nil"/>
          <w:bottom w:val="nil"/>
          <w:right w:val="nil"/>
          <w:insideH w:val="nil"/>
          <w:insideV w:val="nil"/>
        </w:tcBorders>
        <w:shd w:val="clear" w:color="auto" w:fill="0081B3" w:themeFill="accent2" w:themeFillShade="BF"/>
      </w:tcPr>
    </w:tblStylePr>
    <w:tblStylePr w:type="band1Horz">
      <w:tblPr/>
      <w:tcPr>
        <w:tcBorders>
          <w:top w:val="nil"/>
          <w:left w:val="nil"/>
          <w:bottom w:val="nil"/>
          <w:right w:val="nil"/>
          <w:insideH w:val="nil"/>
          <w:insideV w:val="nil"/>
        </w:tcBorders>
        <w:shd w:val="clear" w:color="auto" w:fill="0081B3"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00AEE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AEE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00AEEF" w:themeColor="accent2"/>
        <w:left w:val="single" w:sz="4" w:space="0" w:color="00AEEF" w:themeColor="accent1"/>
        <w:bottom w:val="single" w:sz="4" w:space="0" w:color="00AEEF" w:themeColor="accent1"/>
        <w:right w:val="single" w:sz="4" w:space="0" w:color="00AEEF" w:themeColor="accent1"/>
        <w:insideH w:val="single" w:sz="4" w:space="0" w:color="FFFFFF" w:themeColor="background1"/>
        <w:insideV w:val="single" w:sz="4" w:space="0" w:color="FFFFFF" w:themeColor="background1"/>
      </w:tblBorders>
    </w:tblPr>
    <w:tcPr>
      <w:shd w:val="clear" w:color="auto" w:fill="E4F7FF" w:themeFill="accent1" w:themeFillTint="19"/>
    </w:tcPr>
    <w:tblStylePr w:type="firstRow">
      <w:rPr>
        <w:b/>
        <w:bCs/>
      </w:rPr>
      <w:tblPr/>
      <w:tcPr>
        <w:tcBorders>
          <w:top w:val="nil"/>
          <w:left w:val="nil"/>
          <w:bottom w:val="single" w:sz="24" w:space="0" w:color="00AEE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78F" w:themeFill="accent1" w:themeFillShade="99"/>
      </w:tcPr>
    </w:tblStylePr>
    <w:tblStylePr w:type="firstCol">
      <w:rPr>
        <w:color w:val="FFFFFF" w:themeColor="background1"/>
      </w:rPr>
      <w:tblPr/>
      <w:tcPr>
        <w:tcBorders>
          <w:top w:val="nil"/>
          <w:left w:val="nil"/>
          <w:bottom w:val="nil"/>
          <w:right w:val="nil"/>
          <w:insideH w:val="single" w:sz="4" w:space="0" w:color="00678F" w:themeColor="accent1" w:themeShade="99"/>
          <w:insideV w:val="nil"/>
        </w:tcBorders>
        <w:shd w:val="clear" w:color="auto" w:fill="00678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78F" w:themeFill="accent1" w:themeFillShade="99"/>
      </w:tcPr>
    </w:tblStylePr>
    <w:tblStylePr w:type="band1Vert">
      <w:tblPr/>
      <w:tcPr>
        <w:shd w:val="clear" w:color="auto" w:fill="92E1FF" w:themeFill="accent1" w:themeFillTint="66"/>
      </w:tcPr>
    </w:tblStylePr>
    <w:tblStylePr w:type="band1Horz">
      <w:tblPr/>
      <w:tcPr>
        <w:shd w:val="clear" w:color="auto" w:fill="78D9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00AEEF" w:themeColor="accent2"/>
        <w:left w:val="single" w:sz="4" w:space="0" w:color="00AEEF" w:themeColor="accent2"/>
        <w:bottom w:val="single" w:sz="4" w:space="0" w:color="00AEEF" w:themeColor="accent2"/>
        <w:right w:val="single" w:sz="4" w:space="0" w:color="00AEEF" w:themeColor="accent2"/>
        <w:insideH w:val="single" w:sz="4" w:space="0" w:color="FFFFFF" w:themeColor="background1"/>
        <w:insideV w:val="single" w:sz="4" w:space="0" w:color="FFFFFF" w:themeColor="background1"/>
      </w:tblBorders>
    </w:tblPr>
    <w:tcPr>
      <w:shd w:val="clear" w:color="auto" w:fill="E4F7FF" w:themeFill="accent2" w:themeFillTint="19"/>
    </w:tcPr>
    <w:tblStylePr w:type="firstRow">
      <w:rPr>
        <w:b/>
        <w:bCs/>
      </w:rPr>
      <w:tblPr/>
      <w:tcPr>
        <w:tcBorders>
          <w:top w:val="nil"/>
          <w:left w:val="nil"/>
          <w:bottom w:val="single" w:sz="24" w:space="0" w:color="00AEE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78F" w:themeFill="accent2" w:themeFillShade="99"/>
      </w:tcPr>
    </w:tblStylePr>
    <w:tblStylePr w:type="firstCol">
      <w:rPr>
        <w:color w:val="FFFFFF" w:themeColor="background1"/>
      </w:rPr>
      <w:tblPr/>
      <w:tcPr>
        <w:tcBorders>
          <w:top w:val="nil"/>
          <w:left w:val="nil"/>
          <w:bottom w:val="nil"/>
          <w:right w:val="nil"/>
          <w:insideH w:val="single" w:sz="4" w:space="0" w:color="00678F" w:themeColor="accent2" w:themeShade="99"/>
          <w:insideV w:val="nil"/>
        </w:tcBorders>
        <w:shd w:val="clear" w:color="auto" w:fill="00678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678F" w:themeFill="accent2" w:themeFillShade="99"/>
      </w:tcPr>
    </w:tblStylePr>
    <w:tblStylePr w:type="band1Vert">
      <w:tblPr/>
      <w:tcPr>
        <w:shd w:val="clear" w:color="auto" w:fill="92E1FF" w:themeFill="accent2" w:themeFillTint="66"/>
      </w:tcPr>
    </w:tblStylePr>
    <w:tblStylePr w:type="band1Horz">
      <w:tblPr/>
      <w:tcPr>
        <w:shd w:val="clear" w:color="auto" w:fill="78D9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8ABF" w:themeFill="accent2" w:themeFillShade="CC"/>
      </w:tcPr>
    </w:tblStylePr>
    <w:tblStylePr w:type="lastRow">
      <w:rPr>
        <w:b/>
        <w:bCs/>
        <w:color w:val="008AB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4F7FF" w:themeFill="accent1" w:themeFillTint="19"/>
    </w:tcPr>
    <w:tblStylePr w:type="firstRow">
      <w:rPr>
        <w:b/>
        <w:bCs/>
        <w:color w:val="FFFFFF" w:themeColor="background1"/>
      </w:rPr>
      <w:tblPr/>
      <w:tcPr>
        <w:tcBorders>
          <w:bottom w:val="single" w:sz="12" w:space="0" w:color="FFFFFF" w:themeColor="background1"/>
        </w:tcBorders>
        <w:shd w:val="clear" w:color="auto" w:fill="008ABF" w:themeFill="accent2" w:themeFillShade="CC"/>
      </w:tcPr>
    </w:tblStylePr>
    <w:tblStylePr w:type="lastRow">
      <w:rPr>
        <w:b/>
        <w:bCs/>
        <w:color w:val="008AB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CFF" w:themeFill="accent1" w:themeFillTint="3F"/>
      </w:tcPr>
    </w:tblStylePr>
    <w:tblStylePr w:type="band1Horz">
      <w:tblPr/>
      <w:tcPr>
        <w:shd w:val="clear" w:color="auto" w:fill="C8F0FF"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E4F7FF" w:themeFill="accent2" w:themeFillTint="19"/>
    </w:tcPr>
    <w:tblStylePr w:type="firstRow">
      <w:rPr>
        <w:b/>
        <w:bCs/>
        <w:color w:val="FFFFFF" w:themeColor="background1"/>
      </w:rPr>
      <w:tblPr/>
      <w:tcPr>
        <w:tcBorders>
          <w:bottom w:val="single" w:sz="12" w:space="0" w:color="FFFFFF" w:themeColor="background1"/>
        </w:tcBorders>
        <w:shd w:val="clear" w:color="auto" w:fill="008ABF" w:themeFill="accent2" w:themeFillShade="CC"/>
      </w:tcPr>
    </w:tblStylePr>
    <w:tblStylePr w:type="lastRow">
      <w:rPr>
        <w:b/>
        <w:bCs/>
        <w:color w:val="008AB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CFF" w:themeFill="accent2" w:themeFillTint="3F"/>
      </w:tcPr>
    </w:tblStylePr>
    <w:tblStylePr w:type="band1Horz">
      <w:tblPr/>
      <w:tcPr>
        <w:shd w:val="clear" w:color="auto" w:fill="C8F0FF"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8F0FF" w:themeFill="accent1" w:themeFillTint="33"/>
    </w:tcPr>
    <w:tblStylePr w:type="firstRow">
      <w:rPr>
        <w:b/>
        <w:bCs/>
      </w:rPr>
      <w:tblPr/>
      <w:tcPr>
        <w:shd w:val="clear" w:color="auto" w:fill="92E1FF" w:themeFill="accent1" w:themeFillTint="66"/>
      </w:tcPr>
    </w:tblStylePr>
    <w:tblStylePr w:type="lastRow">
      <w:rPr>
        <w:b/>
        <w:bCs/>
        <w:color w:val="000000" w:themeColor="text1"/>
      </w:rPr>
      <w:tblPr/>
      <w:tcPr>
        <w:shd w:val="clear" w:color="auto" w:fill="92E1FF" w:themeFill="accent1" w:themeFillTint="66"/>
      </w:tcPr>
    </w:tblStylePr>
    <w:tblStylePr w:type="firstCol">
      <w:rPr>
        <w:color w:val="FFFFFF" w:themeColor="background1"/>
      </w:rPr>
      <w:tblPr/>
      <w:tcPr>
        <w:shd w:val="clear" w:color="auto" w:fill="0081B3" w:themeFill="accent1" w:themeFillShade="BF"/>
      </w:tcPr>
    </w:tblStylePr>
    <w:tblStylePr w:type="lastCol">
      <w:rPr>
        <w:color w:val="FFFFFF" w:themeColor="background1"/>
      </w:rPr>
      <w:tblPr/>
      <w:tcPr>
        <w:shd w:val="clear" w:color="auto" w:fill="0081B3" w:themeFill="accent1" w:themeFillShade="BF"/>
      </w:tcPr>
    </w:tblStylePr>
    <w:tblStylePr w:type="band1Vert">
      <w:tblPr/>
      <w:tcPr>
        <w:shd w:val="clear" w:color="auto" w:fill="78D9FF" w:themeFill="accent1" w:themeFillTint="7F"/>
      </w:tcPr>
    </w:tblStylePr>
    <w:tblStylePr w:type="band1Horz">
      <w:tblPr/>
      <w:tcPr>
        <w:shd w:val="clear" w:color="auto" w:fill="78D9FF"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8F0FF" w:themeFill="accent2" w:themeFillTint="33"/>
    </w:tcPr>
    <w:tblStylePr w:type="firstRow">
      <w:rPr>
        <w:b/>
        <w:bCs/>
      </w:rPr>
      <w:tblPr/>
      <w:tcPr>
        <w:shd w:val="clear" w:color="auto" w:fill="92E1FF" w:themeFill="accent2" w:themeFillTint="66"/>
      </w:tcPr>
    </w:tblStylePr>
    <w:tblStylePr w:type="lastRow">
      <w:rPr>
        <w:b/>
        <w:bCs/>
        <w:color w:val="000000" w:themeColor="text1"/>
      </w:rPr>
      <w:tblPr/>
      <w:tcPr>
        <w:shd w:val="clear" w:color="auto" w:fill="92E1FF" w:themeFill="accent2" w:themeFillTint="66"/>
      </w:tcPr>
    </w:tblStylePr>
    <w:tblStylePr w:type="firstCol">
      <w:rPr>
        <w:color w:val="FFFFFF" w:themeColor="background1"/>
      </w:rPr>
      <w:tblPr/>
      <w:tcPr>
        <w:shd w:val="clear" w:color="auto" w:fill="0081B3" w:themeFill="accent2" w:themeFillShade="BF"/>
      </w:tcPr>
    </w:tblStylePr>
    <w:tblStylePr w:type="lastCol">
      <w:rPr>
        <w:color w:val="FFFFFF" w:themeColor="background1"/>
      </w:rPr>
      <w:tblPr/>
      <w:tcPr>
        <w:shd w:val="clear" w:color="auto" w:fill="0081B3" w:themeFill="accent2" w:themeFillShade="BF"/>
      </w:tcPr>
    </w:tblStylePr>
    <w:tblStylePr w:type="band1Vert">
      <w:tblPr/>
      <w:tcPr>
        <w:shd w:val="clear" w:color="auto" w:fill="78D9FF" w:themeFill="accent2" w:themeFillTint="7F"/>
      </w:tcPr>
    </w:tblStylePr>
    <w:tblStylePr w:type="band1Horz">
      <w:tblPr/>
      <w:tcPr>
        <w:shd w:val="clear" w:color="auto" w:fill="78D9FF"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Normal1">
    <w:name w:val="Table Normal1"/>
    <w:uiPriority w:val="2"/>
    <w:semiHidden/>
    <w:unhideWhenUsed/>
    <w:qFormat/>
    <w:rsid w:val="005D1326"/>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styleId="TOC1">
    <w:name w:val="toc 1"/>
    <w:basedOn w:val="Normal"/>
    <w:next w:val="Normal"/>
    <w:autoRedefine/>
    <w:uiPriority w:val="39"/>
    <w:unhideWhenUsed/>
    <w:rsid w:val="00DC12F3"/>
    <w:pPr>
      <w:spacing w:after="100"/>
    </w:pPr>
  </w:style>
  <w:style w:type="character" w:styleId="Hyperlink">
    <w:name w:val="Hyperlink"/>
    <w:basedOn w:val="DefaultParagraphFont"/>
    <w:uiPriority w:val="99"/>
    <w:unhideWhenUsed/>
    <w:rsid w:val="00DC12F3"/>
    <w:rPr>
      <w:color w:val="0000FF" w:themeColor="hyperlink"/>
      <w:u w:val="single"/>
    </w:rPr>
  </w:style>
  <w:style w:type="character" w:styleId="UnresolvedMention">
    <w:name w:val="Unresolved Mention"/>
    <w:basedOn w:val="DefaultParagraphFont"/>
    <w:uiPriority w:val="99"/>
    <w:semiHidden/>
    <w:unhideWhenUsed/>
    <w:rsid w:val="00E24482"/>
    <w:rPr>
      <w:color w:val="605E5C"/>
      <w:shd w:val="clear" w:color="auto" w:fill="E1DFDD"/>
    </w:rPr>
  </w:style>
  <w:style w:type="character" w:styleId="FollowedHyperlink">
    <w:name w:val="FollowedHyperlink"/>
    <w:basedOn w:val="DefaultParagraphFont"/>
    <w:uiPriority w:val="99"/>
    <w:semiHidden/>
    <w:unhideWhenUsed/>
    <w:rsid w:val="0019072D"/>
    <w:rPr>
      <w:color w:val="800080" w:themeColor="followedHyperlink"/>
      <w:u w:val="single"/>
    </w:rPr>
  </w:style>
  <w:style w:type="character" w:styleId="CommentReference">
    <w:name w:val="annotation reference"/>
    <w:basedOn w:val="DefaultParagraphFont"/>
    <w:uiPriority w:val="99"/>
    <w:semiHidden/>
    <w:unhideWhenUsed/>
    <w:rsid w:val="00D5644F"/>
    <w:rPr>
      <w:sz w:val="21"/>
      <w:szCs w:val="21"/>
    </w:rPr>
  </w:style>
  <w:style w:type="paragraph" w:styleId="CommentText">
    <w:name w:val="annotation text"/>
    <w:basedOn w:val="Normal"/>
    <w:link w:val="CommentTextChar"/>
    <w:uiPriority w:val="99"/>
    <w:unhideWhenUsed/>
    <w:rsid w:val="00D5644F"/>
  </w:style>
  <w:style w:type="character" w:customStyle="1" w:styleId="CommentTextChar">
    <w:name w:val="Comment Text Char"/>
    <w:basedOn w:val="DefaultParagraphFont"/>
    <w:link w:val="CommentText"/>
    <w:uiPriority w:val="99"/>
    <w:rsid w:val="00D5644F"/>
    <w:rPr>
      <w:rFonts w:ascii="Aptos" w:hAnsi="Aptos"/>
      <w:color w:val="2B2B2B"/>
      <w:sz w:val="21"/>
    </w:rPr>
  </w:style>
  <w:style w:type="paragraph" w:styleId="CommentSubject">
    <w:name w:val="annotation subject"/>
    <w:basedOn w:val="CommentText"/>
    <w:next w:val="CommentText"/>
    <w:link w:val="CommentSubjectChar"/>
    <w:uiPriority w:val="99"/>
    <w:semiHidden/>
    <w:unhideWhenUsed/>
    <w:rsid w:val="00D5644F"/>
    <w:rPr>
      <w:b/>
      <w:bCs/>
    </w:rPr>
  </w:style>
  <w:style w:type="character" w:customStyle="1" w:styleId="CommentSubjectChar">
    <w:name w:val="Comment Subject Char"/>
    <w:basedOn w:val="CommentTextChar"/>
    <w:link w:val="CommentSubject"/>
    <w:uiPriority w:val="99"/>
    <w:semiHidden/>
    <w:rsid w:val="00D5644F"/>
    <w:rPr>
      <w:rFonts w:ascii="Aptos" w:hAnsi="Aptos"/>
      <w:b/>
      <w:bCs/>
      <w:color w:val="2B2B2B"/>
      <w:sz w:val="21"/>
    </w:rPr>
  </w:style>
  <w:style w:type="table" w:customStyle="1" w:styleId="1">
    <w:name w:val="网格型1"/>
    <w:basedOn w:val="TableNormal"/>
    <w:next w:val="TableGrid"/>
    <w:uiPriority w:val="59"/>
    <w:rsid w:val="006C1235"/>
    <w:pPr>
      <w:spacing w:after="0" w:line="240" w:lineRule="auto"/>
    </w:pPr>
    <w:rPr>
      <w:rFonts w:ascii="Arial" w:eastAsia="SimSu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0EDD"/>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pdq2pgselectionanchorcontainer">
    <w:name w:val="pdq2pg_selectionanchorcontainer"/>
    <w:basedOn w:val="Normal"/>
    <w:rsid w:val="003A18C2"/>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00AEEF"/>
      </a:accent1>
      <a:accent2>
        <a:srgbClr val="00AEEF"/>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48094c8-480e-400b-91c4-c984b7e20814}" enabled="1" method="Standard" siteId="{a1109567-0815-4e1f-88af-e23555482aaa}"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1205</Words>
  <Characters>6871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SALUS Controls PLC - Suspected Vulnerability Report Form</vt:lpstr>
    </vt:vector>
  </TitlesOfParts>
  <Manager/>
  <Company>SALUS Controls PLC</Company>
  <LinksUpToDate>false</LinksUpToDate>
  <CharactersWithSpaces>8060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SALUS Controls PLC - Suspected Vulnerability Report Form</dc:title>
  <dc:subject/>
  <dc:creator>SALUS Controls PLC</dc:creator>
  <cp:keywords>SALUS Controls, vulnerability disclosure, product security, security updates</cp:keywords>
  <dc:description>Review markup only; not for publication.</dc:description>
  <cp:lastModifiedBy>Ramona Farcas</cp:lastModifiedBy>
  <cp:revision>2</cp:revision>
  <dcterms:created xsi:type="dcterms:W3CDTF">2026-10-08T05:51:00Z</dcterms:created>
  <dcterms:modified xsi:type="dcterms:W3CDTF">2026-10-08T05:51:00Z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62f4ae9f-aa0c-44c0-9d31-4c2aee434488</vt:lpwstr>
  </property>
</Properties>
</file>