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1881" w14:textId="77777777" w:rsidR="00A5425F" w:rsidRPr="00E67C0F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  <w:lang w:val="fr-FR"/>
        </w:rPr>
      </w:pPr>
      <w:bookmarkStart w:id="0" w:name="_Toc239339911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 xml:space="preserve">SALUS Controls PLC - </w:t>
      </w:r>
      <w:proofErr w:type="spellStart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>Formular</w:t>
      </w:r>
      <w:proofErr w:type="spellEnd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 xml:space="preserve"> de </w:t>
      </w:r>
      <w:proofErr w:type="spellStart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>raportare</w:t>
      </w:r>
      <w:proofErr w:type="spellEnd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 xml:space="preserve"> a </w:t>
      </w:r>
      <w:proofErr w:type="spellStart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>unei</w:t>
      </w:r>
      <w:proofErr w:type="spellEnd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>vulnerabilități</w:t>
      </w:r>
      <w:proofErr w:type="spellEnd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color w:val="00AEEF"/>
          <w:sz w:val="27"/>
          <w:u w:val="single"/>
          <w:lang w:val="fr-FR"/>
        </w:rPr>
        <w:t>suspectate</w:t>
      </w:r>
      <w:bookmarkEnd w:id="0"/>
      <w:proofErr w:type="spellEnd"/>
    </w:p>
    <w:p w14:paraId="074AD386" w14:textId="77777777" w:rsidR="005B511E" w:rsidRPr="00E67C0F" w:rsidRDefault="005B511E" w:rsidP="005B511E">
      <w:pPr>
        <w:rPr>
          <w:rFonts w:hint="eastAsia"/>
          <w:lang w:val="fr-FR"/>
        </w:rPr>
      </w:pPr>
    </w:p>
    <w:p w14:paraId="5CA17A2B" w14:textId="77777777" w:rsidR="005B511E" w:rsidRPr="00E67C0F" w:rsidRDefault="005B511E" w:rsidP="00E67C0F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E67C0F">
        <w:rPr>
          <w:sz w:val="20"/>
          <w:lang w:val="fr-FR"/>
        </w:rPr>
        <w:t>Utilizați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acest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formular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pentru</w:t>
      </w:r>
      <w:proofErr w:type="spellEnd"/>
      <w:r w:rsidRPr="00E67C0F">
        <w:rPr>
          <w:sz w:val="20"/>
          <w:lang w:val="fr-FR"/>
        </w:rPr>
        <w:t xml:space="preserve"> a </w:t>
      </w:r>
      <w:proofErr w:type="spellStart"/>
      <w:r w:rsidRPr="00E67C0F">
        <w:rPr>
          <w:sz w:val="20"/>
          <w:lang w:val="fr-FR"/>
        </w:rPr>
        <w:t>raporta</w:t>
      </w:r>
      <w:proofErr w:type="spellEnd"/>
      <w:r w:rsidRPr="00E67C0F">
        <w:rPr>
          <w:sz w:val="20"/>
          <w:lang w:val="fr-FR"/>
        </w:rPr>
        <w:t xml:space="preserve"> o </w:t>
      </w:r>
      <w:proofErr w:type="spellStart"/>
      <w:r w:rsidRPr="00E67C0F">
        <w:rPr>
          <w:sz w:val="20"/>
          <w:lang w:val="fr-FR"/>
        </w:rPr>
        <w:t>vulnerabilitate</w:t>
      </w:r>
      <w:proofErr w:type="spellEnd"/>
      <w:r w:rsidRPr="00E67C0F">
        <w:rPr>
          <w:sz w:val="20"/>
          <w:lang w:val="fr-FR"/>
        </w:rPr>
        <w:t xml:space="preserve"> de </w:t>
      </w:r>
      <w:proofErr w:type="spellStart"/>
      <w:r w:rsidRPr="00E67C0F">
        <w:rPr>
          <w:sz w:val="20"/>
          <w:lang w:val="fr-FR"/>
        </w:rPr>
        <w:t>securitate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suspectată</w:t>
      </w:r>
      <w:proofErr w:type="spellEnd"/>
      <w:r w:rsidRPr="00E67C0F">
        <w:rPr>
          <w:sz w:val="20"/>
          <w:lang w:val="fr-FR"/>
        </w:rPr>
        <w:t xml:space="preserve"> care </w:t>
      </w:r>
      <w:proofErr w:type="spellStart"/>
      <w:r w:rsidRPr="00E67C0F">
        <w:rPr>
          <w:sz w:val="20"/>
          <w:lang w:val="fr-FR"/>
        </w:rPr>
        <w:t>afectează</w:t>
      </w:r>
      <w:proofErr w:type="spellEnd"/>
      <w:r w:rsidRPr="00E67C0F">
        <w:rPr>
          <w:sz w:val="20"/>
          <w:lang w:val="fr-FR"/>
        </w:rPr>
        <w:t xml:space="preserve"> un </w:t>
      </w:r>
      <w:proofErr w:type="spellStart"/>
      <w:r w:rsidRPr="00E67C0F">
        <w:rPr>
          <w:sz w:val="20"/>
          <w:lang w:val="fr-FR"/>
        </w:rPr>
        <w:t>produs</w:t>
      </w:r>
      <w:proofErr w:type="spellEnd"/>
      <w:r w:rsidRPr="00E67C0F">
        <w:rPr>
          <w:sz w:val="20"/>
          <w:lang w:val="fr-FR"/>
        </w:rPr>
        <w:t xml:space="preserve"> SALUS, o </w:t>
      </w:r>
      <w:proofErr w:type="spellStart"/>
      <w:r w:rsidRPr="00E67C0F">
        <w:rPr>
          <w:sz w:val="20"/>
          <w:lang w:val="fr-FR"/>
        </w:rPr>
        <w:t>aplicație</w:t>
      </w:r>
      <w:proofErr w:type="spellEnd"/>
      <w:r w:rsidRPr="00E67C0F">
        <w:rPr>
          <w:sz w:val="20"/>
          <w:lang w:val="fr-FR"/>
        </w:rPr>
        <w:t xml:space="preserve">, un </w:t>
      </w:r>
      <w:proofErr w:type="spellStart"/>
      <w:r w:rsidRPr="00E67C0F">
        <w:rPr>
          <w:sz w:val="20"/>
          <w:lang w:val="fr-FR"/>
        </w:rPr>
        <w:t>serviciu</w:t>
      </w:r>
      <w:proofErr w:type="spellEnd"/>
      <w:r w:rsidRPr="00E67C0F">
        <w:rPr>
          <w:sz w:val="20"/>
          <w:lang w:val="fr-FR"/>
        </w:rPr>
        <w:t xml:space="preserve"> cloud </w:t>
      </w:r>
      <w:proofErr w:type="spellStart"/>
      <w:r w:rsidRPr="00E67C0F">
        <w:rPr>
          <w:sz w:val="20"/>
          <w:lang w:val="fr-FR"/>
        </w:rPr>
        <w:t>sau</w:t>
      </w:r>
      <w:proofErr w:type="spellEnd"/>
      <w:r w:rsidRPr="00E67C0F">
        <w:rPr>
          <w:sz w:val="20"/>
          <w:lang w:val="fr-FR"/>
        </w:rPr>
        <w:t xml:space="preserve"> un site web.</w:t>
      </w:r>
    </w:p>
    <w:p w14:paraId="39D8B031" w14:textId="77777777" w:rsidR="005B511E" w:rsidRPr="00E67C0F" w:rsidRDefault="005B511E" w:rsidP="00E67C0F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E67C0F">
        <w:rPr>
          <w:sz w:val="20"/>
          <w:lang w:val="fr-FR"/>
        </w:rPr>
        <w:t>Vă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rugăm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completați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cât</w:t>
      </w:r>
      <w:proofErr w:type="spellEnd"/>
      <w:r w:rsidRPr="00E67C0F">
        <w:rPr>
          <w:sz w:val="20"/>
          <w:lang w:val="fr-FR"/>
        </w:rPr>
        <w:t xml:space="preserve"> mai </w:t>
      </w:r>
      <w:proofErr w:type="spellStart"/>
      <w:r w:rsidRPr="00E67C0F">
        <w:rPr>
          <w:sz w:val="20"/>
          <w:lang w:val="fr-FR"/>
        </w:rPr>
        <w:t>multe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informații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posibil</w:t>
      </w:r>
      <w:proofErr w:type="spellEnd"/>
      <w:r w:rsidRPr="00E67C0F">
        <w:rPr>
          <w:sz w:val="20"/>
          <w:lang w:val="fr-FR"/>
        </w:rPr>
        <w:t xml:space="preserve">. Nu este </w:t>
      </w:r>
      <w:proofErr w:type="spellStart"/>
      <w:r w:rsidRPr="00E67C0F">
        <w:rPr>
          <w:sz w:val="20"/>
          <w:lang w:val="fr-FR"/>
        </w:rPr>
        <w:t>necesar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completați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fiecare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câmp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pentru</w:t>
      </w:r>
      <w:proofErr w:type="spellEnd"/>
      <w:r w:rsidRPr="00E67C0F">
        <w:rPr>
          <w:sz w:val="20"/>
          <w:lang w:val="fr-FR"/>
        </w:rPr>
        <w:t xml:space="preserve"> ca </w:t>
      </w:r>
      <w:proofErr w:type="spellStart"/>
      <w:r w:rsidRPr="00E67C0F">
        <w:rPr>
          <w:sz w:val="20"/>
          <w:lang w:val="fr-FR"/>
        </w:rPr>
        <w:t>raportul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dumneavoastră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să</w:t>
      </w:r>
      <w:proofErr w:type="spellEnd"/>
      <w:r w:rsidRPr="00E67C0F">
        <w:rPr>
          <w:sz w:val="20"/>
          <w:lang w:val="fr-FR"/>
        </w:rPr>
        <w:t xml:space="preserve"> fie </w:t>
      </w:r>
      <w:proofErr w:type="spellStart"/>
      <w:r w:rsidRPr="00E67C0F">
        <w:rPr>
          <w:sz w:val="20"/>
          <w:lang w:val="fr-FR"/>
        </w:rPr>
        <w:t>acceptat</w:t>
      </w:r>
      <w:proofErr w:type="spellEnd"/>
      <w:r w:rsidRPr="00E67C0F">
        <w:rPr>
          <w:sz w:val="20"/>
          <w:lang w:val="fr-FR"/>
        </w:rPr>
        <w:t>.</w:t>
      </w:r>
    </w:p>
    <w:p w14:paraId="48EC2935" w14:textId="77777777" w:rsidR="005B511E" w:rsidRPr="00E67C0F" w:rsidRDefault="005B511E" w:rsidP="00E67C0F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E67C0F">
        <w:rPr>
          <w:sz w:val="20"/>
          <w:lang w:val="fr-FR"/>
        </w:rPr>
        <w:t>Puteți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trimite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raportul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în</w:t>
      </w:r>
      <w:proofErr w:type="spellEnd"/>
      <w:r w:rsidRPr="00E67C0F">
        <w:rPr>
          <w:sz w:val="20"/>
          <w:lang w:val="fr-FR"/>
        </w:rPr>
        <w:t xml:space="preserve"> mod </w:t>
      </w:r>
      <w:proofErr w:type="spellStart"/>
      <w:r w:rsidRPr="00E67C0F">
        <w:rPr>
          <w:sz w:val="20"/>
          <w:lang w:val="fr-FR"/>
        </w:rPr>
        <w:t>anonim</w:t>
      </w:r>
      <w:proofErr w:type="spellEnd"/>
      <w:r w:rsidRPr="00E67C0F">
        <w:rPr>
          <w:sz w:val="20"/>
          <w:lang w:val="fr-FR"/>
        </w:rPr>
        <w:t xml:space="preserve">. </w:t>
      </w:r>
      <w:proofErr w:type="spellStart"/>
      <w:r w:rsidRPr="00E67C0F">
        <w:rPr>
          <w:sz w:val="20"/>
          <w:lang w:val="fr-FR"/>
        </w:rPr>
        <w:t>Totuși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dacă</w:t>
      </w:r>
      <w:proofErr w:type="spellEnd"/>
      <w:r w:rsidRPr="00E67C0F">
        <w:rPr>
          <w:sz w:val="20"/>
          <w:lang w:val="fr-FR"/>
        </w:rPr>
        <w:t xml:space="preserve"> nu </w:t>
      </w:r>
      <w:proofErr w:type="spellStart"/>
      <w:r w:rsidRPr="00E67C0F">
        <w:rPr>
          <w:sz w:val="20"/>
          <w:lang w:val="fr-FR"/>
        </w:rPr>
        <w:t>furnizați</w:t>
      </w:r>
      <w:proofErr w:type="spellEnd"/>
      <w:r w:rsidRPr="00E67C0F">
        <w:rPr>
          <w:sz w:val="20"/>
          <w:lang w:val="fr-FR"/>
        </w:rPr>
        <w:t xml:space="preserve"> date de contact, este </w:t>
      </w:r>
      <w:proofErr w:type="spellStart"/>
      <w:r w:rsidRPr="00E67C0F">
        <w:rPr>
          <w:sz w:val="20"/>
          <w:lang w:val="fr-FR"/>
        </w:rPr>
        <w:t>posibil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să</w:t>
      </w:r>
      <w:proofErr w:type="spellEnd"/>
      <w:r w:rsidRPr="00E67C0F">
        <w:rPr>
          <w:sz w:val="20"/>
          <w:lang w:val="fr-FR"/>
        </w:rPr>
        <w:t xml:space="preserve"> nu </w:t>
      </w:r>
      <w:proofErr w:type="spellStart"/>
      <w:r w:rsidRPr="00E67C0F">
        <w:rPr>
          <w:sz w:val="20"/>
          <w:lang w:val="fr-FR"/>
        </w:rPr>
        <w:t>vă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putem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solicita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informații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suplimentare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sau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comunica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actualizări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privind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raportul</w:t>
      </w:r>
      <w:proofErr w:type="spellEnd"/>
      <w:r w:rsidRPr="00E67C0F">
        <w:rPr>
          <w:sz w:val="20"/>
          <w:lang w:val="fr-FR"/>
        </w:rPr>
        <w:t>.</w:t>
      </w:r>
    </w:p>
    <w:p w14:paraId="26F5B531" w14:textId="77777777" w:rsidR="005B511E" w:rsidRPr="00E67C0F" w:rsidRDefault="005B511E" w:rsidP="00E67C0F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r w:rsidRPr="00E67C0F">
        <w:rPr>
          <w:sz w:val="20"/>
          <w:lang w:val="fr-FR"/>
        </w:rPr>
        <w:t xml:space="preserve">După </w:t>
      </w:r>
      <w:proofErr w:type="spellStart"/>
      <w:r w:rsidRPr="00E67C0F">
        <w:rPr>
          <w:sz w:val="20"/>
          <w:lang w:val="fr-FR"/>
        </w:rPr>
        <w:t>completare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vă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rugăm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trimiteți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formularul</w:t>
      </w:r>
      <w:proofErr w:type="spellEnd"/>
      <w:r w:rsidRPr="00E67C0F">
        <w:rPr>
          <w:sz w:val="20"/>
          <w:lang w:val="fr-FR"/>
        </w:rPr>
        <w:t xml:space="preserve"> la security@saluscontrols.com.</w:t>
      </w:r>
    </w:p>
    <w:p w14:paraId="3B34D199" w14:textId="77777777" w:rsidR="005B511E" w:rsidRPr="00E67C0F" w:rsidRDefault="005B511E" w:rsidP="00E67C0F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fr-FR"/>
        </w:rPr>
      </w:pPr>
      <w:proofErr w:type="spellStart"/>
      <w:r w:rsidRPr="00E67C0F">
        <w:rPr>
          <w:rStyle w:val="Strong"/>
          <w:sz w:val="20"/>
          <w:szCs w:val="21"/>
          <w:lang w:val="fr-FR"/>
        </w:rPr>
        <w:t>Vă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</w:t>
      </w:r>
      <w:proofErr w:type="spellStart"/>
      <w:r w:rsidRPr="00E67C0F">
        <w:rPr>
          <w:rStyle w:val="Strong"/>
          <w:sz w:val="20"/>
          <w:szCs w:val="21"/>
          <w:lang w:val="fr-FR"/>
        </w:rPr>
        <w:t>rugăm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</w:t>
      </w:r>
      <w:proofErr w:type="spellStart"/>
      <w:r w:rsidRPr="00E67C0F">
        <w:rPr>
          <w:rStyle w:val="Strong"/>
          <w:sz w:val="20"/>
          <w:szCs w:val="21"/>
          <w:lang w:val="fr-FR"/>
        </w:rPr>
        <w:t>să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nu </w:t>
      </w:r>
      <w:proofErr w:type="spellStart"/>
      <w:r w:rsidRPr="00E67C0F">
        <w:rPr>
          <w:rStyle w:val="Strong"/>
          <w:sz w:val="20"/>
          <w:szCs w:val="21"/>
          <w:lang w:val="fr-FR"/>
        </w:rPr>
        <w:t>includeți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parole, </w:t>
      </w:r>
      <w:proofErr w:type="spellStart"/>
      <w:r w:rsidRPr="00E67C0F">
        <w:rPr>
          <w:rStyle w:val="Strong"/>
          <w:sz w:val="20"/>
          <w:szCs w:val="21"/>
          <w:lang w:val="fr-FR"/>
        </w:rPr>
        <w:t>tokenuri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de </w:t>
      </w:r>
      <w:proofErr w:type="spellStart"/>
      <w:r w:rsidRPr="00E67C0F">
        <w:rPr>
          <w:rStyle w:val="Strong"/>
          <w:sz w:val="20"/>
          <w:szCs w:val="21"/>
          <w:lang w:val="fr-FR"/>
        </w:rPr>
        <w:t>autentificare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, </w:t>
      </w:r>
      <w:proofErr w:type="spellStart"/>
      <w:r w:rsidRPr="00E67C0F">
        <w:rPr>
          <w:rStyle w:val="Strong"/>
          <w:sz w:val="20"/>
          <w:szCs w:val="21"/>
          <w:lang w:val="fr-FR"/>
        </w:rPr>
        <w:t>chei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</w:t>
      </w:r>
      <w:proofErr w:type="spellStart"/>
      <w:r w:rsidRPr="00E67C0F">
        <w:rPr>
          <w:rStyle w:val="Strong"/>
          <w:sz w:val="20"/>
          <w:szCs w:val="21"/>
          <w:lang w:val="fr-FR"/>
        </w:rPr>
        <w:t>private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</w:t>
      </w:r>
      <w:proofErr w:type="spellStart"/>
      <w:r w:rsidRPr="00E67C0F">
        <w:rPr>
          <w:rStyle w:val="Strong"/>
          <w:sz w:val="20"/>
          <w:szCs w:val="21"/>
          <w:lang w:val="fr-FR"/>
        </w:rPr>
        <w:t>sau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date personale/ale </w:t>
      </w:r>
      <w:proofErr w:type="spellStart"/>
      <w:r w:rsidRPr="00E67C0F">
        <w:rPr>
          <w:rStyle w:val="Strong"/>
          <w:sz w:val="20"/>
          <w:szCs w:val="21"/>
          <w:lang w:val="fr-FR"/>
        </w:rPr>
        <w:t>clienților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care nu </w:t>
      </w:r>
      <w:proofErr w:type="spellStart"/>
      <w:r w:rsidRPr="00E67C0F">
        <w:rPr>
          <w:rStyle w:val="Strong"/>
          <w:sz w:val="20"/>
          <w:szCs w:val="21"/>
          <w:lang w:val="fr-FR"/>
        </w:rPr>
        <w:t>sunt</w:t>
      </w:r>
      <w:proofErr w:type="spellEnd"/>
      <w:r w:rsidRPr="00E67C0F">
        <w:rPr>
          <w:rStyle w:val="Strong"/>
          <w:sz w:val="20"/>
          <w:szCs w:val="21"/>
          <w:lang w:val="fr-FR"/>
        </w:rPr>
        <w:t xml:space="preserve"> </w:t>
      </w:r>
      <w:proofErr w:type="spellStart"/>
      <w:r w:rsidRPr="00E67C0F">
        <w:rPr>
          <w:rStyle w:val="Strong"/>
          <w:sz w:val="20"/>
          <w:szCs w:val="21"/>
          <w:lang w:val="fr-FR"/>
        </w:rPr>
        <w:t>necesare</w:t>
      </w:r>
      <w:proofErr w:type="spellEnd"/>
      <w:r w:rsidRPr="00E67C0F">
        <w:rPr>
          <w:rStyle w:val="Strong"/>
          <w:sz w:val="20"/>
          <w:szCs w:val="21"/>
          <w:lang w:val="fr-FR"/>
        </w:rPr>
        <w:t>.</w:t>
      </w:r>
    </w:p>
    <w:p w14:paraId="7459A848" w14:textId="77777777" w:rsidR="00D54783" w:rsidRPr="00E67C0F" w:rsidRDefault="00D54783" w:rsidP="00E67C0F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E67C0F">
        <w:rPr>
          <w:sz w:val="20"/>
          <w:lang w:val="fr-FR"/>
        </w:rPr>
        <w:t>Câmpurile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marcate</w:t>
      </w:r>
      <w:proofErr w:type="spellEnd"/>
      <w:r w:rsidRPr="00E67C0F">
        <w:rPr>
          <w:sz w:val="20"/>
          <w:lang w:val="fr-FR"/>
        </w:rPr>
        <w:t xml:space="preserve"> „</w:t>
      </w:r>
      <w:proofErr w:type="spellStart"/>
      <w:r w:rsidRPr="00E67C0F">
        <w:rPr>
          <w:sz w:val="20"/>
          <w:lang w:val="fr-FR"/>
        </w:rPr>
        <w:t>Obligatoriu</w:t>
      </w:r>
      <w:proofErr w:type="spellEnd"/>
      <w:r w:rsidRPr="00E67C0F">
        <w:rPr>
          <w:sz w:val="20"/>
          <w:lang w:val="fr-FR"/>
        </w:rPr>
        <w:t xml:space="preserve">” </w:t>
      </w:r>
      <w:proofErr w:type="spellStart"/>
      <w:r w:rsidRPr="00E67C0F">
        <w:rPr>
          <w:sz w:val="20"/>
          <w:lang w:val="fr-FR"/>
        </w:rPr>
        <w:t>sunt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obligatorii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numai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dacă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informațiile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sunt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disponibile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în</w:t>
      </w:r>
      <w:proofErr w:type="spellEnd"/>
      <w:r w:rsidRPr="00E67C0F">
        <w:rPr>
          <w:sz w:val="20"/>
          <w:lang w:val="fr-FR"/>
        </w:rPr>
        <w:t xml:space="preserve"> mod </w:t>
      </w:r>
      <w:proofErr w:type="spellStart"/>
      <w:r w:rsidRPr="00E67C0F">
        <w:rPr>
          <w:sz w:val="20"/>
          <w:lang w:val="fr-FR"/>
        </w:rPr>
        <w:t>rezonabil</w:t>
      </w:r>
      <w:proofErr w:type="spellEnd"/>
      <w:r w:rsidRPr="00E67C0F">
        <w:rPr>
          <w:sz w:val="20"/>
          <w:lang w:val="fr-FR"/>
        </w:rPr>
        <w:t xml:space="preserve">. </w:t>
      </w:r>
      <w:proofErr w:type="spellStart"/>
      <w:r w:rsidRPr="00E67C0F">
        <w:rPr>
          <w:sz w:val="20"/>
          <w:lang w:val="fr-FR"/>
        </w:rPr>
        <w:t>Puteți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trimite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raportul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chiar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dacă</w:t>
      </w:r>
      <w:proofErr w:type="spellEnd"/>
      <w:r w:rsidRPr="00E67C0F">
        <w:rPr>
          <w:sz w:val="20"/>
          <w:lang w:val="fr-FR"/>
        </w:rPr>
        <w:t xml:space="preserve"> nu </w:t>
      </w:r>
      <w:proofErr w:type="spellStart"/>
      <w:r w:rsidRPr="00E67C0F">
        <w:rPr>
          <w:sz w:val="20"/>
          <w:lang w:val="fr-FR"/>
        </w:rPr>
        <w:t>dețineți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toate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informațiile</w:t>
      </w:r>
      <w:proofErr w:type="spellEnd"/>
      <w:r w:rsidRPr="00E67C0F">
        <w:rPr>
          <w:sz w:val="20"/>
          <w:lang w:val="fr-FR"/>
        </w:rPr>
        <w:t>.</w:t>
      </w:r>
    </w:p>
    <w:p w14:paraId="2E99B9DC" w14:textId="77777777" w:rsidR="00A5425F" w:rsidRPr="00E67C0F" w:rsidRDefault="00A5425F" w:rsidP="00A5425F">
      <w:pPr>
        <w:pStyle w:val="Title"/>
        <w:spacing w:after="160" w:line="259" w:lineRule="auto"/>
        <w:rPr>
          <w:lang w:val="fr-FR"/>
        </w:rPr>
      </w:pPr>
      <w:proofErr w:type="spellStart"/>
      <w:r w:rsidRPr="00E67C0F">
        <w:rPr>
          <w:rFonts w:ascii="Ubuntu" w:eastAsia="Ubuntu" w:hAnsi="Ubuntu" w:cs="Ubuntu" w:hint="eastAsia"/>
          <w:sz w:val="38"/>
          <w:u w:val="single"/>
          <w:lang w:val="fr-FR"/>
        </w:rPr>
        <w:t>Raport</w:t>
      </w:r>
      <w:proofErr w:type="spellEnd"/>
      <w:r w:rsidRPr="00E67C0F">
        <w:rPr>
          <w:rFonts w:ascii="Ubuntu" w:eastAsia="Ubuntu" w:hAnsi="Ubuntu" w:cs="Ubuntu" w:hint="eastAsia"/>
          <w:sz w:val="38"/>
          <w:u w:val="single"/>
          <w:lang w:val="fr-FR"/>
        </w:rPr>
        <w:t xml:space="preserve"> de </w:t>
      </w:r>
      <w:proofErr w:type="spellStart"/>
      <w:r w:rsidRPr="00E67C0F">
        <w:rPr>
          <w:rFonts w:ascii="Ubuntu" w:eastAsia="Ubuntu" w:hAnsi="Ubuntu" w:cs="Ubuntu" w:hint="eastAsia"/>
          <w:sz w:val="38"/>
          <w:u w:val="single"/>
          <w:lang w:val="fr-FR"/>
        </w:rPr>
        <w:t>vulnerabilitate</w:t>
      </w:r>
      <w:proofErr w:type="spellEnd"/>
      <w:r w:rsidRPr="00E67C0F">
        <w:rPr>
          <w:rFonts w:ascii="Ubuntu" w:eastAsia="Ubuntu" w:hAnsi="Ubuntu" w:cs="Ubuntu" w:hint="eastAsia"/>
          <w:sz w:val="38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 w:hint="eastAsia"/>
          <w:sz w:val="38"/>
          <w:u w:val="single"/>
          <w:lang w:val="fr-FR"/>
        </w:rPr>
        <w:t>suspectată</w:t>
      </w:r>
      <w:proofErr w:type="spellEnd"/>
    </w:p>
    <w:p w14:paraId="5A7BEF62" w14:textId="77777777" w:rsidR="00A5425F" w:rsidRDefault="00A5425F" w:rsidP="00A5425F">
      <w:pPr>
        <w:pStyle w:val="Heading2"/>
        <w:spacing w:after="80"/>
      </w:pPr>
      <w:bookmarkStart w:id="1" w:name="_Toc239339912"/>
      <w:r>
        <w:rPr>
          <w:rFonts w:ascii="Ubuntu" w:eastAsia="Ubuntu" w:hAnsi="Ubuntu" w:cs="Ubuntu" w:hint="eastAsia"/>
          <w:sz w:val="23"/>
          <w:u w:val="single"/>
        </w:rPr>
        <w:t>1. Date despre persoana care raportează</w:t>
      </w:r>
      <w:bookmarkEnd w:id="1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3198F626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9B60D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 solicitată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6DFC517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A5425F" w14:paraId="2D72F11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27CD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Nume sau alias (Opțional)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0DE0B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1471359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82865" w14:textId="77777777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Organizație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Opțional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527C2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E67C0F" w14:paraId="56A7006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620AFE6" w14:textId="77777777" w:rsidR="00A5425F" w:rsidRPr="00E67C0F" w:rsidRDefault="004E0EDD" w:rsidP="000B505C">
            <w:pPr>
              <w:spacing w:after="0" w:line="240" w:lineRule="auto"/>
              <w:rPr>
                <w:rFonts w:hint="eastAsia"/>
                <w:lang w:val="fr-FR"/>
              </w:rPr>
            </w:pPr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E-mail /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metodă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de contact (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Obligatoriu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cu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excepția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raportării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anonime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08FB8C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14:paraId="61BF5D2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C7416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Limba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preferată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Opțional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24683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1D95FF7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66549A" w14:textId="7777777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Raportați anonim?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C855D6" w14:textId="77777777" w:rsidR="00F54C66" w:rsidRDefault="00DF0C01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Da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3D91CDEE" w14:textId="77777777" w:rsidR="00F54C66" w:rsidRPr="00F54C66" w:rsidRDefault="00DF0C01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Nu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E76A0E5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48074629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sz w:val="23"/>
          <w:u w:val="single"/>
        </w:rPr>
        <w:t>2. Produsul sau componenta afectată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227959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A1B6B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 solicitată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0A7B4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A5425F" w:rsidRPr="00E67C0F" w14:paraId="3C6311F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A2193E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Numele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produsului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sau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serviciului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(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Obligatoriu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CAF4E7F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14:paraId="5AC3CCA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B5E51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 (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Dacă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este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cazul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215B9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E67C0F" w14:paraId="39C8115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900FB8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Versiune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hardware (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Dacă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este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cunoscută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5B7DDE2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:rsidRPr="00E67C0F" w14:paraId="1CBD24B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4E72E6" w14:textId="77777777" w:rsidR="00A5425F" w:rsidRPr="00E67C0F" w:rsidRDefault="00A73F26" w:rsidP="000B505C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Versiune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firmware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/ software /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aplicație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(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Dacă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este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cunoscută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9ACD27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14:paraId="2514519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364844" w14:textId="77777777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Țară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/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regiune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07F0CA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E67C0F" w14:paraId="3C320A9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8B8E57" w14:textId="77777777" w:rsidR="00A5425F" w:rsidRPr="00E67C0F" w:rsidRDefault="007D6092" w:rsidP="000B505C">
            <w:pPr>
              <w:spacing w:after="0" w:line="240" w:lineRule="auto"/>
              <w:rPr>
                <w:rFonts w:hint="eastAsia"/>
                <w:lang w:val="fr-FR"/>
              </w:rPr>
            </w:pPr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Alte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informații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relevante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despre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configurație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E05537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</w:tbl>
    <w:p w14:paraId="66CE1348" w14:textId="77777777" w:rsidR="00A5425F" w:rsidRPr="00E67C0F" w:rsidRDefault="00A5425F" w:rsidP="00A5425F">
      <w:pPr>
        <w:spacing w:after="110" w:line="259" w:lineRule="auto"/>
        <w:rPr>
          <w:rFonts w:hint="eastAsia"/>
          <w:lang w:val="fr-FR"/>
        </w:rPr>
      </w:pPr>
    </w:p>
    <w:p w14:paraId="0AC6A0BA" w14:textId="77777777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sz w:val="23"/>
          <w:u w:val="single"/>
        </w:rPr>
        <w:lastRenderedPageBreak/>
        <w:t xml:space="preserve">3. </w:t>
      </w:r>
      <w:proofErr w:type="spellStart"/>
      <w:r>
        <w:rPr>
          <w:rFonts w:ascii="Ubuntu" w:eastAsia="Ubuntu" w:hAnsi="Ubuntu" w:cs="Ubuntu" w:hint="eastAsia"/>
          <w:sz w:val="23"/>
          <w:u w:val="single"/>
        </w:rPr>
        <w:t>Descrierea</w:t>
      </w:r>
      <w:proofErr w:type="spellEnd"/>
      <w:r>
        <w:rPr>
          <w:rFonts w:ascii="Ubuntu" w:eastAsia="Ubuntu" w:hAnsi="Ubuntu" w:cs="Ubuntu" w:hint="eastAsia"/>
          <w:sz w:val="23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sz w:val="23"/>
          <w:u w:val="single"/>
        </w:rPr>
        <w:t>vulnerabilității</w:t>
      </w:r>
      <w:proofErr w:type="spellEnd"/>
      <w:r>
        <w:rPr>
          <w:rFonts w:ascii="Ubuntu" w:eastAsia="Ubuntu" w:hAnsi="Ubuntu" w:cs="Ubuntu" w:hint="eastAsia"/>
          <w:sz w:val="23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sz w:val="23"/>
          <w:u w:val="single"/>
        </w:rPr>
        <w:t>suspectate</w:t>
      </w:r>
      <w:bookmarkEnd w:id="3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69450562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110C4C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 solicitată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5AE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A5425F" w14:paraId="387E2B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EC666F" w14:textId="77777777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Titlu scurt (Obligatoriu)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3225E07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:rsidRPr="00E67C0F" w14:paraId="0110C5F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B486840" w14:textId="77777777" w:rsidR="0026323C" w:rsidRPr="00E67C0F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Descrieți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problema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securitate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identificată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(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Obligatoriu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)</w:t>
            </w:r>
          </w:p>
          <w:p w14:paraId="03D436FF" w14:textId="77777777" w:rsidR="00BF587A" w:rsidRPr="00E67C0F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F4E7CA5" w14:textId="77777777" w:rsidR="0026323C" w:rsidRPr="00E67C0F" w:rsidRDefault="0026323C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F517B9" w14:paraId="6A7AD75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888B72" w14:textId="77777777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Când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ați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observat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prima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dată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problema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A7D0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:rsidRPr="00E67C0F" w14:paraId="22D273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A44375" w14:textId="77777777" w:rsidR="00F517B9" w:rsidRPr="00E67C0F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Ce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vă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așteptați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să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se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întâmple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09BC95FB" w14:textId="77777777" w:rsidR="00F517B9" w:rsidRPr="00E67C0F" w:rsidRDefault="00F517B9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F517B9" w14:paraId="606CF16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ACCE92" w14:textId="77777777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Ce s-a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întâmplat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în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realitate?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67DBA9D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42B6B5E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74CFA2" w14:textId="77777777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Puteți reproduce problema?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24E58EF" w14:textId="77777777" w:rsidR="002F0A10" w:rsidRPr="00224AE7" w:rsidRDefault="00DF0C01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Da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Nu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Uneori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Necunoscut</w:t>
            </w:r>
          </w:p>
        </w:tc>
      </w:tr>
      <w:tr w:rsidR="00BF587A" w14:paraId="2C8DBD2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6DE431" w14:textId="77777777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Dacă este posibil, descrieți pașii necesari pentru reproducerea problemei: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0D81440" w14:textId="77777777" w:rsidR="00BF587A" w:rsidRDefault="00BF587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2D8FCD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9F7722" w14:textId="77777777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Ce impact asupra securității considerați că ar putea avea problema?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04AA4300" w14:textId="77777777" w:rsidR="0074711A" w:rsidRDefault="0074711A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434AEF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9689388" w14:textId="77777777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Sunt incluse fișiere atașate?</w:t>
            </w:r>
          </w:p>
          <w:p w14:paraId="2BF09090" w14:textId="77777777" w:rsidR="0074711A" w:rsidRPr="0074711A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</w:rPr>
            </w:pPr>
            <w:r w:rsidRPr="0074711A">
              <w:rPr>
                <w:rFonts w:eastAsia="Myriad Pro" w:cs="Myriad Pro"/>
                <w:bCs/>
                <w:color w:val="1D2958"/>
                <w:sz w:val="18"/>
              </w:rPr>
              <w:t>Puteți furniza capturi de ecran, jurnale, materiale video sau informații proof-of-concept relevante.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6E6BB14" w14:textId="77777777" w:rsidR="00C07344" w:rsidRDefault="00DF0C01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Da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CA3D525" w14:textId="77777777" w:rsidR="0074711A" w:rsidRPr="0024320A" w:rsidRDefault="00DF0C01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Nu</w:t>
            </w:r>
          </w:p>
        </w:tc>
      </w:tr>
    </w:tbl>
    <w:p w14:paraId="0429920D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9D4BF69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01BFEBF3" w14:textId="77777777" w:rsidR="0074711A" w:rsidRPr="00E67C0F" w:rsidRDefault="0074711A" w:rsidP="0074711A">
      <w:pPr>
        <w:pStyle w:val="Heading2"/>
        <w:spacing w:after="80"/>
        <w:rPr>
          <w:lang w:val="fr-FR"/>
        </w:rPr>
      </w:pP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Informații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tehnice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suplimentare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(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opțional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– 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pentru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cercetători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în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 xml:space="preserve"> </w:t>
      </w:r>
      <w:proofErr w:type="spellStart"/>
      <w:r w:rsidRPr="00E67C0F">
        <w:rPr>
          <w:rFonts w:ascii="Ubuntu" w:eastAsia="Ubuntu" w:hAnsi="Ubuntu" w:cs="Ubuntu"/>
          <w:sz w:val="23"/>
          <w:u w:val="single"/>
          <w:lang w:val="fr-FR"/>
        </w:rPr>
        <w:t>securitate</w:t>
      </w:r>
      <w:proofErr w:type="spellEnd"/>
      <w:r w:rsidRPr="00E67C0F">
        <w:rPr>
          <w:rFonts w:ascii="Ubuntu" w:eastAsia="Ubuntu" w:hAnsi="Ubuntu" w:cs="Ubuntu"/>
          <w:sz w:val="23"/>
          <w:u w:val="single"/>
          <w:lang w:val="fr-FR"/>
        </w:rPr>
        <w:t>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23478C3F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CB83B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</w:t>
            </w:r>
            <w:proofErr w:type="spellEnd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solicitată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891DC3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74711A" w14:paraId="4934AC3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DC0E87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Tipul vulnerabilității (ocolirea autentificării, injecție, coruperea memoriei etc.), dacă este cunoscut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7260904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263D7E86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4C01BBE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CWE/CVE, dacă este cunoscut</w:t>
            </w:r>
          </w:p>
          <w:p w14:paraId="58F5065D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B01FC6B" w14:textId="77777777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3C6AFF1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02B9281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Cauza tehnică / detalii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A01EB4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06F189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8586E24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Mediu de testare / configurație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038640C3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3254FBDB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10FF31C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Proof of concept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BEE5C3A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14ED1D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7D59B78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68BA2D6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96D83F1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096B8A1F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7D9E8B5E" w14:textId="77777777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sz w:val="23"/>
          <w:u w:val="single"/>
        </w:rPr>
        <w:lastRenderedPageBreak/>
        <w:t>4. Scenariul de atac</w:t>
      </w:r>
      <w:bookmarkEnd w:id="4"/>
    </w:p>
    <w:p w14:paraId="4655999F" w14:textId="77777777" w:rsidR="00A5425F" w:rsidRDefault="00A5425F" w:rsidP="00E67C0F">
      <w:pPr>
        <w:spacing w:after="110" w:line="259" w:lineRule="auto"/>
        <w:ind w:left="720"/>
        <w:rPr>
          <w:rFonts w:hint="eastAsia"/>
        </w:rPr>
      </w:pPr>
      <w:r>
        <w:rPr>
          <w:rFonts w:eastAsia="Myriad Pro" w:cs="Myriad Pro" w:hint="eastAsia"/>
          <w:sz w:val="20"/>
        </w:rPr>
        <w:t>Scenariul de atac diferă de pașii de reproducere. Descrieți cum ar putea un atacator să exploateze vulnerabilitatea în mod realist.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FB351EB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F347F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 solicitată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C1DD64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343182" w14:paraId="134A7BA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D5A6748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Dacă este cunoscut, descrieți modul în care cineva ar putea exploata această vulnerabilitate</w:t>
            </w:r>
          </w:p>
          <w:p w14:paraId="503916DD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  <w:p w14:paraId="392EF0BB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8D6049B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  <w:p w14:paraId="257BA3DF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1415E72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B758C4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Acces necesar atacatorului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7927F5D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Rețea la distanță</w:t>
            </w:r>
          </w:p>
          <w:p w14:paraId="2A2D0640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Rețea adiacentă</w:t>
            </w:r>
          </w:p>
          <w:p w14:paraId="1C559B92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Rețea locală</w:t>
            </w:r>
          </w:p>
          <w:p w14:paraId="1B3DED1C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Dispozitiv local</w:t>
            </w:r>
          </w:p>
          <w:p w14:paraId="31BE0013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Acces fizic</w:t>
            </w:r>
          </w:p>
          <w:p w14:paraId="61159585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Necunoscut</w:t>
            </w:r>
          </w:p>
        </w:tc>
      </w:tr>
      <w:tr w:rsidR="00A5425F" w14:paraId="0B45209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50D8B2" w14:textId="77777777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Este necesară interacțiunea utilizatorului?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95FA3B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Da</w:t>
            </w:r>
          </w:p>
          <w:p w14:paraId="0BAD93E9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Nu</w:t>
            </w:r>
          </w:p>
          <w:p w14:paraId="1D100965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Necunoscut</w:t>
            </w:r>
          </w:p>
        </w:tc>
      </w:tr>
      <w:tr w:rsidR="00A5425F" w14:paraId="6E1EFAC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FF08FA" w14:textId="77777777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Sunt necesare permisiuni speciale / un cont?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0868C3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Da</w:t>
            </w:r>
          </w:p>
          <w:p w14:paraId="61A7EA1D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Nu</w:t>
            </w:r>
          </w:p>
          <w:p w14:paraId="01CD3C3F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Necunoscut</w:t>
            </w:r>
          </w:p>
          <w:p w14:paraId="398CEAF8" w14:textId="77777777" w:rsidR="00CC5FFA" w:rsidRDefault="00DF0C01">
            <w:pPr>
              <w:spacing w:after="0"/>
              <w:rPr>
                <w:rFonts w:hint="eastAsia"/>
              </w:rPr>
            </w:pPr>
            <w:r>
              <w:rPr>
                <w:rFonts w:ascii="Times New Roman" w:hAnsi="Times New Roman"/>
                <w:sz w:val="18"/>
              </w:rPr>
              <w:t>Dacă da, descrieți permisiunile / contul necesar:</w:t>
            </w:r>
          </w:p>
        </w:tc>
      </w:tr>
    </w:tbl>
    <w:p w14:paraId="35873DC5" w14:textId="77777777" w:rsidR="00C26D3C" w:rsidRDefault="00C26D3C" w:rsidP="00A5425F">
      <w:pPr>
        <w:spacing w:after="110" w:line="259" w:lineRule="auto"/>
        <w:rPr>
          <w:rFonts w:hint="eastAsia"/>
        </w:rPr>
      </w:pPr>
    </w:p>
    <w:p w14:paraId="20597F1E" w14:textId="77777777" w:rsidR="00A5425F" w:rsidRDefault="00DF7C4F" w:rsidP="00A5425F">
      <w:pPr>
        <w:pStyle w:val="Heading2"/>
        <w:spacing w:after="80"/>
        <w:rPr>
          <w:rFonts w:ascii="Ubuntu" w:eastAsia="Ubuntu" w:hAnsi="Ubuntu" w:cs="Ubuntu"/>
          <w:u w:val="single"/>
        </w:rPr>
      </w:pPr>
      <w:bookmarkStart w:id="5" w:name="_Toc239339917"/>
      <w:r>
        <w:rPr>
          <w:rFonts w:ascii="Ubuntu" w:eastAsia="Ubuntu" w:hAnsi="Ubuntu" w:cs="Ubuntu"/>
          <w:sz w:val="23"/>
          <w:u w:val="single"/>
        </w:rPr>
        <w:t>5. Evaluarea impactului (Opțional)</w:t>
      </w:r>
      <w:bookmarkEnd w:id="5"/>
    </w:p>
    <w:p w14:paraId="246E5F7E" w14:textId="77777777" w:rsidR="003A30AD" w:rsidRPr="003A30AD" w:rsidRDefault="003A30AD" w:rsidP="00E67C0F">
      <w:pPr>
        <w:spacing w:after="110" w:line="259" w:lineRule="auto"/>
        <w:ind w:firstLine="720"/>
        <w:rPr>
          <w:rFonts w:hint="eastAsia"/>
        </w:rPr>
      </w:pPr>
      <w:r>
        <w:rPr>
          <w:rFonts w:eastAsia="Myriad Pro" w:cs="Myriad Pro"/>
          <w:sz w:val="20"/>
        </w:rPr>
        <w:t>Completați această secțiune dacă puteți evalua impactul potențial.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A6631D9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522417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Domeniul impactului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F3F4C7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Evaluarea persoanei care raportează</w:t>
            </w:r>
          </w:p>
        </w:tc>
      </w:tr>
      <w:tr w:rsidR="00C26D3C" w14:paraId="22C8B379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9334E4" w14:textId="77777777" w:rsidR="00C26D3C" w:rsidRDefault="00C26D3C" w:rsidP="00C26D3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Confidențialitate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60C740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Niciunul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Scăzut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Mediu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Ridicat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Necunoscut</w:t>
            </w:r>
          </w:p>
        </w:tc>
      </w:tr>
      <w:tr w:rsidR="00C26D3C" w14:paraId="76B7D8B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899FEE7" w14:textId="77777777" w:rsidR="00C26D3C" w:rsidRDefault="00C26D3C" w:rsidP="00C26D3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Integritate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D4A482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Niciunul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Scăzut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Mediu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Ridicat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Necunoscut</w:t>
            </w:r>
          </w:p>
        </w:tc>
      </w:tr>
      <w:tr w:rsidR="00C26D3C" w14:paraId="6BE0C4B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025F0B" w14:textId="77777777" w:rsidR="00C26D3C" w:rsidRDefault="00C26D3C" w:rsidP="00C26D3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Disponibilitate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4EC0F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Niciunul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Scăzut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Mediu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Ridicat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Necunoscut</w:t>
            </w:r>
          </w:p>
        </w:tc>
      </w:tr>
      <w:tr w:rsidR="00C26D3C" w14:paraId="0352D9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8E80623" w14:textId="77777777" w:rsidR="00C26D3C" w:rsidRDefault="00C26D3C" w:rsidP="00C26D3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Siguranță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403C36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Niciunul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Scăzut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Mediu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Ridicat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Necunoscut</w:t>
            </w:r>
          </w:p>
        </w:tc>
      </w:tr>
      <w:tr w:rsidR="00C26D3C" w14:paraId="6F3D08B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5FB375" w14:textId="77777777" w:rsidR="00C26D3C" w:rsidRDefault="00C26D3C" w:rsidP="00C26D3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Viață privată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45066" w14:textId="77777777" w:rsidR="00CC5FFA" w:rsidRDefault="00DF0C01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Niciunul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Scăzut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Mediu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Ridicat  </w:t>
            </w:r>
            <w:r>
              <w:rPr>
                <w:rFonts w:ascii="DejaVu Sans" w:hAnsi="DejaVu Sans"/>
                <w:sz w:val="17"/>
              </w:rPr>
              <w:t>☐</w:t>
            </w:r>
            <w:r>
              <w:rPr>
                <w:rFonts w:ascii="Times New Roman" w:hAnsi="Times New Roman"/>
                <w:sz w:val="17"/>
              </w:rPr>
              <w:t xml:space="preserve"> Necunoscut</w:t>
            </w:r>
          </w:p>
        </w:tc>
      </w:tr>
      <w:tr w:rsidR="00C26D3C" w:rsidRPr="00E67C0F" w14:paraId="400F9FC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383F5AD" w14:textId="77777777" w:rsidR="00C26D3C" w:rsidRPr="00E67C0F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Impact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asupra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lanțului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aprovizionare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sau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ecosistemului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874B34E" w14:textId="77777777" w:rsidR="00CC5FFA" w:rsidRPr="00E67C0F" w:rsidRDefault="00DF0C01">
            <w:pPr>
              <w:spacing w:after="0" w:line="240" w:lineRule="auto"/>
              <w:rPr>
                <w:rFonts w:hint="eastAsia"/>
                <w:lang w:val="fr-FR"/>
              </w:rPr>
            </w:pPr>
            <w:r w:rsidRPr="00E67C0F">
              <w:rPr>
                <w:rFonts w:ascii="DejaVu Sans" w:hAnsi="DejaVu Sans"/>
                <w:sz w:val="17"/>
                <w:lang w:val="fr-FR"/>
              </w:rPr>
              <w:t>☐</w:t>
            </w:r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</w:t>
            </w:r>
            <w:proofErr w:type="spellStart"/>
            <w:r w:rsidRPr="00E67C0F">
              <w:rPr>
                <w:rFonts w:ascii="Times New Roman" w:hAnsi="Times New Roman"/>
                <w:sz w:val="17"/>
                <w:lang w:val="fr-FR"/>
              </w:rPr>
              <w:t>Niciunul</w:t>
            </w:r>
            <w:proofErr w:type="spellEnd"/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 </w:t>
            </w:r>
            <w:r w:rsidRPr="00E67C0F">
              <w:rPr>
                <w:rFonts w:ascii="DejaVu Sans" w:hAnsi="DejaVu Sans"/>
                <w:sz w:val="17"/>
                <w:lang w:val="fr-FR"/>
              </w:rPr>
              <w:t>☐</w:t>
            </w:r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</w:t>
            </w:r>
            <w:proofErr w:type="spellStart"/>
            <w:r w:rsidRPr="00E67C0F">
              <w:rPr>
                <w:rFonts w:ascii="Times New Roman" w:hAnsi="Times New Roman"/>
                <w:sz w:val="17"/>
                <w:lang w:val="fr-FR"/>
              </w:rPr>
              <w:t>Scăzut</w:t>
            </w:r>
            <w:proofErr w:type="spellEnd"/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 </w:t>
            </w:r>
            <w:r w:rsidRPr="00E67C0F">
              <w:rPr>
                <w:rFonts w:ascii="DejaVu Sans" w:hAnsi="DejaVu Sans"/>
                <w:sz w:val="17"/>
                <w:lang w:val="fr-FR"/>
              </w:rPr>
              <w:t>☐</w:t>
            </w:r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</w:t>
            </w:r>
            <w:proofErr w:type="spellStart"/>
            <w:r w:rsidRPr="00E67C0F">
              <w:rPr>
                <w:rFonts w:ascii="Times New Roman" w:hAnsi="Times New Roman"/>
                <w:sz w:val="17"/>
                <w:lang w:val="fr-FR"/>
              </w:rPr>
              <w:t>Mediu</w:t>
            </w:r>
            <w:proofErr w:type="spellEnd"/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 </w:t>
            </w:r>
            <w:r w:rsidRPr="00E67C0F">
              <w:rPr>
                <w:rFonts w:ascii="DejaVu Sans" w:hAnsi="DejaVu Sans"/>
                <w:sz w:val="17"/>
                <w:lang w:val="fr-FR"/>
              </w:rPr>
              <w:t>☐</w:t>
            </w:r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</w:t>
            </w:r>
            <w:proofErr w:type="spellStart"/>
            <w:r w:rsidRPr="00E67C0F">
              <w:rPr>
                <w:rFonts w:ascii="Times New Roman" w:hAnsi="Times New Roman"/>
                <w:sz w:val="17"/>
                <w:lang w:val="fr-FR"/>
              </w:rPr>
              <w:t>Ridicat</w:t>
            </w:r>
            <w:proofErr w:type="spellEnd"/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 </w:t>
            </w:r>
            <w:r w:rsidRPr="00E67C0F">
              <w:rPr>
                <w:rFonts w:ascii="DejaVu Sans" w:hAnsi="DejaVu Sans"/>
                <w:sz w:val="17"/>
                <w:lang w:val="fr-FR"/>
              </w:rPr>
              <w:t>☐</w:t>
            </w:r>
            <w:r w:rsidRPr="00E67C0F">
              <w:rPr>
                <w:rFonts w:ascii="Times New Roman" w:hAnsi="Times New Roman"/>
                <w:sz w:val="17"/>
                <w:lang w:val="fr-FR"/>
              </w:rPr>
              <w:t xml:space="preserve"> </w:t>
            </w:r>
            <w:proofErr w:type="spellStart"/>
            <w:r w:rsidRPr="00E67C0F">
              <w:rPr>
                <w:rFonts w:ascii="Times New Roman" w:hAnsi="Times New Roman"/>
                <w:sz w:val="17"/>
                <w:lang w:val="fr-FR"/>
              </w:rPr>
              <w:t>Necunoscut</w:t>
            </w:r>
            <w:proofErr w:type="spellEnd"/>
          </w:p>
        </w:tc>
      </w:tr>
      <w:tr w:rsidR="00C26D3C" w14:paraId="3116FC64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71C3CD" w14:textId="77777777" w:rsidR="0071281F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Severitate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sugerată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,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dacă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poate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fi evaluată (Opțional)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1716AE2" w14:textId="77777777" w:rsidR="00345DA7" w:rsidRPr="00345DA7" w:rsidRDefault="00345DA7" w:rsidP="00345DA7">
            <w:pPr>
              <w:rPr>
                <w:rFonts w:hint="eastAsia"/>
              </w:rPr>
            </w:pPr>
            <w:r w:rsidRPr="00345DA7">
              <w:rPr>
                <w:rFonts w:ascii="Segoe UI Symbol" w:hAnsi="Segoe UI Symbol" w:cs="Segoe UI Symbol"/>
                <w:sz w:val="18"/>
              </w:rPr>
              <w:t>☐</w:t>
            </w:r>
            <w:r w:rsidRPr="00345DA7">
              <w:rPr>
                <w:sz w:val="18"/>
              </w:rPr>
              <w:t xml:space="preserve"> Scăzut </w:t>
            </w:r>
            <w:r w:rsidRPr="00345DA7">
              <w:rPr>
                <w:rFonts w:ascii="Segoe UI Symbol" w:hAnsi="Segoe UI Symbol" w:cs="Segoe UI Symbol"/>
                <w:sz w:val="18"/>
              </w:rPr>
              <w:t>☐</w:t>
            </w:r>
            <w:r w:rsidRPr="00345DA7">
              <w:rPr>
                <w:sz w:val="18"/>
              </w:rPr>
              <w:t xml:space="preserve"> Mediu </w:t>
            </w:r>
            <w:r w:rsidRPr="00345DA7">
              <w:rPr>
                <w:rFonts w:ascii="Segoe UI Symbol" w:hAnsi="Segoe UI Symbol" w:cs="Segoe UI Symbol"/>
                <w:sz w:val="18"/>
              </w:rPr>
              <w:t>☐</w:t>
            </w:r>
            <w:r w:rsidRPr="00345DA7">
              <w:rPr>
                <w:sz w:val="18"/>
              </w:rPr>
              <w:t xml:space="preserve"> Ridicat</w:t>
            </w:r>
            <w:r w:rsidR="0060447F">
              <w:rPr>
                <w:sz w:val="18"/>
              </w:rPr>
              <w:t xml:space="preserve"> </w:t>
            </w:r>
            <w:r w:rsidR="0060447F" w:rsidRPr="00345DA7">
              <w:rPr>
                <w:rFonts w:ascii="Segoe UI Symbol" w:hAnsi="Segoe UI Symbol" w:cs="Segoe UI Symbol"/>
                <w:sz w:val="18"/>
              </w:rPr>
              <w:t>☐</w:t>
            </w:r>
            <w:r w:rsidR="0060447F" w:rsidRPr="00345DA7">
              <w:rPr>
                <w:sz w:val="18"/>
              </w:rPr>
              <w:t xml:space="preserve"> </w:t>
            </w:r>
            <w:r w:rsidR="0060447F">
              <w:rPr>
                <w:sz w:val="18"/>
              </w:rPr>
              <w:t>Critic</w:t>
            </w:r>
            <w:r w:rsidRPr="00345DA7">
              <w:rPr>
                <w:sz w:val="18"/>
              </w:rPr>
              <w:t xml:space="preserve"> </w:t>
            </w:r>
            <w:r w:rsidRPr="00345DA7">
              <w:rPr>
                <w:rFonts w:ascii="Segoe UI Symbol" w:hAnsi="Segoe UI Symbol" w:cs="Segoe UI Symbol"/>
                <w:sz w:val="18"/>
              </w:rPr>
              <w:t>☐</w:t>
            </w:r>
            <w:r w:rsidRPr="00345DA7">
              <w:rPr>
                <w:sz w:val="18"/>
              </w:rPr>
              <w:t xml:space="preserve"> Necunoscut</w:t>
            </w:r>
          </w:p>
          <w:p w14:paraId="071E5106" w14:textId="77777777" w:rsidR="00C26D3C" w:rsidRPr="00412155" w:rsidRDefault="00C26D3C" w:rsidP="00C26D3C">
            <w:pPr>
              <w:spacing w:after="0" w:line="240" w:lineRule="auto"/>
              <w:rPr>
                <w:rFonts w:hint="eastAsia"/>
              </w:rPr>
            </w:pPr>
          </w:p>
        </w:tc>
      </w:tr>
      <w:tr w:rsidR="0071281F" w:rsidRPr="00E67C0F" w14:paraId="6174B1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DD5E6B" w14:textId="77777777" w:rsidR="0071281F" w:rsidRPr="00E67C0F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Vector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CVSS,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dacă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este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disponibil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(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Opțional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C7C23C3" w14:textId="77777777" w:rsidR="0071281F" w:rsidRPr="00E67C0F" w:rsidRDefault="0071281F" w:rsidP="00345DA7">
            <w:pPr>
              <w:rPr>
                <w:rFonts w:ascii="Segoe UI Symbol" w:hAnsi="Segoe UI Symbol" w:cs="Segoe UI Symbol"/>
                <w:lang w:val="fr-FR"/>
              </w:rPr>
            </w:pPr>
          </w:p>
        </w:tc>
      </w:tr>
    </w:tbl>
    <w:p w14:paraId="54BB144D" w14:textId="77777777" w:rsidR="00A5425F" w:rsidRPr="00E67C0F" w:rsidRDefault="00A5425F" w:rsidP="00A5425F">
      <w:pPr>
        <w:spacing w:after="110" w:line="259" w:lineRule="auto"/>
        <w:rPr>
          <w:rFonts w:hint="eastAsia"/>
          <w:lang w:val="fr-FR"/>
        </w:rPr>
      </w:pPr>
    </w:p>
    <w:p w14:paraId="2806B05B" w14:textId="77777777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sz w:val="23"/>
          <w:u w:val="single"/>
        </w:rPr>
        <w:lastRenderedPageBreak/>
        <w:t xml:space="preserve">6. </w:t>
      </w:r>
      <w:proofErr w:type="spellStart"/>
      <w:r>
        <w:rPr>
          <w:rFonts w:ascii="Ubuntu" w:eastAsia="Ubuntu" w:hAnsi="Ubuntu" w:cs="Ubuntu"/>
          <w:sz w:val="23"/>
          <w:u w:val="single"/>
        </w:rPr>
        <w:t>Stadiul</w:t>
      </w:r>
      <w:proofErr w:type="spellEnd"/>
      <w:r>
        <w:rPr>
          <w:rFonts w:ascii="Ubuntu" w:eastAsia="Ubuntu" w:hAnsi="Ubuntu" w:cs="Ubuntu"/>
          <w:sz w:val="23"/>
          <w:u w:val="single"/>
        </w:rPr>
        <w:t xml:space="preserve"> </w:t>
      </w:r>
      <w:proofErr w:type="spellStart"/>
      <w:r>
        <w:rPr>
          <w:rFonts w:ascii="Ubuntu" w:eastAsia="Ubuntu" w:hAnsi="Ubuntu" w:cs="Ubuntu"/>
          <w:sz w:val="23"/>
          <w:u w:val="single"/>
        </w:rPr>
        <w:t>exploatării</w:t>
      </w:r>
      <w:proofErr w:type="spellEnd"/>
      <w:r>
        <w:rPr>
          <w:rFonts w:ascii="Ubuntu" w:eastAsia="Ubuntu" w:hAnsi="Ubuntu" w:cs="Ubuntu"/>
          <w:sz w:val="23"/>
          <w:u w:val="single"/>
        </w:rPr>
        <w:t xml:space="preserve"> </w:t>
      </w:r>
      <w:proofErr w:type="spellStart"/>
      <w:r>
        <w:rPr>
          <w:rFonts w:ascii="Ubuntu" w:eastAsia="Ubuntu" w:hAnsi="Ubuntu" w:cs="Ubuntu"/>
          <w:sz w:val="23"/>
          <w:u w:val="single"/>
        </w:rPr>
        <w:t>și</w:t>
      </w:r>
      <w:proofErr w:type="spellEnd"/>
      <w:r>
        <w:rPr>
          <w:rFonts w:ascii="Ubuntu" w:eastAsia="Ubuntu" w:hAnsi="Ubuntu" w:cs="Ubuntu"/>
          <w:sz w:val="23"/>
          <w:u w:val="single"/>
        </w:rPr>
        <w:t xml:space="preserve"> </w:t>
      </w:r>
      <w:proofErr w:type="spellStart"/>
      <w:r>
        <w:rPr>
          <w:rFonts w:ascii="Ubuntu" w:eastAsia="Ubuntu" w:hAnsi="Ubuntu" w:cs="Ubuntu"/>
          <w:sz w:val="23"/>
          <w:u w:val="single"/>
        </w:rPr>
        <w:t>dezvăluirii</w:t>
      </w:r>
      <w:bookmarkEnd w:id="6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9D4B9C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A8597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 solicitată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C7E06B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A5425F" w14:paraId="1883031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0E7E79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Vulnerabilitatea este deja publică?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ABDBE6" w14:textId="77777777" w:rsidR="00A5425F" w:rsidRDefault="00DF0C01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5425F" w:rsidRPr="00DB7338">
              <w:rPr>
                <w:rFonts w:hint="eastAsia"/>
                <w:sz w:val="18"/>
              </w:rPr>
              <w:t xml:space="preserve"> Nu </w:t>
            </w:r>
            <w:sdt>
              <w:sdt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5425F" w:rsidRPr="00DB7338">
              <w:rPr>
                <w:rFonts w:hint="eastAsia"/>
                <w:sz w:val="18"/>
              </w:rPr>
              <w:t xml:space="preserve"> Da</w:t>
            </w:r>
            <w:r w:rsidR="00F4392E">
              <w:rPr>
                <w:sz w:val="18"/>
              </w:rPr>
              <w:t xml:space="preserve"> </w:t>
            </w:r>
            <w:sdt>
              <w:sdt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4392E" w:rsidRPr="00DB7338">
              <w:rPr>
                <w:rFonts w:hint="eastAsia"/>
                <w:sz w:val="18"/>
              </w:rPr>
              <w:t xml:space="preserve"> </w:t>
            </w:r>
            <w:r w:rsidR="00F4392E">
              <w:rPr>
                <w:sz w:val="18"/>
              </w:rPr>
              <w:t>Necunoscut</w:t>
            </w:r>
          </w:p>
          <w:p w14:paraId="3B1FFD2B" w14:textId="77777777" w:rsidR="00A030B5" w:rsidRDefault="00A030B5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Dacă da, furnizați URL-ul și data:</w:t>
            </w:r>
          </w:p>
          <w:p w14:paraId="554022C7" w14:textId="77777777" w:rsidR="00A030B5" w:rsidRDefault="00A030B5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E67C0F" w14:paraId="7BE4E3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193D53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Există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o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dovadă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de concept (PoC)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publică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452820D" w14:textId="77777777" w:rsidR="00A5425F" w:rsidRPr="00E67C0F" w:rsidRDefault="00DF0C01" w:rsidP="000B505C">
            <w:pPr>
              <w:spacing w:after="0" w:line="240" w:lineRule="auto"/>
              <w:rPr>
                <w:rFonts w:hint="eastAsia"/>
                <w:lang w:val="fr-FR"/>
              </w:rPr>
            </w:pPr>
            <w:sdt>
              <w:sdtPr>
                <w:rPr>
                  <w:lang w:val="fr-FR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A5425F" w:rsidRPr="00E67C0F">
              <w:rPr>
                <w:rFonts w:hint="eastAsia"/>
                <w:sz w:val="18"/>
                <w:lang w:val="fr-FR"/>
              </w:rPr>
              <w:t xml:space="preserve"> Nu </w:t>
            </w:r>
            <w:sdt>
              <w:sdtPr>
                <w:rPr>
                  <w:lang w:val="fr-FR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A5425F" w:rsidRPr="00E67C0F">
              <w:rPr>
                <w:rFonts w:hint="eastAsia"/>
                <w:sz w:val="18"/>
                <w:lang w:val="fr-FR"/>
              </w:rPr>
              <w:t xml:space="preserve"> Da</w:t>
            </w:r>
            <w:r w:rsidR="00F4392E" w:rsidRPr="00E67C0F">
              <w:rPr>
                <w:sz w:val="18"/>
                <w:lang w:val="fr-FR"/>
              </w:rPr>
              <w:t xml:space="preserve"> </w:t>
            </w:r>
            <w:sdt>
              <w:sdtPr>
                <w:rPr>
                  <w:lang w:val="fr-FR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F4392E" w:rsidRPr="00E67C0F">
              <w:rPr>
                <w:rFonts w:hint="eastAsia"/>
                <w:sz w:val="18"/>
                <w:lang w:val="fr-FR"/>
              </w:rPr>
              <w:t xml:space="preserve"> </w:t>
            </w:r>
            <w:proofErr w:type="spellStart"/>
            <w:r w:rsidR="00F4392E" w:rsidRPr="00E67C0F">
              <w:rPr>
                <w:sz w:val="18"/>
                <w:lang w:val="fr-FR"/>
              </w:rPr>
              <w:t>Necunoscut</w:t>
            </w:r>
            <w:proofErr w:type="spellEnd"/>
          </w:p>
          <w:p w14:paraId="4C5411F3" w14:textId="77777777" w:rsidR="00344641" w:rsidRPr="00E67C0F" w:rsidRDefault="00344641" w:rsidP="00344641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sz w:val="18"/>
                <w:lang w:val="fr-FR"/>
              </w:rPr>
              <w:t>Dacă</w:t>
            </w:r>
            <w:proofErr w:type="spellEnd"/>
            <w:r w:rsidRPr="00E67C0F">
              <w:rPr>
                <w:sz w:val="18"/>
                <w:lang w:val="fr-FR"/>
              </w:rPr>
              <w:t xml:space="preserve"> da, </w:t>
            </w:r>
            <w:proofErr w:type="spellStart"/>
            <w:r w:rsidRPr="00E67C0F">
              <w:rPr>
                <w:sz w:val="18"/>
                <w:lang w:val="fr-FR"/>
              </w:rPr>
              <w:t>furnizați</w:t>
            </w:r>
            <w:proofErr w:type="spellEnd"/>
            <w:r w:rsidRPr="00E67C0F">
              <w:rPr>
                <w:sz w:val="18"/>
                <w:lang w:val="fr-FR"/>
              </w:rPr>
              <w:t xml:space="preserve"> URL-</w:t>
            </w:r>
            <w:proofErr w:type="spellStart"/>
            <w:r w:rsidRPr="00E67C0F">
              <w:rPr>
                <w:sz w:val="18"/>
                <w:lang w:val="fr-FR"/>
              </w:rPr>
              <w:t>ul</w:t>
            </w:r>
            <w:proofErr w:type="spellEnd"/>
            <w:r w:rsidRPr="00E67C0F">
              <w:rPr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sz w:val="18"/>
                <w:lang w:val="fr-FR"/>
              </w:rPr>
              <w:t>și</w:t>
            </w:r>
            <w:proofErr w:type="spellEnd"/>
            <w:r w:rsidRPr="00E67C0F">
              <w:rPr>
                <w:sz w:val="18"/>
                <w:lang w:val="fr-FR"/>
              </w:rPr>
              <w:t xml:space="preserve"> data:</w:t>
            </w:r>
          </w:p>
          <w:p w14:paraId="50418053" w14:textId="77777777" w:rsidR="00344641" w:rsidRPr="00E67C0F" w:rsidRDefault="00344641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:rsidRPr="00E67C0F" w14:paraId="7429D38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F17B3C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Este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cunoscută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sau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suspectată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exploatarea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activă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117A59" w14:textId="77777777" w:rsidR="00A5425F" w:rsidRPr="00E67C0F" w:rsidRDefault="00DF0C01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lang w:val="fr-FR"/>
              </w:rPr>
            </w:pPr>
            <w:sdt>
              <w:sdtPr>
                <w:rPr>
                  <w:lang w:val="fr-FR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A5425F" w:rsidRPr="00E67C0F">
              <w:rPr>
                <w:rFonts w:hint="eastAsia"/>
                <w:sz w:val="18"/>
                <w:lang w:val="fr-FR"/>
              </w:rPr>
              <w:t xml:space="preserve"> Nu </w:t>
            </w:r>
            <w:sdt>
              <w:sdtPr>
                <w:rPr>
                  <w:lang w:val="fr-FR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A5425F" w:rsidRPr="00E67C0F">
              <w:rPr>
                <w:rFonts w:hint="eastAsia"/>
                <w:sz w:val="18"/>
                <w:lang w:val="fr-FR"/>
              </w:rPr>
              <w:t xml:space="preserve"> Da </w:t>
            </w:r>
            <w:sdt>
              <w:sdtPr>
                <w:rPr>
                  <w:lang w:val="fr-FR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A5425F" w:rsidRPr="00E67C0F">
              <w:rPr>
                <w:rFonts w:hint="eastAsia"/>
                <w:sz w:val="18"/>
                <w:lang w:val="fr-FR"/>
              </w:rPr>
              <w:t xml:space="preserve"> </w:t>
            </w:r>
            <w:proofErr w:type="spellStart"/>
            <w:r w:rsidR="00A5425F" w:rsidRPr="00E67C0F">
              <w:rPr>
                <w:rFonts w:hint="eastAsia"/>
                <w:sz w:val="18"/>
                <w:lang w:val="fr-FR"/>
              </w:rPr>
              <w:t>Necunoscut</w:t>
            </w:r>
            <w:proofErr w:type="spellEnd"/>
          </w:p>
          <w:p w14:paraId="3E8F8219" w14:textId="77777777" w:rsidR="003A767A" w:rsidRPr="00E67C0F" w:rsidRDefault="003A767A" w:rsidP="003A767A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sz w:val="18"/>
                <w:lang w:val="fr-FR"/>
              </w:rPr>
              <w:t>Dacă</w:t>
            </w:r>
            <w:proofErr w:type="spellEnd"/>
            <w:r w:rsidRPr="00E67C0F">
              <w:rPr>
                <w:sz w:val="18"/>
                <w:lang w:val="fr-FR"/>
              </w:rPr>
              <w:t xml:space="preserve"> da, </w:t>
            </w:r>
            <w:proofErr w:type="spellStart"/>
            <w:r w:rsidRPr="00E67C0F">
              <w:rPr>
                <w:sz w:val="18"/>
                <w:lang w:val="fr-FR"/>
              </w:rPr>
              <w:t>furnizați</w:t>
            </w:r>
            <w:proofErr w:type="spellEnd"/>
            <w:r w:rsidRPr="00E67C0F">
              <w:rPr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sz w:val="18"/>
                <w:lang w:val="fr-FR"/>
              </w:rPr>
              <w:t>detalii</w:t>
            </w:r>
            <w:proofErr w:type="spellEnd"/>
            <w:r w:rsidRPr="00E67C0F">
              <w:rPr>
                <w:sz w:val="18"/>
                <w:lang w:val="fr-FR"/>
              </w:rPr>
              <w:t>:</w:t>
            </w:r>
          </w:p>
          <w:p w14:paraId="227EC3CA" w14:textId="77777777" w:rsidR="003A767A" w:rsidRPr="00E67C0F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14:paraId="1F1E124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3A4D64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A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fost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contactat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un alt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producător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, furnizor, CERT sau coordonator?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5BC7153" w14:textId="77777777" w:rsidR="00A5425F" w:rsidRDefault="00DF0C01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5425F" w:rsidRPr="00DB7338">
              <w:rPr>
                <w:rFonts w:hint="eastAsia"/>
                <w:sz w:val="18"/>
              </w:rPr>
              <w:t xml:space="preserve"> Nu </w:t>
            </w:r>
            <w:sdt>
              <w:sdt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5425F" w:rsidRPr="00DB7338">
              <w:rPr>
                <w:rFonts w:hint="eastAsia"/>
                <w:sz w:val="18"/>
              </w:rPr>
              <w:t xml:space="preserve"> Da</w:t>
            </w:r>
            <w:sdt>
              <w:sdt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56E3C" w:rsidRPr="00DB7338">
              <w:rPr>
                <w:rFonts w:hint="eastAsia"/>
                <w:sz w:val="18"/>
              </w:rPr>
              <w:t xml:space="preserve"> Necunoscut</w:t>
            </w:r>
          </w:p>
          <w:p w14:paraId="095464B5" w14:textId="77777777" w:rsidR="00794C62" w:rsidRDefault="00794C62" w:rsidP="000B505C">
            <w:pPr>
              <w:spacing w:after="0" w:line="240" w:lineRule="auto"/>
              <w:rPr>
                <w:rFonts w:hint="eastAsia"/>
              </w:rPr>
            </w:pPr>
            <w:r w:rsidRPr="00794C62">
              <w:rPr>
                <w:sz w:val="18"/>
              </w:rPr>
              <w:t>Dacă da, indicați partea contactată, ID-ul cazului și data:</w:t>
            </w:r>
          </w:p>
          <w:p w14:paraId="05A82848" w14:textId="77777777" w:rsidR="00794C62" w:rsidRDefault="00794C62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9E84F2B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B0B3A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Intenționați să discutați sau să publicați problema după remediere?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E97A98" w14:textId="77777777" w:rsidR="00A5425F" w:rsidRDefault="00DF0C01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5425F" w:rsidRPr="00DB7338">
              <w:rPr>
                <w:rFonts w:hint="eastAsia"/>
                <w:sz w:val="18"/>
              </w:rPr>
              <w:t xml:space="preserve"> Nu </w:t>
            </w:r>
            <w:sdt>
              <w:sdt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5425F" w:rsidRPr="00DB7338">
              <w:rPr>
                <w:rFonts w:hint="eastAsia"/>
                <w:sz w:val="18"/>
              </w:rPr>
              <w:t xml:space="preserve"> Da</w:t>
            </w:r>
            <w:r w:rsidR="002625FC">
              <w:rPr>
                <w:sz w:val="18"/>
              </w:rPr>
              <w:t xml:space="preserve"> </w:t>
            </w:r>
            <w:sdt>
              <w:sdt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625FC" w:rsidRPr="00DB7338">
              <w:rPr>
                <w:rFonts w:hint="eastAsia"/>
                <w:sz w:val="18"/>
              </w:rPr>
              <w:t xml:space="preserve"> Necunoscut</w:t>
            </w:r>
          </w:p>
          <w:p w14:paraId="5010DA08" w14:textId="77777777" w:rsidR="004452B0" w:rsidRDefault="004452B0" w:rsidP="000B505C">
            <w:pPr>
              <w:spacing w:after="0" w:line="240" w:lineRule="auto"/>
              <w:rPr>
                <w:rFonts w:hint="eastAsia"/>
              </w:rPr>
            </w:pPr>
            <w:r w:rsidRPr="004452B0">
              <w:rPr>
                <w:sz w:val="18"/>
              </w:rPr>
              <w:t>Dacă da, furnizați detalii:</w:t>
            </w:r>
          </w:p>
          <w:p w14:paraId="31894351" w14:textId="77777777" w:rsidR="004452B0" w:rsidRDefault="004452B0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D5872E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0320F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Data preferată pentru dezvăluirea coordonată, dacă există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7CC9D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53C150E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2D00828B" w14:textId="77777777" w:rsidR="004C6AB1" w:rsidRDefault="004C6AB1" w:rsidP="00E67C0F">
      <w:pPr>
        <w:spacing w:after="110" w:line="259" w:lineRule="auto"/>
        <w:ind w:left="720"/>
        <w:rPr>
          <w:rFonts w:hint="eastAsia"/>
        </w:rPr>
      </w:pPr>
      <w:r>
        <w:rPr>
          <w:rStyle w:val="Strong"/>
          <w:sz w:val="20"/>
        </w:rPr>
        <w:t>Notă privind dezvăluirea coordonată:</w:t>
      </w:r>
      <w:r>
        <w:rPr>
          <w:rStyle w:val="Strong"/>
          <w:sz w:val="20"/>
        </w:rPr>
        <w:br/>
      </w:r>
      <w:r w:rsidRPr="00E67C0F">
        <w:rPr>
          <w:rStyle w:val="Strong"/>
          <w:b w:val="0"/>
          <w:bCs w:val="0"/>
          <w:sz w:val="20"/>
        </w:rPr>
        <w:t xml:space="preserve">Vă rugăm să păstrați confidențiale informațiile nepublice despre vulnerabilitate până la data convenită pentru dezvăluire. Dacă nivelul de risc se modifică, se observă o exploatare activă sau dezvăluirea publică devine probabilă, contactați prompt </w:t>
      </w:r>
      <w:r w:rsidRPr="00E67C0F">
        <w:rPr>
          <w:rStyle w:val="Strong"/>
          <w:sz w:val="20"/>
        </w:rPr>
        <w:t>security@saluscontrols.com</w:t>
      </w:r>
      <w:r w:rsidRPr="00E67C0F">
        <w:rPr>
          <w:rStyle w:val="Strong"/>
          <w:b w:val="0"/>
          <w:bCs w:val="0"/>
          <w:sz w:val="20"/>
        </w:rPr>
        <w:t xml:space="preserve"> pentru reevaluarea planului de dezvăluire.</w:t>
      </w:r>
      <w:r>
        <w:rPr>
          <w:rStyle w:val="Strong"/>
          <w:sz w:val="20"/>
        </w:rPr>
        <w:br/>
      </w:r>
      <w:hyperlink r:id="rId8"/>
    </w:p>
    <w:p w14:paraId="079CDAC7" w14:textId="77777777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sz w:val="23"/>
          <w:u w:val="single"/>
        </w:rPr>
        <w:t>7. Remediere sau măsuri de atenuare sugerate (Opțional)</w:t>
      </w:r>
      <w:bookmarkEnd w:id="7"/>
    </w:p>
    <w:p w14:paraId="2781B453" w14:textId="77777777" w:rsidR="00A5425F" w:rsidRPr="00E67C0F" w:rsidRDefault="00A5425F" w:rsidP="00E67C0F">
      <w:pPr>
        <w:pStyle w:val="ListBullet"/>
        <w:tabs>
          <w:tab w:val="clear" w:pos="360"/>
          <w:tab w:val="num" w:pos="720"/>
          <w:tab w:val="left" w:leader="underscore" w:pos="9200"/>
        </w:tabs>
        <w:spacing w:after="50" w:line="252" w:lineRule="auto"/>
        <w:ind w:left="720"/>
        <w:rPr>
          <w:rFonts w:hint="eastAsia"/>
          <w:lang w:val="fr-FR"/>
        </w:rPr>
      </w:pPr>
      <w:proofErr w:type="spellStart"/>
      <w:r w:rsidRPr="00E67C0F">
        <w:rPr>
          <w:rFonts w:eastAsia="Myriad Pro" w:cs="Myriad Pro" w:hint="eastAsia"/>
          <w:sz w:val="20"/>
          <w:lang w:val="fr-FR"/>
        </w:rPr>
        <w:t>Remediere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sugerată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a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cauzei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principale,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dacă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este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cunoscută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>:</w:t>
      </w:r>
      <w:r w:rsidRPr="00E67C0F">
        <w:rPr>
          <w:rFonts w:eastAsia="Myriad Pro" w:cs="Myriad Pro"/>
          <w:sz w:val="20"/>
          <w:lang w:val="fr-FR"/>
        </w:rPr>
        <w:tab/>
      </w:r>
    </w:p>
    <w:p w14:paraId="35EF9830" w14:textId="77777777" w:rsidR="00A5425F" w:rsidRPr="00E67C0F" w:rsidRDefault="00A5425F" w:rsidP="00E67C0F">
      <w:pPr>
        <w:pStyle w:val="ListBullet"/>
        <w:tabs>
          <w:tab w:val="clear" w:pos="360"/>
          <w:tab w:val="num" w:pos="720"/>
          <w:tab w:val="left" w:leader="underscore" w:pos="9200"/>
        </w:tabs>
        <w:spacing w:after="50" w:line="252" w:lineRule="auto"/>
        <w:ind w:left="720"/>
        <w:rPr>
          <w:rFonts w:hint="eastAsia"/>
          <w:lang w:val="fr-FR"/>
        </w:rPr>
      </w:pPr>
      <w:proofErr w:type="spellStart"/>
      <w:r w:rsidRPr="00E67C0F">
        <w:rPr>
          <w:rFonts w:eastAsia="Myriad Pro" w:cs="Myriad Pro" w:hint="eastAsia"/>
          <w:sz w:val="20"/>
          <w:lang w:val="fr-FR"/>
        </w:rPr>
        <w:t>Măsură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temporară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de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atenuare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sau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soluție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alternativă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sugerată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,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dacă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este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cunoscută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>:</w:t>
      </w:r>
      <w:r w:rsidRPr="00E67C0F">
        <w:rPr>
          <w:rFonts w:eastAsia="Myriad Pro" w:cs="Myriad Pro"/>
          <w:sz w:val="20"/>
          <w:lang w:val="fr-FR"/>
        </w:rPr>
        <w:tab/>
      </w:r>
    </w:p>
    <w:p w14:paraId="43AE4094" w14:textId="77777777" w:rsidR="00A5425F" w:rsidRDefault="00A5425F" w:rsidP="00E67C0F">
      <w:pPr>
        <w:pStyle w:val="ListBullet"/>
        <w:tabs>
          <w:tab w:val="clear" w:pos="360"/>
          <w:tab w:val="num" w:pos="720"/>
          <w:tab w:val="left" w:leader="underscore" w:pos="9200"/>
        </w:tabs>
        <w:spacing w:after="50" w:line="252" w:lineRule="auto"/>
        <w:ind w:left="720"/>
        <w:rPr>
          <w:rFonts w:hint="eastAsia"/>
        </w:rPr>
      </w:pPr>
      <w:proofErr w:type="spellStart"/>
      <w:r>
        <w:rPr>
          <w:rFonts w:eastAsia="Myriad Pro" w:cs="Myriad Pro" w:hint="eastAsia"/>
          <w:sz w:val="20"/>
        </w:rPr>
        <w:t>Practică</w:t>
      </w:r>
      <w:proofErr w:type="spellEnd"/>
      <w:r>
        <w:rPr>
          <w:rFonts w:eastAsia="Myriad Pro" w:cs="Myriad Pro" w:hint="eastAsia"/>
          <w:sz w:val="20"/>
        </w:rPr>
        <w:t xml:space="preserve"> </w:t>
      </w:r>
      <w:proofErr w:type="spellStart"/>
      <w:r>
        <w:rPr>
          <w:rFonts w:eastAsia="Myriad Pro" w:cs="Myriad Pro" w:hint="eastAsia"/>
          <w:sz w:val="20"/>
        </w:rPr>
        <w:t>relevantă</w:t>
      </w:r>
      <w:proofErr w:type="spellEnd"/>
      <w:r>
        <w:rPr>
          <w:rFonts w:eastAsia="Myriad Pro" w:cs="Myriad Pro" w:hint="eastAsia"/>
          <w:sz w:val="20"/>
        </w:rPr>
        <w:t xml:space="preserve"> din </w:t>
      </w:r>
      <w:proofErr w:type="spellStart"/>
      <w:r>
        <w:rPr>
          <w:rFonts w:eastAsia="Myriad Pro" w:cs="Myriad Pro" w:hint="eastAsia"/>
          <w:sz w:val="20"/>
        </w:rPr>
        <w:t>industrie</w:t>
      </w:r>
      <w:proofErr w:type="spellEnd"/>
      <w:r>
        <w:rPr>
          <w:rFonts w:eastAsia="Myriad Pro" w:cs="Myriad Pro" w:hint="eastAsia"/>
          <w:sz w:val="20"/>
        </w:rPr>
        <w:t xml:space="preserve">, regulă defensivă sau referință: </w:t>
      </w:r>
      <w:r>
        <w:rPr>
          <w:rFonts w:eastAsia="Myriad Pro" w:cs="Myriad Pro" w:hint="eastAsia"/>
          <w:sz w:val="20"/>
        </w:rPr>
        <w:tab/>
      </w:r>
      <w:r>
        <w:rPr>
          <w:rFonts w:eastAsia="Myriad Pro" w:cs="Myriad Pro"/>
          <w:sz w:val="20"/>
        </w:rPr>
        <w:tab/>
      </w:r>
    </w:p>
    <w:p w14:paraId="0EF05120" w14:textId="77777777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sz w:val="23"/>
          <w:u w:val="single"/>
        </w:rPr>
        <w:t>8. Preferință privind recunoașterea publică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446C836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64E68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Opțiune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EDBCB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A5425F" w14:paraId="224A4A0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F8F91B" w14:textId="77777777" w:rsidR="00A5425F" w:rsidRPr="00E67C0F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Vă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putem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menționa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public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dacă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este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publicat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un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aviz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securitate</w:t>
            </w:r>
            <w:proofErr w:type="spellEnd"/>
            <w:r w:rsidRPr="00E67C0F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9449F" w14:textId="77777777" w:rsidR="00A5425F" w:rsidRDefault="00DF0C01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Da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Nu</w:t>
            </w:r>
          </w:p>
        </w:tc>
      </w:tr>
      <w:tr w:rsidR="00A5425F" w14:paraId="38E8C3B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05AB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Nume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afișat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, alias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sau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organizație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F8B953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6EDD3FA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A9F23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Profil preferat sau link de referință, dacă este acceptat de politică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BD15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8DEEE4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5B675409" w14:textId="77777777" w:rsidR="00A5425F" w:rsidRDefault="00400CD9" w:rsidP="00A5425F">
      <w:pPr>
        <w:pStyle w:val="Heading2"/>
        <w:spacing w:after="80"/>
      </w:pPr>
      <w:bookmarkStart w:id="9" w:name="_Toc239339921"/>
      <w:r>
        <w:rPr>
          <w:rFonts w:ascii="Ubuntu" w:eastAsia="Ubuntu" w:hAnsi="Ubuntu" w:cs="Ubuntu"/>
          <w:sz w:val="23"/>
          <w:u w:val="single"/>
        </w:rPr>
        <w:lastRenderedPageBreak/>
        <w:t>9. Fișiere atașate și informații suplimentare</w:t>
      </w:r>
      <w:bookmarkEnd w:id="9"/>
    </w:p>
    <w:p w14:paraId="260FB2FD" w14:textId="77777777" w:rsidR="00DA2D1B" w:rsidRDefault="005B511E" w:rsidP="00E67C0F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>
        <w:rPr>
          <w:sz w:val="20"/>
        </w:rPr>
        <w:t>Vă rugăm să enumerați fișierele incluse în raport. Nu includeți parole, tokenuri de autentificare, chei private sau date personale/ale clienților care nu sunt necesare.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14:paraId="623873FE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35265F5" w14:textId="77777777" w:rsidR="00DA2D1B" w:rsidRDefault="00DA2D1B" w:rsidP="00A10A02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Informație solicitată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1E3DDF" w14:textId="77777777" w:rsidR="00DA2D1B" w:rsidRDefault="00DA2D1B" w:rsidP="00A10A02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Răspuns</w:t>
            </w:r>
          </w:p>
        </w:tc>
      </w:tr>
      <w:tr w:rsidR="00DA2D1B" w14:paraId="2839617D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AC6CB44" w14:textId="77777777" w:rsidR="00DA2D1B" w:rsidRPr="00E67C0F" w:rsidRDefault="00DA2D1B" w:rsidP="00A10A02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Sunt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atașate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fișiere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la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acest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raport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70AA13" w14:textId="77777777" w:rsidR="00DA2D1B" w:rsidRDefault="00DF0C01" w:rsidP="00DA2D1B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A2D1B" w:rsidRPr="00DB7338">
              <w:rPr>
                <w:rFonts w:hint="eastAsia"/>
                <w:sz w:val="18"/>
              </w:rPr>
              <w:t xml:space="preserve"> </w:t>
            </w:r>
            <w:r w:rsidR="00DA2D1B">
              <w:rPr>
                <w:sz w:val="18"/>
              </w:rPr>
              <w:t>Da</w:t>
            </w:r>
            <w:r w:rsidR="00DA2D1B" w:rsidRPr="00DB7338">
              <w:rPr>
                <w:rFonts w:hint="eastAsia"/>
                <w:sz w:val="18"/>
              </w:rPr>
              <w:t xml:space="preserve"> </w:t>
            </w:r>
            <w:sdt>
              <w:sdt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>
                  <w:rPr>
                    <w:rFonts w:ascii="Arial" w:hAnsi="Arial" w:cs="Arial"/>
                  </w:rPr>
                  <w:t>☐</w:t>
                </w:r>
              </w:sdtContent>
            </w:sdt>
            <w:r w:rsidR="00DA2D1B" w:rsidRPr="00DB7338">
              <w:rPr>
                <w:rFonts w:hint="eastAsia"/>
                <w:sz w:val="18"/>
              </w:rPr>
              <w:t xml:space="preserve"> </w:t>
            </w:r>
            <w:r w:rsidR="00DA2D1B">
              <w:rPr>
                <w:sz w:val="18"/>
              </w:rPr>
              <w:t xml:space="preserve">Nu </w:t>
            </w:r>
          </w:p>
        </w:tc>
      </w:tr>
      <w:tr w:rsidR="00DA2D1B" w:rsidRPr="00E67C0F" w14:paraId="5E19A53E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C5DAFEF" w14:textId="77777777" w:rsidR="00DA2D1B" w:rsidRDefault="009A2B5C" w:rsidP="00A10A02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Tipul fișierelor atașate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1332E27" w14:textId="77777777" w:rsidR="009A2B5C" w:rsidRDefault="00DF0C01" w:rsidP="009A2B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A2D1B" w:rsidRPr="00DB7338">
              <w:rPr>
                <w:rFonts w:hint="eastAsia"/>
                <w:sz w:val="18"/>
              </w:rPr>
              <w:t xml:space="preserve"> </w:t>
            </w:r>
            <w:r w:rsidR="009A2B5C">
              <w:rPr>
                <w:sz w:val="18"/>
              </w:rPr>
              <w:t>Capturi de ecran</w:t>
            </w:r>
            <w:r w:rsidR="00DA2D1B" w:rsidRPr="00DB7338">
              <w:rPr>
                <w:rFonts w:hint="eastAsia"/>
                <w:sz w:val="18"/>
              </w:rPr>
              <w:t xml:space="preserve"> </w:t>
            </w:r>
          </w:p>
          <w:p w14:paraId="537E6F33" w14:textId="77777777" w:rsidR="009A2B5C" w:rsidRDefault="00DF0C01" w:rsidP="009A2B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>
                  <w:rPr>
                    <w:rFonts w:ascii="Arial" w:hAnsi="Arial" w:cs="Arial"/>
                  </w:rPr>
                  <w:t>☐</w:t>
                </w:r>
              </w:sdtContent>
            </w:sdt>
            <w:r w:rsidR="00DA2D1B" w:rsidRPr="00DB7338">
              <w:rPr>
                <w:rFonts w:hint="eastAsia"/>
                <w:sz w:val="18"/>
              </w:rPr>
              <w:t xml:space="preserve"> </w:t>
            </w:r>
            <w:r w:rsidR="009A2B5C">
              <w:rPr>
                <w:sz w:val="18"/>
              </w:rPr>
              <w:t>Jurnale</w:t>
            </w:r>
            <w:r w:rsidR="00DA2D1B">
              <w:rPr>
                <w:sz w:val="18"/>
              </w:rPr>
              <w:t xml:space="preserve"> </w:t>
            </w:r>
          </w:p>
          <w:p w14:paraId="347CDA0F" w14:textId="77777777" w:rsidR="009A2B5C" w:rsidRDefault="00DF0C01" w:rsidP="009A2B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A2D1B" w:rsidRPr="00DB7338">
              <w:rPr>
                <w:rFonts w:hint="eastAsia"/>
                <w:sz w:val="18"/>
              </w:rPr>
              <w:t xml:space="preserve"> </w:t>
            </w:r>
            <w:r w:rsidR="009A2B5C">
              <w:rPr>
                <w:sz w:val="18"/>
              </w:rPr>
              <w:t xml:space="preserve">Video </w:t>
            </w:r>
          </w:p>
          <w:p w14:paraId="34C645D2" w14:textId="77777777" w:rsidR="009A2B5C" w:rsidRDefault="00DF0C01" w:rsidP="009A2B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DB733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A2B5C" w:rsidRPr="00DB7338">
              <w:rPr>
                <w:rFonts w:hint="eastAsia"/>
                <w:sz w:val="18"/>
              </w:rPr>
              <w:t xml:space="preserve"> </w:t>
            </w:r>
            <w:r w:rsidR="009A2B5C">
              <w:rPr>
                <w:sz w:val="18"/>
              </w:rPr>
              <w:t xml:space="preserve">Proof of concept </w:t>
            </w:r>
          </w:p>
          <w:p w14:paraId="357150FF" w14:textId="77777777" w:rsidR="009A2B5C" w:rsidRPr="00E67C0F" w:rsidRDefault="00DF0C01" w:rsidP="009A2B5C">
            <w:pPr>
              <w:spacing w:after="0" w:line="240" w:lineRule="auto"/>
              <w:rPr>
                <w:rFonts w:hint="eastAsia"/>
                <w:lang w:val="fr-FR"/>
              </w:rPr>
            </w:pPr>
            <w:sdt>
              <w:sdtPr>
                <w:rPr>
                  <w:lang w:val="fr-FR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9A2B5C" w:rsidRPr="00E67C0F">
              <w:rPr>
                <w:rFonts w:hint="eastAsia"/>
                <w:sz w:val="18"/>
                <w:lang w:val="fr-FR"/>
              </w:rPr>
              <w:t xml:space="preserve"> </w:t>
            </w:r>
            <w:proofErr w:type="spellStart"/>
            <w:r w:rsidR="009A2B5C" w:rsidRPr="00E67C0F">
              <w:rPr>
                <w:rFonts w:hint="eastAsia"/>
                <w:sz w:val="18"/>
                <w:lang w:val="fr-FR"/>
              </w:rPr>
              <w:t>Captură</w:t>
            </w:r>
            <w:proofErr w:type="spellEnd"/>
            <w:r w:rsidR="009A2B5C" w:rsidRPr="00E67C0F">
              <w:rPr>
                <w:rFonts w:hint="eastAsia"/>
                <w:sz w:val="18"/>
                <w:lang w:val="fr-FR"/>
              </w:rPr>
              <w:t xml:space="preserve"> de </w:t>
            </w:r>
            <w:proofErr w:type="spellStart"/>
            <w:r w:rsidR="009A2B5C" w:rsidRPr="00E67C0F">
              <w:rPr>
                <w:rFonts w:hint="eastAsia"/>
                <w:sz w:val="18"/>
                <w:lang w:val="fr-FR"/>
              </w:rPr>
              <w:t>pachete</w:t>
            </w:r>
            <w:proofErr w:type="spellEnd"/>
            <w:r w:rsidR="009A2B5C" w:rsidRPr="00E67C0F">
              <w:rPr>
                <w:rFonts w:hint="eastAsia"/>
                <w:sz w:val="18"/>
                <w:lang w:val="fr-FR"/>
              </w:rPr>
              <w:t xml:space="preserve"> de </w:t>
            </w:r>
            <w:proofErr w:type="spellStart"/>
            <w:r w:rsidR="009A2B5C" w:rsidRPr="00E67C0F">
              <w:rPr>
                <w:rFonts w:hint="eastAsia"/>
                <w:sz w:val="18"/>
                <w:lang w:val="fr-FR"/>
              </w:rPr>
              <w:t>rețea</w:t>
            </w:r>
            <w:proofErr w:type="spellEnd"/>
            <w:r w:rsidR="009A2B5C" w:rsidRPr="00E67C0F">
              <w:rPr>
                <w:rFonts w:hint="eastAsia"/>
                <w:sz w:val="18"/>
                <w:lang w:val="fr-FR"/>
              </w:rPr>
              <w:t xml:space="preserve"> </w:t>
            </w:r>
          </w:p>
          <w:p w14:paraId="573D19F5" w14:textId="77777777" w:rsidR="00DA2D1B" w:rsidRPr="00E67C0F" w:rsidRDefault="00DF0C01" w:rsidP="009A2B5C">
            <w:pPr>
              <w:spacing w:after="0" w:line="240" w:lineRule="auto"/>
              <w:rPr>
                <w:rFonts w:hint="eastAsia"/>
                <w:lang w:val="fr-FR"/>
              </w:rPr>
            </w:pPr>
            <w:sdt>
              <w:sdtPr>
                <w:rPr>
                  <w:lang w:val="fr-FR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E67C0F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9A2B5C" w:rsidRPr="00E67C0F">
              <w:rPr>
                <w:rFonts w:hint="eastAsia"/>
                <w:sz w:val="18"/>
                <w:lang w:val="fr-FR"/>
              </w:rPr>
              <w:t xml:space="preserve"> </w:t>
            </w:r>
            <w:proofErr w:type="spellStart"/>
            <w:r w:rsidR="009A2B5C" w:rsidRPr="00E67C0F">
              <w:rPr>
                <w:sz w:val="18"/>
                <w:lang w:val="fr-FR"/>
              </w:rPr>
              <w:t>Altele</w:t>
            </w:r>
            <w:proofErr w:type="spellEnd"/>
          </w:p>
        </w:tc>
      </w:tr>
      <w:tr w:rsidR="00DA2D1B" w14:paraId="6CE3B732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E5222E" w14:textId="77777777" w:rsidR="00DA2D1B" w:rsidRDefault="008A78A6" w:rsidP="00A10A02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Descrierea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fișierelor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atașate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95CEC58" w14:textId="77777777" w:rsidR="00DA2D1B" w:rsidRDefault="00DA2D1B" w:rsidP="008A78A6">
            <w:pPr>
              <w:spacing w:after="0" w:line="240" w:lineRule="auto"/>
              <w:rPr>
                <w:rFonts w:hint="eastAsia"/>
              </w:rPr>
            </w:pPr>
          </w:p>
        </w:tc>
      </w:tr>
      <w:tr w:rsidR="00DA2D1B" w:rsidRPr="00E67C0F" w14:paraId="23A8990D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F7E116" w14:textId="77777777" w:rsidR="00DA2D1B" w:rsidRPr="00E67C0F" w:rsidRDefault="007073FE" w:rsidP="00A10A02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Informații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suplimentare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relevante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pentru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raport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8306CD" w14:textId="77777777" w:rsidR="00DA2D1B" w:rsidRPr="00E67C0F" w:rsidRDefault="00DA2D1B" w:rsidP="007073FE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DA2D1B" w:rsidRPr="00E67C0F" w14:paraId="607352E9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045281" w14:textId="77777777" w:rsidR="00DA2D1B" w:rsidRPr="00E67C0F" w:rsidRDefault="005D16DB" w:rsidP="00A10A02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Cerințe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confidențialitate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sau</w:t>
            </w:r>
            <w:proofErr w:type="spellEnd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E67C0F">
              <w:rPr>
                <w:rFonts w:eastAsia="Myriad Pro" w:cs="Myriad Pro"/>
                <w:b/>
                <w:color w:val="1D2958"/>
                <w:sz w:val="18"/>
                <w:lang w:val="fr-FR"/>
              </w:rPr>
              <w:t>manipulare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DDCFB" w14:textId="77777777" w:rsidR="00DA2D1B" w:rsidRPr="00E67C0F" w:rsidRDefault="00DA2D1B" w:rsidP="005D16DB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</w:tbl>
    <w:p w14:paraId="4340AAA8" w14:textId="77777777" w:rsidR="00DA2D1B" w:rsidRPr="00E67C0F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fr-FR"/>
        </w:rPr>
      </w:pPr>
    </w:p>
    <w:p w14:paraId="22DFCC18" w14:textId="77777777" w:rsidR="00400CD9" w:rsidRPr="00E67C0F" w:rsidRDefault="002B58F8" w:rsidP="00E67C0F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E67C0F">
        <w:rPr>
          <w:sz w:val="20"/>
          <w:lang w:val="fr-FR"/>
        </w:rPr>
        <w:t>Dacă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includeți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jurnale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capturi</w:t>
      </w:r>
      <w:proofErr w:type="spellEnd"/>
      <w:r w:rsidRPr="00E67C0F">
        <w:rPr>
          <w:sz w:val="20"/>
          <w:lang w:val="fr-FR"/>
        </w:rPr>
        <w:t xml:space="preserve"> de </w:t>
      </w:r>
      <w:proofErr w:type="spellStart"/>
      <w:r w:rsidRPr="00E67C0F">
        <w:rPr>
          <w:sz w:val="20"/>
          <w:lang w:val="fr-FR"/>
        </w:rPr>
        <w:t>ecran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materiale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video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capturi</w:t>
      </w:r>
      <w:proofErr w:type="spellEnd"/>
      <w:r w:rsidRPr="00E67C0F">
        <w:rPr>
          <w:sz w:val="20"/>
          <w:lang w:val="fr-FR"/>
        </w:rPr>
        <w:t xml:space="preserve"> de </w:t>
      </w:r>
      <w:proofErr w:type="spellStart"/>
      <w:r w:rsidRPr="00E67C0F">
        <w:rPr>
          <w:sz w:val="20"/>
          <w:lang w:val="fr-FR"/>
        </w:rPr>
        <w:t>pachete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sau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materiale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demonstrative</w:t>
      </w:r>
      <w:proofErr w:type="spellEnd"/>
      <w:r w:rsidRPr="00E67C0F">
        <w:rPr>
          <w:sz w:val="20"/>
          <w:lang w:val="fr-FR"/>
        </w:rPr>
        <w:t xml:space="preserve"> (proof-of-concept), </w:t>
      </w:r>
      <w:proofErr w:type="spellStart"/>
      <w:r w:rsidRPr="00E67C0F">
        <w:rPr>
          <w:sz w:val="20"/>
          <w:lang w:val="fr-FR"/>
        </w:rPr>
        <w:t>eliminați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înainte</w:t>
      </w:r>
      <w:proofErr w:type="spellEnd"/>
      <w:r w:rsidRPr="00E67C0F">
        <w:rPr>
          <w:sz w:val="20"/>
          <w:lang w:val="fr-FR"/>
        </w:rPr>
        <w:t xml:space="preserve"> de </w:t>
      </w:r>
      <w:proofErr w:type="spellStart"/>
      <w:r w:rsidRPr="00E67C0F">
        <w:rPr>
          <w:sz w:val="20"/>
          <w:lang w:val="fr-FR"/>
        </w:rPr>
        <w:t>trimiterea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raportului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datele</w:t>
      </w:r>
      <w:proofErr w:type="spellEnd"/>
      <w:r w:rsidRPr="00E67C0F">
        <w:rPr>
          <w:sz w:val="20"/>
          <w:lang w:val="fr-FR"/>
        </w:rPr>
        <w:t xml:space="preserve"> personale </w:t>
      </w:r>
      <w:proofErr w:type="spellStart"/>
      <w:r w:rsidRPr="00E67C0F">
        <w:rPr>
          <w:sz w:val="20"/>
          <w:lang w:val="fr-FR"/>
        </w:rPr>
        <w:t>sau</w:t>
      </w:r>
      <w:proofErr w:type="spellEnd"/>
      <w:r w:rsidRPr="00E67C0F">
        <w:rPr>
          <w:sz w:val="20"/>
          <w:lang w:val="fr-FR"/>
        </w:rPr>
        <w:t xml:space="preserve"> ale </w:t>
      </w:r>
      <w:proofErr w:type="spellStart"/>
      <w:r w:rsidRPr="00E67C0F">
        <w:rPr>
          <w:sz w:val="20"/>
          <w:lang w:val="fr-FR"/>
        </w:rPr>
        <w:t>clienților</w:t>
      </w:r>
      <w:proofErr w:type="spellEnd"/>
      <w:r w:rsidRPr="00E67C0F">
        <w:rPr>
          <w:sz w:val="20"/>
          <w:lang w:val="fr-FR"/>
        </w:rPr>
        <w:t xml:space="preserve"> care nu </w:t>
      </w:r>
      <w:proofErr w:type="spellStart"/>
      <w:r w:rsidRPr="00E67C0F">
        <w:rPr>
          <w:sz w:val="20"/>
          <w:lang w:val="fr-FR"/>
        </w:rPr>
        <w:t>sunt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necesare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parolele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tokenurile</w:t>
      </w:r>
      <w:proofErr w:type="spellEnd"/>
      <w:r w:rsidRPr="00E67C0F">
        <w:rPr>
          <w:sz w:val="20"/>
          <w:lang w:val="fr-FR"/>
        </w:rPr>
        <w:t xml:space="preserve"> de </w:t>
      </w:r>
      <w:proofErr w:type="spellStart"/>
      <w:r w:rsidRPr="00E67C0F">
        <w:rPr>
          <w:sz w:val="20"/>
          <w:lang w:val="fr-FR"/>
        </w:rPr>
        <w:t>autentificare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cheile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private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ori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alte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informații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sensibile</w:t>
      </w:r>
      <w:proofErr w:type="spellEnd"/>
      <w:r w:rsidRPr="00E67C0F">
        <w:rPr>
          <w:sz w:val="20"/>
          <w:lang w:val="fr-FR"/>
        </w:rPr>
        <w:t>.</w:t>
      </w:r>
    </w:p>
    <w:p w14:paraId="7EA57F1E" w14:textId="77777777" w:rsidR="00400CD9" w:rsidRPr="00E67C0F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fr-FR"/>
        </w:rPr>
      </w:pPr>
    </w:p>
    <w:p w14:paraId="2E0AB043" w14:textId="77777777" w:rsidR="00A5425F" w:rsidRPr="00E67C0F" w:rsidRDefault="00A5425F" w:rsidP="00A5425F">
      <w:pPr>
        <w:pStyle w:val="Heading2"/>
        <w:spacing w:after="80"/>
        <w:rPr>
          <w:lang w:val="fr-FR"/>
        </w:rPr>
      </w:pPr>
      <w:bookmarkStart w:id="10" w:name="_Toc239339922"/>
      <w:r w:rsidRPr="00E67C0F">
        <w:rPr>
          <w:rFonts w:ascii="Ubuntu" w:eastAsia="Ubuntu" w:hAnsi="Ubuntu" w:cs="Ubuntu" w:hint="eastAsia"/>
          <w:sz w:val="23"/>
          <w:u w:val="single"/>
          <w:lang w:val="fr-FR"/>
        </w:rPr>
        <w:t xml:space="preserve">10. </w:t>
      </w:r>
      <w:proofErr w:type="spellStart"/>
      <w:r w:rsidRPr="00E67C0F">
        <w:rPr>
          <w:rFonts w:ascii="Ubuntu" w:eastAsia="Ubuntu" w:hAnsi="Ubuntu" w:cs="Ubuntu" w:hint="eastAsia"/>
          <w:sz w:val="23"/>
          <w:u w:val="single"/>
          <w:lang w:val="fr-FR"/>
        </w:rPr>
        <w:t>Confirmare</w:t>
      </w:r>
      <w:proofErr w:type="spellEnd"/>
      <w:r w:rsidRPr="00E67C0F">
        <w:rPr>
          <w:rFonts w:ascii="Ubuntu" w:eastAsia="Ubuntu" w:hAnsi="Ubuntu" w:cs="Ubuntu" w:hint="eastAsia"/>
          <w:sz w:val="23"/>
          <w:u w:val="single"/>
          <w:lang w:val="fr-FR"/>
        </w:rPr>
        <w:t xml:space="preserve"> de </w:t>
      </w:r>
      <w:proofErr w:type="spellStart"/>
      <w:r w:rsidRPr="00E67C0F">
        <w:rPr>
          <w:rFonts w:ascii="Ubuntu" w:eastAsia="Ubuntu" w:hAnsi="Ubuntu" w:cs="Ubuntu" w:hint="eastAsia"/>
          <w:sz w:val="23"/>
          <w:u w:val="single"/>
          <w:lang w:val="fr-FR"/>
        </w:rPr>
        <w:t>bună-credință</w:t>
      </w:r>
      <w:bookmarkEnd w:id="10"/>
      <w:proofErr w:type="spellEnd"/>
    </w:p>
    <w:p w14:paraId="333D32A0" w14:textId="2A1483C6" w:rsidR="00A5425F" w:rsidRPr="00E67C0F" w:rsidRDefault="00A5425F" w:rsidP="00E67C0F">
      <w:pPr>
        <w:spacing w:after="110" w:line="259" w:lineRule="auto"/>
        <w:ind w:left="360"/>
        <w:rPr>
          <w:rFonts w:hint="eastAsia"/>
          <w:lang w:val="fr-FR"/>
        </w:rPr>
      </w:pPr>
      <w:r w:rsidRPr="00E67C0F">
        <w:rPr>
          <w:rFonts w:eastAsia="Myriad Pro" w:cs="Myriad Pro" w:hint="eastAsia"/>
          <w:sz w:val="20"/>
          <w:lang w:val="fr-FR"/>
        </w:rPr>
        <w:t xml:space="preserve">Prin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trimiterea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acestui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raport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,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persoana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care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raportează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confirmă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,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după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cunoștințele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 xml:space="preserve"> sale, </w:t>
      </w:r>
      <w:proofErr w:type="spellStart"/>
      <w:r w:rsidRPr="00E67C0F">
        <w:rPr>
          <w:rFonts w:eastAsia="Myriad Pro" w:cs="Myriad Pro" w:hint="eastAsia"/>
          <w:sz w:val="20"/>
          <w:lang w:val="fr-FR"/>
        </w:rPr>
        <w:t>că</w:t>
      </w:r>
      <w:proofErr w:type="spellEnd"/>
      <w:r w:rsidRPr="00E67C0F">
        <w:rPr>
          <w:rFonts w:eastAsia="Myriad Pro" w:cs="Myriad Pro" w:hint="eastAsia"/>
          <w:sz w:val="20"/>
          <w:lang w:val="fr-FR"/>
        </w:rPr>
        <w:t>:</w:t>
      </w:r>
      <w:r w:rsidR="00E67C0F">
        <w:rPr>
          <w:rFonts w:eastAsia="Myriad Pro" w:cs="Myriad Pro"/>
          <w:sz w:val="20"/>
          <w:lang w:val="fr-FR"/>
        </w:rPr>
        <w:br/>
      </w:r>
      <w:r w:rsidR="00E67C0F">
        <w:rPr>
          <w:rFonts w:eastAsia="Myriad Pro" w:cs="Myriad Pro"/>
          <w:sz w:val="20"/>
          <w:lang w:val="fr-FR"/>
        </w:rPr>
        <w:br/>
      </w:r>
      <w:sdt>
        <w:sdtPr>
          <w:rPr>
            <w:lang w:val="fr-FR"/>
          </w:r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E67C0F">
            <w:rPr>
              <w:rFonts w:ascii="Arial" w:hAnsi="Arial" w:cs="Arial" w:hint="eastAsia"/>
              <w:lang w:val="fr-FR"/>
            </w:rPr>
            <w:t>☐</w:t>
          </w:r>
          <w:r w:rsidR="001000B8" w:rsidRPr="00E67C0F">
            <w:rPr>
              <w:rFonts w:ascii="Arial" w:hAnsi="Arial" w:cs="Arial" w:hint="eastAsia"/>
              <w:lang w:val="fr-FR"/>
            </w:rPr>
            <w:t xml:space="preserve">  Raportul este corect, iar informațiile au fost obținute prin cercetare de securitate efectuată cu bună-credință.</w:t>
          </w:r>
        </w:sdtContent>
      </w:sdt>
    </w:p>
    <w:p w14:paraId="4DCBEC95" w14:textId="77777777" w:rsidR="00A5425F" w:rsidRPr="00E67C0F" w:rsidRDefault="00DF0C01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E67C0F">
            <w:rPr>
              <w:rFonts w:ascii="Arial" w:hAnsi="Arial" w:cs="Arial"/>
              <w:lang w:val="fr-FR"/>
            </w:rPr>
            <w:t>☐  Testarea s-a limitat la sisteme, dispozitive, conturi și date deținute de persoana care raportează sau pentru care aceasta a fost autorizată să efectueze teste.</w:t>
          </w:r>
        </w:sdtContent>
      </w:sdt>
    </w:p>
    <w:p w14:paraId="233FDC68" w14:textId="77777777" w:rsidR="00A5425F" w:rsidRPr="00E67C0F" w:rsidRDefault="00DF0C01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E67C0F">
            <w:rPr>
              <w:rFonts w:ascii="Segoe UI Symbol" w:eastAsia="Arial Unicode MS" w:hAnsi="Segoe UI Symbol" w:cs="Segoe UI Symbol"/>
              <w:color w:val="000000"/>
              <w:szCs w:val="21"/>
              <w:lang w:val="fr-FR"/>
            </w:rPr>
            <w:t>☐  A fost evitat accesul inutil la date nepublice, păstrarea acestora sau divulgarea lor.</w:t>
          </w:r>
        </w:sdtContent>
      </w:sdt>
    </w:p>
    <w:p w14:paraId="63F7582C" w14:textId="77777777" w:rsidR="00A5425F" w:rsidRPr="00E67C0F" w:rsidRDefault="00DF0C01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E67C0F">
            <w:rPr>
              <w:rFonts w:ascii="Segoe UI Symbol" w:eastAsia="Arial Unicode MS" w:hAnsi="Segoe UI Symbol" w:cs="Segoe UI Symbol"/>
              <w:color w:val="000000"/>
              <w:szCs w:val="21"/>
              <w:lang w:val="fr-FR"/>
            </w:rPr>
            <w:t>☐  Persoana care raportează va coordona divulgarea în conformitate cu politica publicată, cu respectarea legislației aplicabile și a oricărei modificări urgente a riscului pentru utilizatori.</w:t>
          </w:r>
        </w:sdtContent>
      </w:sdt>
    </w:p>
    <w:p w14:paraId="22FE7A62" w14:textId="77777777" w:rsidR="009D2F24" w:rsidRPr="00E67C0F" w:rsidRDefault="00DF0C01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E67C0F">
            <w:rPr>
              <w:rFonts w:ascii="Arial" w:hAnsi="Arial" w:cs="Arial"/>
              <w:lang w:val="fr-FR"/>
            </w:rPr>
            <w:t>☐  Confirm că nu am inclus în mod intenționat parole, tokenuri de autentificare, chei private sau date personale/ale clienților care nu sunt necesare.</w:t>
          </w:r>
        </w:sdtContent>
      </w:sdt>
    </w:p>
    <w:p w14:paraId="17A9D8BF" w14:textId="77777777" w:rsidR="009D2F24" w:rsidRDefault="009D2F24" w:rsidP="009D2F24">
      <w:pPr>
        <w:spacing w:after="110" w:line="259" w:lineRule="auto"/>
        <w:rPr>
          <w:rFonts w:eastAsia="Myriad Pro" w:cs="Myriad Pro"/>
        </w:rPr>
      </w:pPr>
      <w:r>
        <w:rPr>
          <w:rFonts w:eastAsia="Myriad Pro" w:cs="Myriad Pro" w:hint="eastAsia"/>
          <w:b/>
          <w:sz w:val="20"/>
        </w:rPr>
        <w:t xml:space="preserve">Data </w:t>
      </w:r>
      <w:proofErr w:type="spellStart"/>
      <w:r>
        <w:rPr>
          <w:rFonts w:eastAsia="Myriad Pro" w:cs="Myriad Pro" w:hint="eastAsia"/>
          <w:b/>
          <w:sz w:val="20"/>
        </w:rPr>
        <w:t>trimiterii</w:t>
      </w:r>
      <w:proofErr w:type="spellEnd"/>
      <w:r>
        <w:rPr>
          <w:rFonts w:eastAsia="Myriad Pro" w:cs="Myriad Pro" w:hint="eastAsia"/>
          <w:b/>
          <w:sz w:val="20"/>
        </w:rPr>
        <w:t>: ____________________</w:t>
      </w:r>
    </w:p>
    <w:p w14:paraId="69ECD460" w14:textId="77777777" w:rsidR="009B6E2A" w:rsidRDefault="009B6E2A" w:rsidP="009B6E2A">
      <w:pPr>
        <w:spacing w:after="110" w:line="259" w:lineRule="auto"/>
        <w:rPr>
          <w:rFonts w:hint="eastAsia"/>
        </w:rPr>
      </w:pPr>
      <w:r>
        <w:rPr>
          <w:rFonts w:eastAsia="Myriad Pro" w:cs="Myriad Pro" w:hint="eastAsia"/>
          <w:b/>
          <w:sz w:val="20"/>
        </w:rPr>
        <w:t>Numele sau aliasul persoanei care raportează, dacă este furnizat: ____________________________________________________________________</w:t>
      </w:r>
    </w:p>
    <w:p w14:paraId="3D9C6188" w14:textId="77777777" w:rsidR="0054095F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</w:rPr>
      </w:pPr>
    </w:p>
    <w:p w14:paraId="33568582" w14:textId="77777777" w:rsidR="00A67FD7" w:rsidRPr="00E67C0F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 w:rsidRPr="00E67C0F">
        <w:rPr>
          <w:rStyle w:val="Strong"/>
          <w:sz w:val="20"/>
          <w:lang w:val="fr-FR"/>
        </w:rPr>
        <w:t xml:space="preserve">Cum se </w:t>
      </w:r>
      <w:proofErr w:type="spellStart"/>
      <w:r w:rsidRPr="00E67C0F">
        <w:rPr>
          <w:rStyle w:val="Strong"/>
          <w:sz w:val="20"/>
          <w:lang w:val="fr-FR"/>
        </w:rPr>
        <w:t>trimite</w:t>
      </w:r>
      <w:proofErr w:type="spellEnd"/>
      <w:r w:rsidRPr="00E67C0F">
        <w:rPr>
          <w:rStyle w:val="Strong"/>
          <w:sz w:val="20"/>
          <w:lang w:val="fr-FR"/>
        </w:rPr>
        <w:t xml:space="preserve"> </w:t>
      </w:r>
      <w:proofErr w:type="spellStart"/>
      <w:r w:rsidRPr="00E67C0F">
        <w:rPr>
          <w:rStyle w:val="Strong"/>
          <w:sz w:val="20"/>
          <w:lang w:val="fr-FR"/>
        </w:rPr>
        <w:t>acest</w:t>
      </w:r>
      <w:proofErr w:type="spellEnd"/>
      <w:r w:rsidRPr="00E67C0F">
        <w:rPr>
          <w:rStyle w:val="Strong"/>
          <w:sz w:val="20"/>
          <w:lang w:val="fr-FR"/>
        </w:rPr>
        <w:t xml:space="preserve"> </w:t>
      </w:r>
      <w:proofErr w:type="spellStart"/>
      <w:r w:rsidRPr="00E67C0F">
        <w:rPr>
          <w:rStyle w:val="Strong"/>
          <w:sz w:val="20"/>
          <w:lang w:val="fr-FR"/>
        </w:rPr>
        <w:t>raport</w:t>
      </w:r>
      <w:proofErr w:type="spellEnd"/>
    </w:p>
    <w:p w14:paraId="194CA3AC" w14:textId="77777777" w:rsidR="0054095F" w:rsidRPr="00E67C0F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fr-FR"/>
        </w:rPr>
      </w:pPr>
      <w:proofErr w:type="spellStart"/>
      <w:r w:rsidRPr="00E67C0F">
        <w:rPr>
          <w:sz w:val="20"/>
          <w:lang w:val="fr-FR"/>
        </w:rPr>
        <w:t>Vă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rugăm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să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trimiteți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formularul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completat</w:t>
      </w:r>
      <w:proofErr w:type="spellEnd"/>
      <w:r w:rsidRPr="00E67C0F">
        <w:rPr>
          <w:sz w:val="20"/>
          <w:lang w:val="fr-FR"/>
        </w:rPr>
        <w:t xml:space="preserve"> prin e-mail la: security@saluscontrols.com</w:t>
      </w:r>
    </w:p>
    <w:p w14:paraId="78E2BB71" w14:textId="629A811D" w:rsidR="006C1235" w:rsidRPr="00A5425F" w:rsidRDefault="0054095F" w:rsidP="00632BB0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E67C0F">
        <w:rPr>
          <w:sz w:val="20"/>
          <w:lang w:val="fr-FR"/>
        </w:rPr>
        <w:t xml:space="preserve">De </w:t>
      </w:r>
      <w:proofErr w:type="spellStart"/>
      <w:r w:rsidRPr="00E67C0F">
        <w:rPr>
          <w:sz w:val="20"/>
          <w:lang w:val="fr-FR"/>
        </w:rPr>
        <w:t>asemenea</w:t>
      </w:r>
      <w:proofErr w:type="spellEnd"/>
      <w:r w:rsidRPr="00E67C0F">
        <w:rPr>
          <w:sz w:val="20"/>
          <w:lang w:val="fr-FR"/>
        </w:rPr>
        <w:t xml:space="preserve">, </w:t>
      </w:r>
      <w:proofErr w:type="spellStart"/>
      <w:r w:rsidRPr="00E67C0F">
        <w:rPr>
          <w:sz w:val="20"/>
          <w:lang w:val="fr-FR"/>
        </w:rPr>
        <w:t>puteți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raporta</w:t>
      </w:r>
      <w:proofErr w:type="spellEnd"/>
      <w:r w:rsidRPr="00E67C0F">
        <w:rPr>
          <w:sz w:val="20"/>
          <w:lang w:val="fr-FR"/>
        </w:rPr>
        <w:t xml:space="preserve"> o </w:t>
      </w:r>
      <w:proofErr w:type="spellStart"/>
      <w:r w:rsidRPr="00E67C0F">
        <w:rPr>
          <w:sz w:val="20"/>
          <w:lang w:val="fr-FR"/>
        </w:rPr>
        <w:t>vulnerabilitate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suspectată</w:t>
      </w:r>
      <w:proofErr w:type="spellEnd"/>
      <w:r w:rsidRPr="00E67C0F">
        <w:rPr>
          <w:sz w:val="20"/>
          <w:lang w:val="fr-FR"/>
        </w:rPr>
        <w:t xml:space="preserve"> direct prin e-mail, </w:t>
      </w:r>
      <w:proofErr w:type="spellStart"/>
      <w:r w:rsidRPr="00E67C0F">
        <w:rPr>
          <w:sz w:val="20"/>
          <w:lang w:val="fr-FR"/>
        </w:rPr>
        <w:t>fără</w:t>
      </w:r>
      <w:proofErr w:type="spellEnd"/>
      <w:r w:rsidRPr="00E67C0F">
        <w:rPr>
          <w:sz w:val="20"/>
          <w:lang w:val="fr-FR"/>
        </w:rPr>
        <w:t xml:space="preserve"> a </w:t>
      </w:r>
      <w:proofErr w:type="spellStart"/>
      <w:r w:rsidRPr="00E67C0F">
        <w:rPr>
          <w:sz w:val="20"/>
          <w:lang w:val="fr-FR"/>
        </w:rPr>
        <w:t>utiliza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acest</w:t>
      </w:r>
      <w:proofErr w:type="spellEnd"/>
      <w:r w:rsidRPr="00E67C0F">
        <w:rPr>
          <w:sz w:val="20"/>
          <w:lang w:val="fr-FR"/>
        </w:rPr>
        <w:t xml:space="preserve"> </w:t>
      </w:r>
      <w:proofErr w:type="spellStart"/>
      <w:r w:rsidRPr="00E67C0F">
        <w:rPr>
          <w:sz w:val="20"/>
          <w:lang w:val="fr-FR"/>
        </w:rPr>
        <w:t>formular</w:t>
      </w:r>
      <w:proofErr w:type="spellEnd"/>
      <w:r w:rsidRPr="00E67C0F">
        <w:rPr>
          <w:sz w:val="20"/>
          <w:lang w:val="fr-FR"/>
        </w:rPr>
        <w:t xml:space="preserve">. </w:t>
      </w:r>
      <w:proofErr w:type="spellStart"/>
      <w:r>
        <w:rPr>
          <w:sz w:val="20"/>
        </w:rPr>
        <w:t>Utilizarea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formularului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recomandată</w:t>
      </w:r>
      <w:proofErr w:type="spellEnd"/>
      <w:r>
        <w:rPr>
          <w:sz w:val="20"/>
        </w:rPr>
        <w:t xml:space="preserve"> deoarece ajută SALUS Controls PLC să colecteze informațiile necesare pentru </w:t>
      </w:r>
      <w:proofErr w:type="spellStart"/>
      <w:r>
        <w:rPr>
          <w:sz w:val="20"/>
        </w:rPr>
        <w:t>evaluarea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eficientă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raportului</w:t>
      </w:r>
      <w:proofErr w:type="spellEnd"/>
      <w:r>
        <w:rPr>
          <w:sz w:val="20"/>
        </w:rPr>
        <w:t>.</w:t>
      </w:r>
    </w:p>
    <w:sectPr w:rsidR="006C1235" w:rsidRPr="00A5425F" w:rsidSect="00034616">
      <w:headerReference w:type="default" r:id="rId9"/>
      <w:footerReference w:type="default" r:id="rId10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42DF" w14:textId="77777777" w:rsidR="00DF0C01" w:rsidRDefault="00DF0C0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3793EFC" w14:textId="77777777" w:rsidR="00DF0C01" w:rsidRDefault="00DF0C0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1E35" w14:textId="77777777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</w:r>
    <w:proofErr w:type="spellStart"/>
    <w:r>
      <w:rPr>
        <w:rFonts w:ascii="Ubuntu" w:eastAsia="Ubuntu" w:hAnsi="Ubuntu" w:cs="Ubuntu"/>
        <w:b/>
        <w:color w:val="1D2958"/>
        <w:sz w:val="16"/>
      </w:rPr>
      <w:t>Pagina</w:t>
    </w:r>
    <w:proofErr w:type="spellEnd"/>
    <w:r>
      <w:rPr>
        <w:rFonts w:ascii="Ubuntu" w:eastAsia="Ubuntu" w:hAnsi="Ubuntu" w:cs="Ubuntu"/>
        <w:b/>
        <w:color w:val="1D2958"/>
        <w:sz w:val="16"/>
      </w:rPr>
      <w:t xml:space="preserve">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58D04" w14:textId="77777777" w:rsidR="00DF0C01" w:rsidRDefault="00DF0C0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9853F9" w14:textId="77777777" w:rsidR="00DF0C01" w:rsidRDefault="00DF0C0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9F9E" w14:textId="77777777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064E75A0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32BB0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C5FFA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7506C"/>
    <w:rsid w:val="00D82881"/>
    <w:rsid w:val="00D86034"/>
    <w:rsid w:val="00D90BCA"/>
    <w:rsid w:val="00D95308"/>
    <w:rsid w:val="00DA2D1B"/>
    <w:rsid w:val="00DB0D87"/>
    <w:rsid w:val="00DC12F3"/>
    <w:rsid w:val="00DE2B46"/>
    <w:rsid w:val="00DF0C01"/>
    <w:rsid w:val="00DF7C4F"/>
    <w:rsid w:val="00E24482"/>
    <w:rsid w:val="00E67C0F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60C351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saluscontro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7852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3</cp:revision>
  <cp:lastPrinted>2026-10-02T08:29:00Z</cp:lastPrinted>
  <dcterms:created xsi:type="dcterms:W3CDTF">2026-10-02T08:30:00Z</dcterms:created>
  <dcterms:modified xsi:type="dcterms:W3CDTF">2026-10-02T09:58:00Z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